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  <w:sz w:val="32"/>
        </w:rPr>
        <w:t>Hotels in or near Queen’s Quarter, Belfast</w:t>
      </w:r>
    </w:p>
    <w:p>
      <w:pPr>
        <w:jc w:val="center"/>
      </w:pPr>
      <w:r>
        <w:rPr>
          <w:i/>
          <w:sz w:val="18"/>
        </w:rPr>
        <w:t>Rates and availability should be confirmed directly with each hotel before booking.</w:t>
      </w:r>
    </w:p>
    <w:p>
      <w:pPr>
        <w:pStyle w:val="Heading1"/>
        <w:spacing w:before="160" w:after="80"/>
      </w:pPr>
      <w:r>
        <w:rPr>
          <w:b/>
          <w:sz w:val="24"/>
        </w:rPr>
        <w:t>Hotels located in or close to Queen’s Quarter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24"/>
        <w:gridCol w:w="2424"/>
        <w:gridCol w:w="2424"/>
        <w:gridCol w:w="2424"/>
        <w:gridCol w:w="2424"/>
        <w:gridCol w:w="2424"/>
      </w:tblGrid>
      <w:tr>
        <w:tc>
          <w:tcPr>
            <w:tcW w:type="dxa" w:w="2304"/>
            <w:shd w:fill="D9EAF7"/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Hotel</w:t>
            </w:r>
          </w:p>
        </w:tc>
        <w:tc>
          <w:tcPr>
            <w:tcW w:type="dxa" w:w="2880"/>
            <w:shd w:fill="D9EAF7"/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Address / Website</w:t>
            </w:r>
          </w:p>
        </w:tc>
        <w:tc>
          <w:tcPr>
            <w:tcW w:type="dxa" w:w="3672"/>
            <w:shd w:fill="D9EAF7"/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Distance / Location</w:t>
            </w:r>
          </w:p>
        </w:tc>
        <w:tc>
          <w:tcPr>
            <w:tcW w:type="dxa" w:w="4680"/>
            <w:shd w:fill="D9EAF7"/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Room Features</w:t>
            </w:r>
          </w:p>
        </w:tc>
        <w:tc>
          <w:tcPr>
            <w:tcW w:type="dxa" w:w="2232"/>
            <w:shd w:fill="D9EAF7"/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Breakfast</w:t>
            </w:r>
          </w:p>
        </w:tc>
        <w:tc>
          <w:tcPr>
            <w:tcW w:type="dxa" w:w="1944"/>
            <w:shd w:fill="D9EAF7"/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Price</w:t>
            </w:r>
          </w:p>
        </w:tc>
      </w:tr>
      <w:tr>
        <w:tc>
          <w:tcPr>
            <w:tcW w:type="dxa" w:w="2304"/>
            <w:vAlign w:val="top"/>
          </w:tcPr>
          <w:p>
            <w:pPr>
              <w:spacing w:after="0"/>
            </w:pPr>
            <w:r/>
            <w:r>
              <w:rPr>
                <w:b/>
                <w:sz w:val="18"/>
              </w:rPr>
              <w:t>Dukes at Queens Hotel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hyperlink r:id="rId9">
              <w:r>
                <w:rPr>
                  <w:color w:val="0563C1"/>
                  <w:u w:val="single"/>
                </w:rPr>
                <w:t>www.dukesatqueens.com</w:t>
              </w:r>
            </w:hyperlink>
          </w:p>
        </w:tc>
        <w:tc>
          <w:tcPr>
            <w:tcW w:type="dxa" w:w="367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3-minute walk from Botanic train station; 4-minute walk from Queen’s University Belfast; 1 mile from Belfast Waterfront.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Flat-screen TVs, iPod docks, free Wi-Fi, tea and coffee-making facilities.</w:t>
            </w:r>
          </w:p>
        </w:tc>
        <w:tc>
          <w:tcPr>
            <w:tcW w:type="dxa" w:w="223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Complimentary</w:t>
            </w:r>
          </w:p>
        </w:tc>
        <w:tc>
          <w:tcPr>
            <w:tcW w:type="dxa" w:w="1944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From £102 per night</w:t>
            </w:r>
          </w:p>
        </w:tc>
      </w:tr>
      <w:tr>
        <w:tc>
          <w:tcPr>
            <w:tcW w:type="dxa" w:w="2304"/>
            <w:vAlign w:val="top"/>
          </w:tcPr>
          <w:p>
            <w:pPr>
              <w:spacing w:after="0"/>
            </w:pPr>
            <w:r/>
            <w:r>
              <w:rPr>
                <w:b/>
                <w:sz w:val="18"/>
              </w:rPr>
              <w:t>Wellington Park Hotel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>
              <w:rPr>
                <w:sz w:val="17"/>
              </w:rPr>
              <w:t>21 Malone Rd, Belfast BT9 6RU</w:t>
              <w:br/>
            </w:r>
            <w:hyperlink r:id="rId10">
              <w:r>
                <w:rPr>
                  <w:color w:val="0563C1"/>
                  <w:u w:val="single"/>
                </w:rPr>
                <w:t>www.wellingtonparkhotel.com</w:t>
              </w:r>
            </w:hyperlink>
          </w:p>
        </w:tc>
        <w:tc>
          <w:tcPr>
            <w:tcW w:type="dxa" w:w="367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5-minute walk from Queen’s University Belfast and the Ulster Museum.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Flat-screen TVs, work desks, free Wi-Fi, tea and coffee-making facilities. Room service available.</w:t>
            </w:r>
          </w:p>
        </w:tc>
        <w:tc>
          <w:tcPr>
            <w:tcW w:type="dxa" w:w="223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Complimentary</w:t>
            </w:r>
          </w:p>
        </w:tc>
        <w:tc>
          <w:tcPr>
            <w:tcW w:type="dxa" w:w="1944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From £95 per night</w:t>
            </w:r>
          </w:p>
        </w:tc>
      </w:tr>
      <w:tr>
        <w:tc>
          <w:tcPr>
            <w:tcW w:type="dxa" w:w="2304"/>
            <w:vAlign w:val="top"/>
          </w:tcPr>
          <w:p>
            <w:pPr>
              <w:spacing w:after="0"/>
            </w:pPr>
            <w:r/>
            <w:r>
              <w:rPr>
                <w:b/>
                <w:sz w:val="18"/>
              </w:rPr>
              <w:t>Malone Lodge Hotel &amp; Apartments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>
              <w:rPr>
                <w:sz w:val="17"/>
              </w:rPr>
              <w:t>60 Eglantine Avenue, Malone Rd, Belfast BT9 6DY</w:t>
              <w:br/>
            </w:r>
            <w:hyperlink r:id="rId11">
              <w:r>
                <w:rPr>
                  <w:color w:val="0563C1"/>
                  <w:u w:val="single"/>
                </w:rPr>
                <w:t>www.malonelodgehotelbelfast.com</w:t>
              </w:r>
            </w:hyperlink>
          </w:p>
        </w:tc>
        <w:tc>
          <w:tcPr>
            <w:tcW w:type="dxa" w:w="367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6-minute walk from Queen’s University Belfast; 11-minute walk from Lisburn Road shopping; 2 miles from Belfast Waterfront.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En suite bathrooms, flat-screen TVs, free Wi-Fi, tea and coffee-making facilities. Suites and 1- to 3-bedroom self-contained apartments available. Room service offered.</w:t>
            </w:r>
          </w:p>
        </w:tc>
        <w:tc>
          <w:tcPr>
            <w:tcW w:type="dxa" w:w="223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Not specified</w:t>
            </w:r>
          </w:p>
        </w:tc>
        <w:tc>
          <w:tcPr>
            <w:tcW w:type="dxa" w:w="1944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From £104 per night</w:t>
            </w:r>
          </w:p>
        </w:tc>
      </w:tr>
      <w:tr>
        <w:tc>
          <w:tcPr>
            <w:tcW w:type="dxa" w:w="2304"/>
            <w:vAlign w:val="top"/>
          </w:tcPr>
          <w:p>
            <w:pPr>
              <w:spacing w:after="0"/>
            </w:pPr>
            <w:r/>
            <w:r>
              <w:rPr>
                <w:b/>
                <w:sz w:val="18"/>
              </w:rPr>
              <w:t>Hotel ibis Belfast Queens Quarter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>
              <w:rPr>
                <w:sz w:val="17"/>
              </w:rPr>
              <w:t>75 University St, Belfast BT7 1HL</w:t>
              <w:br/>
            </w:r>
            <w:hyperlink r:id="rId12">
              <w:r>
                <w:rPr>
                  <w:color w:val="0563C1"/>
                  <w:u w:val="single"/>
                </w:rPr>
                <w:t>www.accorhotels.com</w:t>
              </w:r>
            </w:hyperlink>
          </w:p>
        </w:tc>
        <w:tc>
          <w:tcPr>
            <w:tcW w:type="dxa" w:w="367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5-minute walk from Queen’s University Belfast; 2.2 miles from Titanic Belfast.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En suite bathrooms, desks, free Wi-Fi, TVs, tea and coffee-making facilities.</w:t>
            </w:r>
          </w:p>
        </w:tc>
        <w:tc>
          <w:tcPr>
            <w:tcW w:type="dxa" w:w="223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Cooked breakfast available for a fee</w:t>
            </w:r>
          </w:p>
        </w:tc>
        <w:tc>
          <w:tcPr>
            <w:tcW w:type="dxa" w:w="1944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From £69 per night</w:t>
            </w:r>
          </w:p>
        </w:tc>
      </w:tr>
      <w:tr>
        <w:tc>
          <w:tcPr>
            <w:tcW w:type="dxa" w:w="2304"/>
            <w:vAlign w:val="top"/>
          </w:tcPr>
          <w:p>
            <w:pPr>
              <w:spacing w:after="0"/>
            </w:pPr>
            <w:r/>
            <w:r>
              <w:rPr>
                <w:b/>
                <w:sz w:val="18"/>
              </w:rPr>
              <w:t>Benedicts Hotel Belfast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>
              <w:rPr>
                <w:sz w:val="17"/>
              </w:rPr>
              <w:t>7–21 Bradbury Pl, Belfast BT7 1RQ</w:t>
              <w:br/>
            </w:r>
            <w:hyperlink r:id="rId13">
              <w:r>
                <w:rPr>
                  <w:color w:val="0563C1"/>
                  <w:u w:val="single"/>
                </w:rPr>
                <w:t>www.benedictshotel.co.uk</w:t>
              </w:r>
            </w:hyperlink>
          </w:p>
        </w:tc>
        <w:tc>
          <w:tcPr>
            <w:tcW w:type="dxa" w:w="367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5-minute walk from Queen’s University Belfast; 3-minute walk from Botanic train station.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Work desks, 32-inch flat-screen TVs, free Wi-Fi.</w:t>
            </w:r>
          </w:p>
        </w:tc>
        <w:tc>
          <w:tcPr>
            <w:tcW w:type="dxa" w:w="223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Complimentary</w:t>
            </w:r>
          </w:p>
        </w:tc>
        <w:tc>
          <w:tcPr>
            <w:tcW w:type="dxa" w:w="1944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From £95 per night</w:t>
            </w:r>
          </w:p>
        </w:tc>
      </w:tr>
      <w:tr>
        <w:tc>
          <w:tcPr>
            <w:tcW w:type="dxa" w:w="2304"/>
            <w:vAlign w:val="top"/>
          </w:tcPr>
          <w:p>
            <w:pPr>
              <w:spacing w:after="0"/>
            </w:pPr>
            <w:r/>
            <w:r>
              <w:rPr>
                <w:b/>
                <w:sz w:val="18"/>
              </w:rPr>
              <w:t>Holiday Inn Express Belfast City - Queen’s Quarter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>
              <w:rPr>
                <w:sz w:val="17"/>
              </w:rPr>
              <w:t>106A University St, Belfast BT7 1HP</w:t>
              <w:br/>
            </w:r>
            <w:hyperlink r:id="rId14">
              <w:r>
                <w:rPr>
                  <w:color w:val="0563C1"/>
                  <w:u w:val="single"/>
                </w:rPr>
                <w:t>www.ihg.com</w:t>
              </w:r>
            </w:hyperlink>
          </w:p>
        </w:tc>
        <w:tc>
          <w:tcPr>
            <w:tcW w:type="dxa" w:w="367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5-minute walk from Queen’s University Belfast.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Desks, free Wi-Fi, flat-screen TVs, tea and coffee-making facilities.</w:t>
            </w:r>
          </w:p>
        </w:tc>
        <w:tc>
          <w:tcPr>
            <w:tcW w:type="dxa" w:w="223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Free continental breakfast</w:t>
            </w:r>
          </w:p>
        </w:tc>
        <w:tc>
          <w:tcPr>
            <w:tcW w:type="dxa" w:w="1944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From £99 per night</w:t>
            </w:r>
          </w:p>
        </w:tc>
      </w:tr>
      <w:tr>
        <w:tc>
          <w:tcPr>
            <w:tcW w:type="dxa" w:w="2304"/>
            <w:vAlign w:val="top"/>
          </w:tcPr>
          <w:p>
            <w:pPr>
              <w:spacing w:after="0"/>
            </w:pPr>
            <w:r/>
            <w:r>
              <w:rPr>
                <w:b/>
                <w:sz w:val="18"/>
              </w:rPr>
              <w:t>Tara Lodge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>
              <w:rPr>
                <w:sz w:val="17"/>
              </w:rPr>
              <w:t>36 Cromwell Rd, Belfast BT7 1JW</w:t>
              <w:br/>
            </w:r>
            <w:hyperlink r:id="rId15">
              <w:r>
                <w:rPr>
                  <w:color w:val="0563C1"/>
                  <w:u w:val="single"/>
                </w:rPr>
                <w:t>www.booking.com</w:t>
              </w:r>
            </w:hyperlink>
          </w:p>
        </w:tc>
        <w:tc>
          <w:tcPr>
            <w:tcW w:type="dxa" w:w="367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5-minute walk from Queen’s University Belfast; 3-minute walk from Botanic train station; 3 miles from Titanic Belfast.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En suite bathrooms, flat-screen TVs with DVD players, free Wi-Fi, tea and coffee-making facilities.</w:t>
            </w:r>
          </w:p>
        </w:tc>
        <w:tc>
          <w:tcPr>
            <w:tcW w:type="dxa" w:w="223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Complimentary full cooked breakfast</w:t>
            </w:r>
          </w:p>
        </w:tc>
        <w:tc>
          <w:tcPr>
            <w:tcW w:type="dxa" w:w="1944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From £105 per night</w:t>
            </w:r>
          </w:p>
        </w:tc>
      </w:tr>
      <w:tr>
        <w:tc>
          <w:tcPr>
            <w:tcW w:type="dxa" w:w="2304"/>
            <w:vAlign w:val="top"/>
          </w:tcPr>
          <w:p>
            <w:pPr>
              <w:spacing w:after="0"/>
            </w:pPr>
            <w:r/>
            <w:r>
              <w:rPr>
                <w:b/>
                <w:sz w:val="18"/>
              </w:rPr>
              <w:t>The Gregory Belfast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>
              <w:rPr>
                <w:sz w:val="17"/>
              </w:rPr>
              <w:t>30 Eglantine Ave, Belfast BT9 6DX</w:t>
              <w:br/>
            </w:r>
            <w:hyperlink r:id="rId15">
              <w:r>
                <w:rPr>
                  <w:color w:val="0563C1"/>
                  <w:u w:val="single"/>
                </w:rPr>
                <w:t>www.booking.com</w:t>
              </w:r>
            </w:hyperlink>
          </w:p>
        </w:tc>
        <w:tc>
          <w:tcPr>
            <w:tcW w:type="dxa" w:w="367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10-minute walk from Queen’s University Belfast.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Family-run guesthouse. En suite bathrooms, tea and coffee-making facilities, flat-screen TVs, free Wi-Fi. Some rooms include sitting areas. Guest lounge available.</w:t>
            </w:r>
          </w:p>
        </w:tc>
        <w:tc>
          <w:tcPr>
            <w:tcW w:type="dxa" w:w="223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Complimentary hot breakfast</w:t>
            </w:r>
          </w:p>
        </w:tc>
        <w:tc>
          <w:tcPr>
            <w:tcW w:type="dxa" w:w="1944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From £92 per night</w:t>
            </w:r>
          </w:p>
        </w:tc>
      </w:tr>
    </w:tbl>
    <w:p/>
    <w:p>
      <w:pPr>
        <w:pStyle w:val="Heading1"/>
        <w:spacing w:before="160" w:after="80"/>
      </w:pPr>
      <w:r>
        <w:rPr>
          <w:b/>
          <w:sz w:val="24"/>
        </w:rPr>
        <w:t>Hotels in Belfast City Centre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24"/>
        <w:gridCol w:w="2424"/>
        <w:gridCol w:w="2424"/>
        <w:gridCol w:w="2424"/>
        <w:gridCol w:w="2424"/>
        <w:gridCol w:w="2424"/>
      </w:tblGrid>
      <w:tr>
        <w:tc>
          <w:tcPr>
            <w:tcW w:type="dxa" w:w="2304"/>
            <w:shd w:fill="D9EAF7"/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Hotel</w:t>
            </w:r>
          </w:p>
        </w:tc>
        <w:tc>
          <w:tcPr>
            <w:tcW w:type="dxa" w:w="2880"/>
            <w:shd w:fill="D9EAF7"/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Address / Website</w:t>
            </w:r>
          </w:p>
        </w:tc>
        <w:tc>
          <w:tcPr>
            <w:tcW w:type="dxa" w:w="3672"/>
            <w:shd w:fill="D9EAF7"/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Distance / Location</w:t>
            </w:r>
          </w:p>
        </w:tc>
        <w:tc>
          <w:tcPr>
            <w:tcW w:type="dxa" w:w="4680"/>
            <w:shd w:fill="D9EAF7"/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Room Features</w:t>
            </w:r>
          </w:p>
        </w:tc>
        <w:tc>
          <w:tcPr>
            <w:tcW w:type="dxa" w:w="2232"/>
            <w:shd w:fill="D9EAF7"/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Breakfast</w:t>
            </w:r>
          </w:p>
        </w:tc>
        <w:tc>
          <w:tcPr>
            <w:tcW w:type="dxa" w:w="1944"/>
            <w:shd w:fill="D9EAF7"/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Price</w:t>
            </w:r>
          </w:p>
        </w:tc>
      </w:tr>
      <w:tr>
        <w:tc>
          <w:tcPr>
            <w:tcW w:type="dxa" w:w="2304"/>
            <w:vAlign w:val="top"/>
          </w:tcPr>
          <w:p>
            <w:pPr>
              <w:spacing w:after="0"/>
            </w:pPr>
            <w:r/>
            <w:r>
              <w:rPr>
                <w:b/>
                <w:sz w:val="18"/>
              </w:rPr>
              <w:t>Radisson Blu Hotel Belfast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>
              <w:rPr>
                <w:sz w:val="17"/>
              </w:rPr>
              <w:t>The Gasworks, 3 Cromac Pl, Belfast BT7 2JB</w:t>
              <w:br/>
            </w:r>
            <w:hyperlink r:id="rId16">
              <w:r>
                <w:rPr>
                  <w:color w:val="0563C1"/>
                  <w:u w:val="single"/>
                </w:rPr>
                <w:t>www.radissonblu.com</w:t>
              </w:r>
            </w:hyperlink>
          </w:p>
        </w:tc>
        <w:tc>
          <w:tcPr>
            <w:tcW w:type="dxa" w:w="367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Less than 1 mile from the Grand Opera House; 1.8 miles from Titanic Belfast.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Desks, free Wi-Fi, flat-screen TVs, tea and coffee-making facilities.</w:t>
            </w:r>
          </w:p>
        </w:tc>
        <w:tc>
          <w:tcPr>
            <w:tcW w:type="dxa" w:w="223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Not included</w:t>
            </w:r>
          </w:p>
        </w:tc>
        <w:tc>
          <w:tcPr>
            <w:tcW w:type="dxa" w:w="1944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From £139 per night</w:t>
            </w:r>
          </w:p>
        </w:tc>
      </w:tr>
      <w:tr>
        <w:tc>
          <w:tcPr>
            <w:tcW w:type="dxa" w:w="2304"/>
            <w:vAlign w:val="top"/>
          </w:tcPr>
          <w:p>
            <w:pPr>
              <w:spacing w:after="0"/>
            </w:pPr>
            <w:r/>
            <w:r>
              <w:rPr>
                <w:b/>
                <w:sz w:val="18"/>
              </w:rPr>
              <w:t>Ibis Budget Belfast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>
              <w:rPr>
                <w:sz w:val="17"/>
              </w:rPr>
              <w:t>35 Dublin Rd, Belfast BT2 7HE</w:t>
              <w:br/>
            </w:r>
            <w:hyperlink r:id="rId17">
              <w:r>
                <w:rPr>
                  <w:color w:val="0563C1"/>
                  <w:u w:val="single"/>
                </w:rPr>
                <w:t>www.ibis.com</w:t>
              </w:r>
            </w:hyperlink>
          </w:p>
        </w:tc>
        <w:tc>
          <w:tcPr>
            <w:tcW w:type="dxa" w:w="367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5-minute walk from Belfast Great Victoria Street train station; 6-minute walk from the Grand Opera House; 9-minute walk from Belfast City Hall; about 1 mile from Queen’s University Belfast and the Ulster Museum.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Free Wi-Fi, flat-screen TVs, desks. Some rooms have bunk beds. Lobby lounge seating.</w:t>
            </w:r>
          </w:p>
        </w:tc>
        <w:tc>
          <w:tcPr>
            <w:tcW w:type="dxa" w:w="223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Continental breakfast buffet available for a fee</w:t>
            </w:r>
          </w:p>
        </w:tc>
        <w:tc>
          <w:tcPr>
            <w:tcW w:type="dxa" w:w="1944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From £67 per night</w:t>
            </w:r>
          </w:p>
        </w:tc>
      </w:tr>
      <w:tr>
        <w:tc>
          <w:tcPr>
            <w:tcW w:type="dxa" w:w="2304"/>
            <w:vAlign w:val="top"/>
          </w:tcPr>
          <w:p>
            <w:pPr>
              <w:spacing w:after="0"/>
            </w:pPr>
            <w:r/>
            <w:r>
              <w:rPr>
                <w:b/>
                <w:sz w:val="18"/>
              </w:rPr>
              <w:t>Hotel ETAP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>
              <w:rPr>
                <w:sz w:val="17"/>
              </w:rPr>
              <w:t>35 Dublin Rd, Belfast BT2 7HE</w:t>
              <w:br/>
            </w:r>
            <w:hyperlink r:id="rId12">
              <w:r>
                <w:rPr>
                  <w:color w:val="0563C1"/>
                  <w:u w:val="single"/>
                </w:rPr>
                <w:t>www.accorhotels.com</w:t>
              </w:r>
            </w:hyperlink>
          </w:p>
        </w:tc>
        <w:tc>
          <w:tcPr>
            <w:tcW w:type="dxa" w:w="367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5-minute walk from Great Victoria Street train station; 0.7 miles from Queen’s University Belfast and the Ulster Museum.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Free Wi-Fi, flat-screen TVs. Some rooms with bunk beds sleep up to 3 people. Lounge area with 24-hour snacks and drinks.</w:t>
            </w:r>
          </w:p>
        </w:tc>
        <w:tc>
          <w:tcPr>
            <w:tcW w:type="dxa" w:w="223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Breakfast buffet available for a surcharge</w:t>
            </w:r>
          </w:p>
        </w:tc>
        <w:tc>
          <w:tcPr>
            <w:tcW w:type="dxa" w:w="1944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From £49 per night</w:t>
            </w:r>
          </w:p>
        </w:tc>
      </w:tr>
      <w:tr>
        <w:tc>
          <w:tcPr>
            <w:tcW w:type="dxa" w:w="2304"/>
            <w:vAlign w:val="top"/>
          </w:tcPr>
          <w:p>
            <w:pPr>
              <w:spacing w:after="0"/>
            </w:pPr>
            <w:r/>
            <w:r>
              <w:rPr>
                <w:b/>
                <w:sz w:val="18"/>
              </w:rPr>
              <w:t>Holiday Inn Belfast City Centre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>
              <w:rPr>
                <w:sz w:val="17"/>
              </w:rPr>
              <w:t>40 Hope St, Belfast BT12 5EE</w:t>
              <w:br/>
            </w:r>
            <w:hyperlink r:id="rId18">
              <w:r>
                <w:rPr>
                  <w:color w:val="0563C1"/>
                  <w:u w:val="single"/>
                </w:rPr>
                <w:t>www.ihg.com/holidayinn</w:t>
              </w:r>
            </w:hyperlink>
          </w:p>
        </w:tc>
        <w:tc>
          <w:tcPr>
            <w:tcW w:type="dxa" w:w="367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About 1 mile from Queen’s University Belfast; 2-minute walk from Great Victoria Street train station.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TVs, free Wi-Fi, tea and coffee-making facilities.</w:t>
            </w:r>
          </w:p>
        </w:tc>
        <w:tc>
          <w:tcPr>
            <w:tcW w:type="dxa" w:w="223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Not included</w:t>
            </w:r>
          </w:p>
        </w:tc>
        <w:tc>
          <w:tcPr>
            <w:tcW w:type="dxa" w:w="1944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From £109 per night</w:t>
            </w:r>
          </w:p>
        </w:tc>
      </w:tr>
      <w:tr>
        <w:tc>
          <w:tcPr>
            <w:tcW w:type="dxa" w:w="2304"/>
            <w:vAlign w:val="top"/>
          </w:tcPr>
          <w:p>
            <w:pPr>
              <w:spacing w:after="0"/>
            </w:pPr>
            <w:r/>
            <w:r>
              <w:rPr>
                <w:b/>
                <w:sz w:val="18"/>
              </w:rPr>
              <w:t>Ten Square Hotel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>
              <w:rPr>
                <w:sz w:val="17"/>
              </w:rPr>
              <w:t>10 Donegall Square S, Belfast BT1 5JD</w:t>
              <w:br/>
            </w:r>
            <w:hyperlink r:id="rId19">
              <w:r>
                <w:rPr>
                  <w:color w:val="0563C1"/>
                  <w:u w:val="single"/>
                </w:rPr>
                <w:t>www.tensquare.co.uk</w:t>
              </w:r>
            </w:hyperlink>
          </w:p>
        </w:tc>
        <w:tc>
          <w:tcPr>
            <w:tcW w:type="dxa" w:w="367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Opposite Belfast City Hall; 5-minute walk from Grand Opera House; 8-minute walk from Belfast Waterfront.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En suite bathrooms, flat-screen TVs, free Wi-Fi, tea and coffee-making facilities. Some rooms include mini-fridges; upgraded rooms have living areas and City Hall views. Room service available.</w:t>
            </w:r>
          </w:p>
        </w:tc>
        <w:tc>
          <w:tcPr>
            <w:tcW w:type="dxa" w:w="2232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Not included</w:t>
            </w:r>
          </w:p>
        </w:tc>
        <w:tc>
          <w:tcPr>
            <w:tcW w:type="dxa" w:w="1944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From £147 per night</w:t>
            </w:r>
          </w:p>
        </w:tc>
      </w:tr>
    </w:tbl>
    <w:p/>
    <w:p>
      <w:r>
        <w:t>Note: This cleaned version removes advertising fragments and duplicate text from the source list, standardizes punctuation and terminology, and keeps the original hotel descriptions and starting prices.</w:t>
      </w:r>
    </w:p>
    <w:sectPr w:rsidR="00FC693F" w:rsidRPr="0006063C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dukesatqueens.com" TargetMode="External"/><Relationship Id="rId10" Type="http://schemas.openxmlformats.org/officeDocument/2006/relationships/hyperlink" Target="https://www.wellingtonparkhotel.com" TargetMode="External"/><Relationship Id="rId11" Type="http://schemas.openxmlformats.org/officeDocument/2006/relationships/hyperlink" Target="https://www.malonelodgehotelbelfast.com" TargetMode="External"/><Relationship Id="rId12" Type="http://schemas.openxmlformats.org/officeDocument/2006/relationships/hyperlink" Target="https://www.accorhotels.com" TargetMode="External"/><Relationship Id="rId13" Type="http://schemas.openxmlformats.org/officeDocument/2006/relationships/hyperlink" Target="https://www.benedictshotel.co.uk" TargetMode="External"/><Relationship Id="rId14" Type="http://schemas.openxmlformats.org/officeDocument/2006/relationships/hyperlink" Target="https://www.ihg.com" TargetMode="External"/><Relationship Id="rId15" Type="http://schemas.openxmlformats.org/officeDocument/2006/relationships/hyperlink" Target="https://www.booking.com" TargetMode="External"/><Relationship Id="rId16" Type="http://schemas.openxmlformats.org/officeDocument/2006/relationships/hyperlink" Target="https://www.radissonblu.com" TargetMode="External"/><Relationship Id="rId17" Type="http://schemas.openxmlformats.org/officeDocument/2006/relationships/hyperlink" Target="https://www.ibis.com" TargetMode="External"/><Relationship Id="rId18" Type="http://schemas.openxmlformats.org/officeDocument/2006/relationships/hyperlink" Target="https://www.ihg.com/holidayinn" TargetMode="External"/><Relationship Id="rId19" Type="http://schemas.openxmlformats.org/officeDocument/2006/relationships/hyperlink" Target="https://www.tensquar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