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5D9F0" w14:textId="77777777" w:rsidR="00D74C6C" w:rsidRPr="00481D1E" w:rsidRDefault="00000000" w:rsidP="00481D1E">
      <w:pPr>
        <w:jc w:val="center"/>
        <w:rPr>
          <w:sz w:val="40"/>
          <w:szCs w:val="40"/>
          <w:lang w:val="pl-PL"/>
        </w:rPr>
      </w:pPr>
      <w:r w:rsidRPr="00481D1E">
        <w:rPr>
          <w:sz w:val="40"/>
          <w:szCs w:val="40"/>
          <w:lang w:val="pl-PL"/>
        </w:rPr>
        <w:t>Umowa sprzedaży udziału w samochodzie</w:t>
      </w:r>
    </w:p>
    <w:p w14:paraId="0516B072" w14:textId="1212C3C9" w:rsidR="00D74C6C" w:rsidRPr="00481D1E" w:rsidRDefault="00000000">
      <w:pPr>
        <w:rPr>
          <w:lang w:val="pl-PL"/>
        </w:rPr>
      </w:pPr>
      <w:r w:rsidRPr="00481D1E">
        <w:rPr>
          <w:lang w:val="pl-PL"/>
        </w:rPr>
        <w:t xml:space="preserve">Zawarta dnia </w:t>
      </w:r>
      <w:r w:rsidR="00481D1E">
        <w:rPr>
          <w:lang w:val="pl-PL"/>
        </w:rPr>
        <w:t>_____________</w:t>
      </w:r>
      <w:r w:rsidRPr="00481D1E">
        <w:rPr>
          <w:lang w:val="pl-PL"/>
        </w:rPr>
        <w:t xml:space="preserve"> w ___________________, pomiędzy:</w:t>
      </w:r>
    </w:p>
    <w:p w14:paraId="527BBA63" w14:textId="77777777" w:rsidR="00D74C6C" w:rsidRPr="00481D1E" w:rsidRDefault="00000000">
      <w:pPr>
        <w:rPr>
          <w:lang w:val="pl-PL"/>
        </w:rPr>
      </w:pPr>
      <w:r w:rsidRPr="00481D1E">
        <w:rPr>
          <w:lang w:val="pl-PL"/>
        </w:rPr>
        <w:br/>
        <w:t>1. ___________________,</w:t>
      </w:r>
      <w:r w:rsidRPr="00481D1E">
        <w:rPr>
          <w:lang w:val="pl-PL"/>
        </w:rPr>
        <w:br/>
        <w:t>zamieszkałym: ___________________,</w:t>
      </w:r>
      <w:r w:rsidRPr="00481D1E">
        <w:rPr>
          <w:lang w:val="pl-PL"/>
        </w:rPr>
        <w:br/>
        <w:t>PESEL: ___________________,</w:t>
      </w:r>
      <w:r w:rsidRPr="00481D1E">
        <w:rPr>
          <w:lang w:val="pl-PL"/>
        </w:rPr>
        <w:br/>
        <w:t>legitymującym się dowodem osobistym nr: ___________________,</w:t>
      </w:r>
      <w:r w:rsidRPr="00481D1E">
        <w:rPr>
          <w:lang w:val="pl-PL"/>
        </w:rPr>
        <w:br/>
        <w:t>zwanym dalej „Sprzedającym”,</w:t>
      </w:r>
      <w:r w:rsidRPr="00481D1E">
        <w:rPr>
          <w:lang w:val="pl-PL"/>
        </w:rPr>
        <w:br/>
      </w:r>
      <w:r w:rsidRPr="00481D1E">
        <w:rPr>
          <w:lang w:val="pl-PL"/>
        </w:rPr>
        <w:br/>
        <w:t>a</w:t>
      </w:r>
      <w:r w:rsidRPr="00481D1E">
        <w:rPr>
          <w:lang w:val="pl-PL"/>
        </w:rPr>
        <w:br/>
      </w:r>
      <w:r w:rsidRPr="00481D1E">
        <w:rPr>
          <w:lang w:val="pl-PL"/>
        </w:rPr>
        <w:br/>
        <w:t>2. ___________________,</w:t>
      </w:r>
      <w:r w:rsidRPr="00481D1E">
        <w:rPr>
          <w:lang w:val="pl-PL"/>
        </w:rPr>
        <w:br/>
        <w:t>zamieszkałym: ___________________,</w:t>
      </w:r>
      <w:r w:rsidRPr="00481D1E">
        <w:rPr>
          <w:lang w:val="pl-PL"/>
        </w:rPr>
        <w:br/>
        <w:t>PESEL: ___________________,</w:t>
      </w:r>
      <w:r w:rsidRPr="00481D1E">
        <w:rPr>
          <w:lang w:val="pl-PL"/>
        </w:rPr>
        <w:br/>
        <w:t>legitymującym się dowodem osobistym nr: ___________________,</w:t>
      </w:r>
      <w:r w:rsidRPr="00481D1E">
        <w:rPr>
          <w:lang w:val="pl-PL"/>
        </w:rPr>
        <w:br/>
        <w:t>zwanym dalej „Kupującym”.</w:t>
      </w:r>
      <w:r w:rsidRPr="00481D1E">
        <w:rPr>
          <w:lang w:val="pl-PL"/>
        </w:rPr>
        <w:br/>
      </w:r>
    </w:p>
    <w:p w14:paraId="6FAA51E9" w14:textId="77777777" w:rsidR="00D74C6C" w:rsidRPr="00481D1E" w:rsidRDefault="00000000">
      <w:pPr>
        <w:rPr>
          <w:lang w:val="pl-PL"/>
        </w:rPr>
      </w:pPr>
      <w:r w:rsidRPr="00481D1E">
        <w:rPr>
          <w:lang w:val="pl-PL"/>
        </w:rPr>
        <w:br/>
        <w:t>§1. Przedmiot umowy</w:t>
      </w:r>
      <w:r w:rsidRPr="00481D1E">
        <w:rPr>
          <w:lang w:val="pl-PL"/>
        </w:rPr>
        <w:br/>
        <w:t>Sprzedający oświadcza, że jest współwłaścicielem samochodu:</w:t>
      </w:r>
      <w:r w:rsidRPr="00481D1E">
        <w:rPr>
          <w:lang w:val="pl-PL"/>
        </w:rPr>
        <w:br/>
        <w:t>- Marka / model: ___________________</w:t>
      </w:r>
      <w:r w:rsidRPr="00481D1E">
        <w:rPr>
          <w:lang w:val="pl-PL"/>
        </w:rPr>
        <w:br/>
        <w:t>- Numer rejestracyjny: ___________________</w:t>
      </w:r>
      <w:r w:rsidRPr="00481D1E">
        <w:rPr>
          <w:lang w:val="pl-PL"/>
        </w:rPr>
        <w:br/>
        <w:t>- Numer VIN: ___________________</w:t>
      </w:r>
      <w:r w:rsidRPr="00481D1E">
        <w:rPr>
          <w:lang w:val="pl-PL"/>
        </w:rPr>
        <w:br/>
        <w:t>- Rok produkcji: ___________________</w:t>
      </w:r>
      <w:r w:rsidRPr="00481D1E">
        <w:rPr>
          <w:lang w:val="pl-PL"/>
        </w:rPr>
        <w:br/>
      </w:r>
      <w:r w:rsidRPr="00481D1E">
        <w:rPr>
          <w:lang w:val="pl-PL"/>
        </w:rPr>
        <w:br/>
        <w:t>Sprzedający sprzedaje, a Kupujący kupuje udział wynoszący ___________________ własności w wyżej opisanym samochodzie.</w:t>
      </w:r>
      <w:r w:rsidRPr="00481D1E">
        <w:rPr>
          <w:lang w:val="pl-PL"/>
        </w:rPr>
        <w:br/>
      </w:r>
    </w:p>
    <w:p w14:paraId="741551B3" w14:textId="77777777" w:rsidR="00D74C6C" w:rsidRPr="00481D1E" w:rsidRDefault="00000000">
      <w:pPr>
        <w:rPr>
          <w:lang w:val="pl-PL"/>
        </w:rPr>
      </w:pPr>
      <w:r w:rsidRPr="00481D1E">
        <w:rPr>
          <w:lang w:val="pl-PL"/>
        </w:rPr>
        <w:br/>
        <w:t>§2. Cena sprzedaży</w:t>
      </w:r>
      <w:r w:rsidRPr="00481D1E">
        <w:rPr>
          <w:lang w:val="pl-PL"/>
        </w:rPr>
        <w:br/>
        <w:t>Strony ustalają cenę sprzedaży udziału na kwotę ___________________ zł (słownie: ___________________ zł).</w:t>
      </w:r>
      <w:r w:rsidRPr="00481D1E">
        <w:rPr>
          <w:lang w:val="pl-PL"/>
        </w:rPr>
        <w:br/>
        <w:t>Kupujący zapłaci powyższą kwotę gotówką/przelewem w dniu podpisania umowy.</w:t>
      </w:r>
      <w:r w:rsidRPr="00481D1E">
        <w:rPr>
          <w:lang w:val="pl-PL"/>
        </w:rPr>
        <w:br/>
      </w:r>
    </w:p>
    <w:p w14:paraId="70EC3C2E" w14:textId="77777777" w:rsidR="00D74C6C" w:rsidRPr="00481D1E" w:rsidRDefault="00000000">
      <w:pPr>
        <w:rPr>
          <w:lang w:val="pl-PL"/>
        </w:rPr>
      </w:pPr>
      <w:r w:rsidRPr="00481D1E">
        <w:rPr>
          <w:lang w:val="pl-PL"/>
        </w:rPr>
        <w:br/>
        <w:t>§3. Wydanie udziału</w:t>
      </w:r>
      <w:r w:rsidRPr="00481D1E">
        <w:rPr>
          <w:lang w:val="pl-PL"/>
        </w:rPr>
        <w:br/>
        <w:t>Sprzedający przekaże wszelkie niezbędne dokumenty potwierdzające jego udział oraz zgłosi zmianę współwłaściciela w odpowiednim urzędzie.</w:t>
      </w:r>
      <w:r w:rsidRPr="00481D1E">
        <w:rPr>
          <w:lang w:val="pl-PL"/>
        </w:rPr>
        <w:br/>
      </w:r>
    </w:p>
    <w:p w14:paraId="31CDB02A" w14:textId="77777777" w:rsidR="00D74C6C" w:rsidRPr="00481D1E" w:rsidRDefault="00000000">
      <w:pPr>
        <w:rPr>
          <w:lang w:val="pl-PL"/>
        </w:rPr>
      </w:pPr>
      <w:r w:rsidRPr="00481D1E">
        <w:rPr>
          <w:lang w:val="pl-PL"/>
        </w:rPr>
        <w:lastRenderedPageBreak/>
        <w:br/>
        <w:t>§4. Postanowienia końcowe</w:t>
      </w:r>
      <w:r w:rsidRPr="00481D1E">
        <w:rPr>
          <w:lang w:val="pl-PL"/>
        </w:rPr>
        <w:br/>
        <w:t>1. Umowa została sporządzona w dwóch jednobrzmiących egzemplarzach, po jednym dla każdej ze stron.</w:t>
      </w:r>
      <w:r w:rsidRPr="00481D1E">
        <w:rPr>
          <w:lang w:val="pl-PL"/>
        </w:rPr>
        <w:br/>
        <w:t>2. Strony oświadczają, że zapoznały się z treścią umowy i akceptują jej warunki.</w:t>
      </w:r>
      <w:r w:rsidRPr="00481D1E">
        <w:rPr>
          <w:lang w:val="pl-PL"/>
        </w:rPr>
        <w:br/>
      </w:r>
    </w:p>
    <w:p w14:paraId="3AEC140C" w14:textId="2E930E84" w:rsidR="00D74C6C" w:rsidRDefault="00000000">
      <w:r w:rsidRPr="00481D1E">
        <w:rPr>
          <w:lang w:val="pl-PL"/>
        </w:rPr>
        <w:br/>
      </w:r>
      <w:proofErr w:type="spellStart"/>
      <w:r>
        <w:t>Podpisy</w:t>
      </w:r>
      <w:proofErr w:type="spellEnd"/>
      <w:r>
        <w:t>:</w:t>
      </w:r>
      <w:r>
        <w:br/>
      </w:r>
      <w:proofErr w:type="spellStart"/>
      <w:r>
        <w:t>Sprzedający</w:t>
      </w:r>
      <w:proofErr w:type="spellEnd"/>
      <w:r>
        <w:t>: ___________________</w:t>
      </w:r>
      <w:r w:rsidR="00481D1E">
        <w:t xml:space="preserve">                                                     </w:t>
      </w:r>
      <w:proofErr w:type="spellStart"/>
      <w:r w:rsidR="00481D1E">
        <w:t>Kupujący</w:t>
      </w:r>
      <w:proofErr w:type="spellEnd"/>
      <w:r w:rsidR="00481D1E">
        <w:t>: _____________________</w:t>
      </w:r>
      <w:r>
        <w:br/>
      </w:r>
    </w:p>
    <w:sectPr w:rsidR="00D74C6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2935457">
    <w:abstractNumId w:val="8"/>
  </w:num>
  <w:num w:numId="2" w16cid:durableId="1902249157">
    <w:abstractNumId w:val="6"/>
  </w:num>
  <w:num w:numId="3" w16cid:durableId="881862130">
    <w:abstractNumId w:val="5"/>
  </w:num>
  <w:num w:numId="4" w16cid:durableId="2108959156">
    <w:abstractNumId w:val="4"/>
  </w:num>
  <w:num w:numId="5" w16cid:durableId="385644831">
    <w:abstractNumId w:val="7"/>
  </w:num>
  <w:num w:numId="6" w16cid:durableId="1731491105">
    <w:abstractNumId w:val="3"/>
  </w:num>
  <w:num w:numId="7" w16cid:durableId="1031616037">
    <w:abstractNumId w:val="2"/>
  </w:num>
  <w:num w:numId="8" w16cid:durableId="937524580">
    <w:abstractNumId w:val="1"/>
  </w:num>
  <w:num w:numId="9" w16cid:durableId="1161581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4D58"/>
    <w:rsid w:val="00326F90"/>
    <w:rsid w:val="00481D1E"/>
    <w:rsid w:val="00AA1D8D"/>
    <w:rsid w:val="00B47730"/>
    <w:rsid w:val="00CB0664"/>
    <w:rsid w:val="00D74C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62CFF1"/>
  <w14:defaultImageDpi w14:val="300"/>
  <w15:docId w15:val="{F11F02A0-FE87-4C36-915D-6C0885D0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Nykyta Koblianskyi</cp:lastModifiedBy>
  <cp:revision>2</cp:revision>
  <cp:lastPrinted>2025-04-25T07:45:00Z</cp:lastPrinted>
  <dcterms:created xsi:type="dcterms:W3CDTF">2025-04-25T07:46:00Z</dcterms:created>
  <dcterms:modified xsi:type="dcterms:W3CDTF">2025-04-25T07:46:00Z</dcterms:modified>
  <cp:category/>
</cp:coreProperties>
</file>