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2A89A" w14:textId="2A6A1AD1" w:rsidR="00D13A0E" w:rsidRDefault="00D13A0E" w:rsidP="1A687FD1">
      <w:pPr>
        <w:jc w:val="center"/>
        <w:rPr>
          <w:b/>
          <w:color w:val="007C89"/>
          <w:sz w:val="24"/>
          <w:szCs w:val="24"/>
          <w:lang w:val="en-GB"/>
        </w:rPr>
      </w:pPr>
    </w:p>
    <w:p w14:paraId="0A9A1903" w14:textId="038E0E0B" w:rsidR="00D13A0E" w:rsidRDefault="00D01CEA" w:rsidP="43F7E6C1">
      <w:pPr>
        <w:pStyle w:val="Title"/>
        <w:jc w:val="center"/>
        <w:rPr>
          <w:sz w:val="40"/>
          <w:szCs w:val="40"/>
          <w:lang w:val="en-GB"/>
        </w:rPr>
      </w:pPr>
      <w:r w:rsidRPr="26B4DD0C">
        <w:rPr>
          <w:sz w:val="40"/>
          <w:szCs w:val="40"/>
          <w:lang w:val="en-GB"/>
        </w:rPr>
        <w:t>Bristol Sanctuary Services</w:t>
      </w:r>
      <w:r w:rsidR="61170273" w:rsidRPr="26B4DD0C">
        <w:rPr>
          <w:sz w:val="40"/>
          <w:szCs w:val="40"/>
          <w:lang w:val="en-GB"/>
        </w:rPr>
        <w:t xml:space="preserve"> – Grant Application Form</w:t>
      </w:r>
    </w:p>
    <w:p w14:paraId="54BE2DED" w14:textId="41343CE6" w:rsidR="00D13A0E" w:rsidRDefault="00D01CEA">
      <w:pPr>
        <w:jc w:val="center"/>
        <w:rPr>
          <w:color w:val="000000" w:themeColor="text1"/>
          <w:lang w:val="en-GB"/>
        </w:rPr>
      </w:pPr>
      <w:r w:rsidRPr="26B4DD0C">
        <w:rPr>
          <w:lang w:val="en-GB"/>
        </w:rPr>
        <w:t>Supporting delivery of the Sanctuary Strategy 2025–2030</w:t>
      </w:r>
      <w:r w:rsidR="00414461" w:rsidRPr="26B4DD0C">
        <w:rPr>
          <w:lang w:val="en-GB"/>
        </w:rPr>
        <w:t xml:space="preserve"> </w:t>
      </w:r>
      <w:r w:rsidR="00414461" w:rsidRPr="26B4DD0C">
        <w:rPr>
          <w:color w:val="000000" w:themeColor="text1"/>
          <w:lang w:val="en-GB"/>
        </w:rPr>
        <w:t xml:space="preserve">and </w:t>
      </w:r>
      <w:r w:rsidR="10166666" w:rsidRPr="26B4DD0C">
        <w:rPr>
          <w:color w:val="000000" w:themeColor="text1"/>
          <w:lang w:val="en-GB"/>
        </w:rPr>
        <w:t xml:space="preserve">Updated </w:t>
      </w:r>
      <w:r w:rsidR="00414461" w:rsidRPr="26B4DD0C">
        <w:rPr>
          <w:color w:val="000000" w:themeColor="text1"/>
          <w:lang w:val="en-GB"/>
        </w:rPr>
        <w:t>Action Plan 2027-2030</w:t>
      </w:r>
    </w:p>
    <w:p w14:paraId="4750FED9" w14:textId="77777777" w:rsidR="007B18BB" w:rsidRDefault="007B18BB">
      <w:pPr>
        <w:jc w:val="center"/>
        <w:rPr>
          <w:lang w:val="en-GB"/>
        </w:rPr>
      </w:pPr>
    </w:p>
    <w:tbl>
      <w:tblPr>
        <w:tblW w:w="0" w:type="auto"/>
        <w:jc w:val="center"/>
        <w:tblLook w:val="04A0" w:firstRow="1" w:lastRow="0" w:firstColumn="1" w:lastColumn="0" w:noHBand="0" w:noVBand="1"/>
      </w:tblPr>
      <w:tblGrid>
        <w:gridCol w:w="10080"/>
      </w:tblGrid>
      <w:tr w:rsidR="00D13A0E" w14:paraId="314B169F" w14:textId="77777777" w:rsidTr="43F7E6C1">
        <w:trPr>
          <w:jc w:val="center"/>
        </w:trPr>
        <w:tc>
          <w:tcPr>
            <w:tcW w:w="10080" w:type="dxa"/>
            <w:shd w:val="clear" w:color="auto" w:fill="FFF4D6"/>
            <w:tcMar>
              <w:top w:w="130" w:type="dxa"/>
              <w:left w:w="150" w:type="dxa"/>
              <w:bottom w:w="130" w:type="dxa"/>
              <w:right w:w="150" w:type="dxa"/>
            </w:tcMar>
          </w:tcPr>
          <w:p w14:paraId="5B98B0CA" w14:textId="54906AD8" w:rsidR="009A35DB" w:rsidRDefault="00D01CEA" w:rsidP="1A687FD1">
            <w:pPr>
              <w:rPr>
                <w:sz w:val="24"/>
                <w:szCs w:val="24"/>
                <w:lang w:val="en-GB"/>
              </w:rPr>
            </w:pPr>
            <w:r>
              <w:br/>
            </w:r>
            <w:r w:rsidRPr="342C33C6">
              <w:rPr>
                <w:sz w:val="24"/>
                <w:szCs w:val="24"/>
                <w:lang w:val="en-GB"/>
              </w:rPr>
              <w:t xml:space="preserve">Application deadline: </w:t>
            </w:r>
            <w:r w:rsidR="7130A3C6" w:rsidRPr="7C0D572A">
              <w:rPr>
                <w:sz w:val="24"/>
                <w:szCs w:val="24"/>
                <w:lang w:val="en-GB"/>
              </w:rPr>
              <w:t>18:00 on 16</w:t>
            </w:r>
            <w:r w:rsidR="7130A3C6" w:rsidRPr="7C0D572A">
              <w:rPr>
                <w:sz w:val="24"/>
                <w:szCs w:val="24"/>
                <w:vertAlign w:val="superscript"/>
                <w:lang w:val="en-GB"/>
              </w:rPr>
              <w:t>th</w:t>
            </w:r>
            <w:r w:rsidR="7130A3C6" w:rsidRPr="7C0D572A">
              <w:rPr>
                <w:sz w:val="24"/>
                <w:szCs w:val="24"/>
                <w:lang w:val="en-GB"/>
              </w:rPr>
              <w:t xml:space="preserve"> November 2026 </w:t>
            </w:r>
          </w:p>
          <w:p w14:paraId="5490965D" w14:textId="5F76B45A" w:rsidR="009A35DB" w:rsidRDefault="00D01CEA" w:rsidP="1A687FD1">
            <w:pPr>
              <w:rPr>
                <w:sz w:val="24"/>
                <w:szCs w:val="24"/>
                <w:lang w:val="en-GB"/>
              </w:rPr>
            </w:pPr>
            <w:r>
              <w:br/>
            </w:r>
            <w:r w:rsidRPr="26B4DD0C">
              <w:rPr>
                <w:sz w:val="24"/>
                <w:szCs w:val="24"/>
                <w:lang w:val="en-GB"/>
              </w:rPr>
              <w:t xml:space="preserve">Funding period: </w:t>
            </w:r>
            <w:r w:rsidR="66895E40" w:rsidRPr="26B4DD0C">
              <w:rPr>
                <w:sz w:val="24"/>
                <w:szCs w:val="24"/>
                <w:lang w:val="en-GB"/>
              </w:rPr>
              <w:t>01</w:t>
            </w:r>
            <w:r w:rsidR="4613B867" w:rsidRPr="26B4DD0C">
              <w:rPr>
                <w:sz w:val="24"/>
                <w:szCs w:val="24"/>
                <w:lang w:val="en-GB"/>
              </w:rPr>
              <w:t>/</w:t>
            </w:r>
            <w:r w:rsidR="435C6CE4" w:rsidRPr="26B4DD0C">
              <w:rPr>
                <w:sz w:val="24"/>
                <w:szCs w:val="24"/>
                <w:lang w:val="en-GB"/>
              </w:rPr>
              <w:t>0</w:t>
            </w:r>
            <w:r w:rsidR="4613B867" w:rsidRPr="26B4DD0C">
              <w:rPr>
                <w:sz w:val="24"/>
                <w:szCs w:val="24"/>
                <w:lang w:val="en-GB"/>
              </w:rPr>
              <w:t>4/2027</w:t>
            </w:r>
            <w:r w:rsidRPr="26B4DD0C">
              <w:rPr>
                <w:sz w:val="24"/>
                <w:szCs w:val="24"/>
                <w:lang w:val="en-GB"/>
              </w:rPr>
              <w:t xml:space="preserve"> to </w:t>
            </w:r>
            <w:r w:rsidR="4613B867" w:rsidRPr="26B4DD0C">
              <w:rPr>
                <w:sz w:val="24"/>
                <w:szCs w:val="24"/>
                <w:lang w:val="en-GB"/>
              </w:rPr>
              <w:t>31/</w:t>
            </w:r>
            <w:r w:rsidR="37073D14" w:rsidRPr="26B4DD0C">
              <w:rPr>
                <w:sz w:val="24"/>
                <w:szCs w:val="24"/>
                <w:lang w:val="en-GB"/>
              </w:rPr>
              <w:t>0</w:t>
            </w:r>
            <w:r w:rsidR="4613B867" w:rsidRPr="26B4DD0C">
              <w:rPr>
                <w:sz w:val="24"/>
                <w:szCs w:val="24"/>
                <w:lang w:val="en-GB"/>
              </w:rPr>
              <w:t>3/2030</w:t>
            </w:r>
          </w:p>
          <w:p w14:paraId="7AC324C3" w14:textId="508F42CF" w:rsidR="009A35DB" w:rsidRDefault="00D01CEA" w:rsidP="1A687FD1">
            <w:pPr>
              <w:rPr>
                <w:rFonts w:eastAsia="Arial" w:cs="Arial"/>
                <w:sz w:val="24"/>
                <w:szCs w:val="24"/>
                <w:lang w:val="en-GB"/>
              </w:rPr>
            </w:pPr>
            <w:r>
              <w:br/>
            </w:r>
            <w:r w:rsidRPr="26B4DD0C">
              <w:rPr>
                <w:sz w:val="24"/>
                <w:szCs w:val="24"/>
                <w:lang w:val="en-GB"/>
              </w:rPr>
              <w:t xml:space="preserve">Grant </w:t>
            </w:r>
            <w:r w:rsidR="4E43899C" w:rsidRPr="26B4DD0C">
              <w:rPr>
                <w:sz w:val="24"/>
                <w:szCs w:val="24"/>
                <w:lang w:val="en-GB"/>
              </w:rPr>
              <w:t>size:</w:t>
            </w:r>
            <w:r w:rsidRPr="26B4DD0C">
              <w:rPr>
                <w:sz w:val="24"/>
                <w:szCs w:val="24"/>
                <w:lang w:val="en-GB"/>
              </w:rPr>
              <w:t xml:space="preserve"> </w:t>
            </w:r>
            <w:r w:rsidR="4613B867" w:rsidRPr="26B4DD0C">
              <w:rPr>
                <w:sz w:val="24"/>
                <w:szCs w:val="24"/>
                <w:lang w:val="en-GB"/>
              </w:rPr>
              <w:t>£100,000 - £</w:t>
            </w:r>
            <w:r w:rsidR="1F1BE321" w:rsidRPr="26B4DD0C">
              <w:rPr>
                <w:sz w:val="24"/>
                <w:szCs w:val="24"/>
                <w:lang w:val="en-GB"/>
              </w:rPr>
              <w:t>3</w:t>
            </w:r>
            <w:r w:rsidR="213EF080" w:rsidRPr="26B4DD0C">
              <w:rPr>
                <w:sz w:val="24"/>
                <w:szCs w:val="24"/>
                <w:lang w:val="en-GB"/>
              </w:rPr>
              <w:t>5</w:t>
            </w:r>
            <w:r w:rsidR="1F1BE321" w:rsidRPr="26B4DD0C">
              <w:rPr>
                <w:sz w:val="24"/>
                <w:szCs w:val="24"/>
                <w:lang w:val="en-GB"/>
              </w:rPr>
              <w:t>0</w:t>
            </w:r>
            <w:r w:rsidR="4613B867" w:rsidRPr="26B4DD0C">
              <w:rPr>
                <w:sz w:val="24"/>
                <w:szCs w:val="24"/>
                <w:lang w:val="en-GB"/>
              </w:rPr>
              <w:t>,000</w:t>
            </w:r>
            <w:r w:rsidR="722299C2" w:rsidRPr="26B4DD0C">
              <w:rPr>
                <w:sz w:val="24"/>
                <w:szCs w:val="24"/>
                <w:lang w:val="en-GB"/>
              </w:rPr>
              <w:t xml:space="preserve"> </w:t>
            </w:r>
            <w:r w:rsidR="722299C2" w:rsidRPr="26B4DD0C">
              <w:rPr>
                <w:rFonts w:eastAsia="Arial" w:cs="Arial"/>
                <w:sz w:val="24"/>
                <w:szCs w:val="24"/>
                <w:lang w:val="en-GB"/>
              </w:rPr>
              <w:t>over 3 years</w:t>
            </w:r>
          </w:p>
          <w:p w14:paraId="0C4ACBE8" w14:textId="556D9877" w:rsidR="009A35DB" w:rsidRDefault="00D01CEA" w:rsidP="1A687FD1">
            <w:pPr>
              <w:rPr>
                <w:sz w:val="24"/>
                <w:szCs w:val="24"/>
                <w:highlight w:val="yellow"/>
                <w:lang w:val="en-GB"/>
              </w:rPr>
            </w:pPr>
            <w:r w:rsidRPr="2A776E6C">
              <w:rPr>
                <w:sz w:val="24"/>
                <w:szCs w:val="24"/>
                <w:lang w:val="en-GB"/>
              </w:rPr>
              <w:t xml:space="preserve">Application route: </w:t>
            </w:r>
            <w:hyperlink r:id="rId11">
              <w:r w:rsidR="762BB8DD" w:rsidRPr="2A776E6C">
                <w:rPr>
                  <w:rStyle w:val="Hyperlink"/>
                  <w:lang w:val="en-GB"/>
                </w:rPr>
                <w:t>Find a Grant</w:t>
              </w:r>
            </w:hyperlink>
          </w:p>
          <w:p w14:paraId="1EF4D2E3" w14:textId="2B757A63" w:rsidR="00D13A0E" w:rsidRDefault="00D01CEA" w:rsidP="1A687FD1">
            <w:pPr>
              <w:rPr>
                <w:rFonts w:eastAsia="Arial" w:cs="Arial"/>
                <w:sz w:val="24"/>
                <w:szCs w:val="24"/>
                <w:lang w:val="en-GB"/>
              </w:rPr>
            </w:pPr>
            <w:r>
              <w:br/>
            </w:r>
            <w:r w:rsidRPr="2A776E6C">
              <w:rPr>
                <w:sz w:val="24"/>
                <w:szCs w:val="24"/>
                <w:lang w:val="en-GB"/>
              </w:rPr>
              <w:t xml:space="preserve">Queries: </w:t>
            </w:r>
            <w:hyperlink r:id="rId12">
              <w:r w:rsidR="76C2133E" w:rsidRPr="2A776E6C">
                <w:rPr>
                  <w:rStyle w:val="Hyperlink"/>
                  <w:color w:val="467886"/>
                  <w:lang w:val="en-GB"/>
                </w:rPr>
                <w:t>GI.BSS@bristol.gov.uk</w:t>
              </w:r>
            </w:hyperlink>
          </w:p>
        </w:tc>
      </w:tr>
    </w:tbl>
    <w:p w14:paraId="28AFA888" w14:textId="77777777" w:rsidR="00D13A0E" w:rsidRDefault="00D13A0E">
      <w:pPr>
        <w:spacing w:after="20"/>
        <w:rPr>
          <w:lang w:val="en-GB"/>
        </w:rPr>
      </w:pPr>
    </w:p>
    <w:p w14:paraId="75E129EB" w14:textId="1223BB1D" w:rsidR="00D13A0E" w:rsidRDefault="00D01CEA">
      <w:pPr>
        <w:pStyle w:val="HelpText"/>
        <w:rPr>
          <w:sz w:val="20"/>
          <w:szCs w:val="20"/>
          <w:lang w:val="en-GB"/>
        </w:rPr>
      </w:pPr>
      <w:r w:rsidRPr="26B4DD0C">
        <w:rPr>
          <w:sz w:val="20"/>
          <w:szCs w:val="20"/>
          <w:lang w:val="en-GB"/>
        </w:rPr>
        <w:t xml:space="preserve">Please read the separate Grant Guidance and Outcome </w:t>
      </w:r>
      <w:r w:rsidR="37515EA1" w:rsidRPr="26B4DD0C">
        <w:rPr>
          <w:sz w:val="20"/>
          <w:szCs w:val="20"/>
          <w:lang w:val="en-GB"/>
        </w:rPr>
        <w:t>Document</w:t>
      </w:r>
      <w:r w:rsidRPr="26B4DD0C">
        <w:rPr>
          <w:sz w:val="20"/>
          <w:szCs w:val="20"/>
          <w:lang w:val="en-GB"/>
        </w:rPr>
        <w:t xml:space="preserve"> before completing this form. Answer every applicable question and observe the stated word limits.</w:t>
      </w:r>
    </w:p>
    <w:p w14:paraId="029F0D11" w14:textId="3ACB8FB2" w:rsidR="007B18BB" w:rsidRDefault="007B18BB">
      <w:pPr>
        <w:rPr>
          <w:lang w:val="en-GB"/>
        </w:rPr>
      </w:pPr>
    </w:p>
    <w:p w14:paraId="5A120545" w14:textId="73C1E9DD" w:rsidR="00D13A0E" w:rsidRDefault="00D01CEA">
      <w:pPr>
        <w:rPr>
          <w:lang w:val="en-GB"/>
        </w:rPr>
      </w:pPr>
      <w:r>
        <w:br/>
      </w:r>
      <w:r w:rsidRPr="26B4DD0C">
        <w:rPr>
          <w:lang w:val="en-GB"/>
        </w:rPr>
        <w:t xml:space="preserve">Applicant </w:t>
      </w:r>
      <w:r w:rsidR="04E3D6BB" w:rsidRPr="26B4DD0C">
        <w:rPr>
          <w:lang w:val="en-GB"/>
        </w:rPr>
        <w:t>organisation</w:t>
      </w:r>
      <w:r w:rsidRPr="26B4DD0C">
        <w:rPr>
          <w:lang w:val="en-GB"/>
        </w:rPr>
        <w:t>: __________________________________________________________</w:t>
      </w:r>
    </w:p>
    <w:p w14:paraId="6005A18A" w14:textId="77777777" w:rsidR="007B18BB" w:rsidRDefault="007B18BB">
      <w:pPr>
        <w:rPr>
          <w:lang w:val="en-GB"/>
        </w:rPr>
      </w:pPr>
    </w:p>
    <w:p w14:paraId="00610D4C" w14:textId="2AC4EEB0" w:rsidR="00D13A0E" w:rsidRDefault="00D01CEA">
      <w:pPr>
        <w:rPr>
          <w:lang w:val="en-GB"/>
        </w:rPr>
      </w:pPr>
      <w:r w:rsidRPr="26B4DD0C">
        <w:rPr>
          <w:lang w:val="en-GB"/>
        </w:rPr>
        <w:t>Application title: _________________________________________________________________</w:t>
      </w:r>
    </w:p>
    <w:p w14:paraId="20BA5C31" w14:textId="77777777" w:rsidR="007B18BB" w:rsidRDefault="007B18BB">
      <w:pPr>
        <w:rPr>
          <w:lang w:val="en-GB"/>
        </w:rPr>
      </w:pPr>
    </w:p>
    <w:p w14:paraId="2647DF4C" w14:textId="453B50B9" w:rsidR="00D13A0E" w:rsidRDefault="11E83C15">
      <w:r w:rsidRPr="6DC9EA8D">
        <w:rPr>
          <w:lang w:val="en-GB"/>
        </w:rPr>
        <w:t>Lead contact</w:t>
      </w:r>
      <w:r w:rsidR="591653C6" w:rsidRPr="6DC9EA8D">
        <w:rPr>
          <w:lang w:val="en-GB"/>
        </w:rPr>
        <w:t xml:space="preserve"> First and Last Name</w:t>
      </w:r>
      <w:r w:rsidRPr="6DC9EA8D">
        <w:rPr>
          <w:lang w:val="en-GB"/>
        </w:rPr>
        <w:t>: __________________________________________________</w:t>
      </w:r>
    </w:p>
    <w:p w14:paraId="5938539F" w14:textId="629EF811" w:rsidR="6DC9EA8D" w:rsidRDefault="6DC9EA8D" w:rsidP="6DC9EA8D">
      <w:pPr>
        <w:rPr>
          <w:lang w:val="en-GB"/>
        </w:rPr>
      </w:pPr>
    </w:p>
    <w:p w14:paraId="02055ACC" w14:textId="646E7A0F" w:rsidR="07AD07EF" w:rsidRDefault="07AD07EF" w:rsidP="6DC9EA8D">
      <w:pPr>
        <w:rPr>
          <w:lang w:val="en-GB"/>
        </w:rPr>
      </w:pPr>
      <w:r w:rsidRPr="6DC9EA8D">
        <w:rPr>
          <w:lang w:val="en-GB"/>
        </w:rPr>
        <w:t>Lead contact email: __________________________________________________</w:t>
      </w:r>
    </w:p>
    <w:p w14:paraId="5C36374D" w14:textId="77777777" w:rsidR="007B18BB" w:rsidRDefault="007B18BB">
      <w:pPr>
        <w:rPr>
          <w:lang w:val="en-GB"/>
        </w:rPr>
      </w:pPr>
    </w:p>
    <w:p w14:paraId="2E4E336A" w14:textId="286F9866" w:rsidR="00D13A0E" w:rsidRDefault="00D01CEA">
      <w:pPr>
        <w:rPr>
          <w:lang w:val="en-GB"/>
        </w:rPr>
      </w:pPr>
      <w:r w:rsidRPr="26B4DD0C">
        <w:rPr>
          <w:lang w:val="en-GB"/>
        </w:rPr>
        <w:t>Date submitted: __________________________________________________________________</w:t>
      </w:r>
    </w:p>
    <w:p w14:paraId="09173257" w14:textId="7C1A6042" w:rsidR="00D13A0E" w:rsidRDefault="00D01CEA">
      <w:pPr>
        <w:pStyle w:val="HelpText"/>
        <w:jc w:val="center"/>
        <w:rPr>
          <w:lang w:val="en-GB"/>
        </w:rPr>
      </w:pPr>
      <w:r>
        <w:br/>
      </w:r>
    </w:p>
    <w:p w14:paraId="59F2FC5C" w14:textId="77777777" w:rsidR="00D13A0E" w:rsidRDefault="00D01CEA">
      <w:pPr>
        <w:rPr>
          <w:lang w:val="en-GB"/>
        </w:rPr>
      </w:pPr>
      <w:r w:rsidRPr="26B4DD0C">
        <w:rPr>
          <w:lang w:val="en-GB"/>
        </w:rPr>
        <w:br w:type="page"/>
      </w:r>
    </w:p>
    <w:p w14:paraId="59C83D92" w14:textId="77777777" w:rsidR="00D13A0E" w:rsidRDefault="00D01CEA">
      <w:pPr>
        <w:pStyle w:val="Heading1"/>
        <w:rPr>
          <w:lang w:val="en-GB"/>
        </w:rPr>
      </w:pPr>
      <w:r w:rsidRPr="26B4DD0C">
        <w:rPr>
          <w:lang w:val="en-GB"/>
        </w:rPr>
        <w:lastRenderedPageBreak/>
        <w:t>Contents and application overview</w:t>
      </w:r>
    </w:p>
    <w:tbl>
      <w:tblPr>
        <w:tblStyle w:val="TableGrid"/>
        <w:tblW w:w="0" w:type="auto"/>
        <w:tblLook w:val="04A0" w:firstRow="1" w:lastRow="0" w:firstColumn="1" w:lastColumn="0" w:noHBand="0" w:noVBand="1"/>
      </w:tblPr>
      <w:tblGrid>
        <w:gridCol w:w="5035"/>
        <w:gridCol w:w="5035"/>
      </w:tblGrid>
      <w:tr w:rsidR="00D13A0E" w14:paraId="0A2B56A4" w14:textId="77777777" w:rsidTr="43F7E6C1">
        <w:trPr>
          <w:tblHeader/>
        </w:trPr>
        <w:tc>
          <w:tcPr>
            <w:tcW w:w="5035" w:type="dxa"/>
            <w:shd w:val="clear" w:color="auto" w:fill="17365D" w:themeFill="text2" w:themeFillShade="BF"/>
            <w:tcMar>
              <w:top w:w="90" w:type="dxa"/>
              <w:left w:w="100" w:type="dxa"/>
              <w:bottom w:w="90" w:type="dxa"/>
              <w:right w:w="100" w:type="dxa"/>
            </w:tcMar>
            <w:vAlign w:val="center"/>
          </w:tcPr>
          <w:p w14:paraId="71EEF64F" w14:textId="77777777" w:rsidR="00D13A0E" w:rsidRDefault="00D01CEA">
            <w:pPr>
              <w:rPr>
                <w:b/>
                <w:color w:val="FFFFFF" w:themeColor="background1"/>
                <w:lang w:val="en-GB"/>
              </w:rPr>
            </w:pPr>
            <w:r w:rsidRPr="26B4DD0C">
              <w:rPr>
                <w:b/>
                <w:color w:val="FFFFFF" w:themeColor="background1"/>
                <w:lang w:val="en-GB"/>
              </w:rPr>
              <w:t>Section</w:t>
            </w:r>
          </w:p>
        </w:tc>
        <w:tc>
          <w:tcPr>
            <w:tcW w:w="5035" w:type="dxa"/>
            <w:shd w:val="clear" w:color="auto" w:fill="17365D" w:themeFill="text2" w:themeFillShade="BF"/>
            <w:tcMar>
              <w:top w:w="90" w:type="dxa"/>
              <w:left w:w="100" w:type="dxa"/>
              <w:bottom w:w="90" w:type="dxa"/>
              <w:right w:w="100" w:type="dxa"/>
            </w:tcMar>
            <w:vAlign w:val="center"/>
          </w:tcPr>
          <w:p w14:paraId="776C2098" w14:textId="77777777" w:rsidR="00D13A0E" w:rsidRDefault="00D01CEA">
            <w:pPr>
              <w:rPr>
                <w:b/>
                <w:color w:val="FFFFFF" w:themeColor="background1"/>
                <w:lang w:val="en-GB"/>
              </w:rPr>
            </w:pPr>
            <w:r w:rsidRPr="26B4DD0C">
              <w:rPr>
                <w:b/>
                <w:color w:val="FFFFFF" w:themeColor="background1"/>
                <w:lang w:val="en-GB"/>
              </w:rPr>
              <w:t>Description</w:t>
            </w:r>
          </w:p>
        </w:tc>
      </w:tr>
      <w:tr w:rsidR="00D13A0E" w14:paraId="4B56DD2E" w14:textId="77777777" w:rsidTr="43F7E6C1">
        <w:tc>
          <w:tcPr>
            <w:tcW w:w="5035" w:type="dxa"/>
            <w:tcMar>
              <w:top w:w="90" w:type="dxa"/>
              <w:left w:w="100" w:type="dxa"/>
              <w:bottom w:w="90" w:type="dxa"/>
              <w:right w:w="100" w:type="dxa"/>
            </w:tcMar>
            <w:vAlign w:val="center"/>
          </w:tcPr>
          <w:p w14:paraId="3BA788F3" w14:textId="61C52875" w:rsidR="00D13A0E" w:rsidRDefault="00D01CEA">
            <w:pPr>
              <w:rPr>
                <w:b/>
                <w:color w:val="17365D" w:themeColor="text2" w:themeShade="BF"/>
                <w:lang w:val="en-GB"/>
              </w:rPr>
            </w:pPr>
            <w:r w:rsidRPr="342C33C6">
              <w:rPr>
                <w:b/>
                <w:color w:val="17365D" w:themeColor="text2" w:themeShade="BF"/>
                <w:lang w:val="en-GB"/>
              </w:rPr>
              <w:t xml:space="preserve">Section </w:t>
            </w:r>
            <w:r w:rsidR="2CBF9901" w:rsidRPr="342C33C6">
              <w:rPr>
                <w:b/>
                <w:bCs/>
                <w:color w:val="17365D" w:themeColor="text2" w:themeShade="BF"/>
                <w:lang w:val="en-GB"/>
              </w:rPr>
              <w:t>A</w:t>
            </w:r>
          </w:p>
        </w:tc>
        <w:tc>
          <w:tcPr>
            <w:tcW w:w="5035" w:type="dxa"/>
            <w:tcMar>
              <w:top w:w="90" w:type="dxa"/>
              <w:left w:w="100" w:type="dxa"/>
              <w:bottom w:w="90" w:type="dxa"/>
              <w:right w:w="100" w:type="dxa"/>
            </w:tcMar>
            <w:vAlign w:val="center"/>
          </w:tcPr>
          <w:p w14:paraId="253DB509" w14:textId="71BA554C" w:rsidR="00D13A0E" w:rsidRDefault="00D01CEA">
            <w:pPr>
              <w:rPr>
                <w:lang w:val="en-GB"/>
              </w:rPr>
            </w:pPr>
            <w:r w:rsidRPr="26B4DD0C">
              <w:rPr>
                <w:lang w:val="en-GB"/>
              </w:rPr>
              <w:t xml:space="preserve">Eligibility and </w:t>
            </w:r>
            <w:r w:rsidR="7BC7AA41" w:rsidRPr="26B4DD0C">
              <w:rPr>
                <w:lang w:val="en-GB"/>
              </w:rPr>
              <w:t>organi</w:t>
            </w:r>
            <w:r w:rsidR="579A14D8" w:rsidRPr="26B4DD0C">
              <w:rPr>
                <w:lang w:val="en-GB"/>
              </w:rPr>
              <w:t>s</w:t>
            </w:r>
            <w:r w:rsidR="7BC7AA41" w:rsidRPr="26B4DD0C">
              <w:rPr>
                <w:lang w:val="en-GB"/>
              </w:rPr>
              <w:t>ation</w:t>
            </w:r>
            <w:r w:rsidRPr="26B4DD0C">
              <w:rPr>
                <w:lang w:val="en-GB"/>
              </w:rPr>
              <w:t xml:space="preserve"> information</w:t>
            </w:r>
          </w:p>
        </w:tc>
      </w:tr>
      <w:tr w:rsidR="00D13A0E" w14:paraId="4F72021A" w14:textId="77777777" w:rsidTr="43F7E6C1">
        <w:tc>
          <w:tcPr>
            <w:tcW w:w="5035" w:type="dxa"/>
            <w:tcMar>
              <w:top w:w="90" w:type="dxa"/>
              <w:left w:w="100" w:type="dxa"/>
              <w:bottom w:w="90" w:type="dxa"/>
              <w:right w:w="100" w:type="dxa"/>
            </w:tcMar>
            <w:vAlign w:val="center"/>
          </w:tcPr>
          <w:p w14:paraId="5E700F6A" w14:textId="24FA5D39" w:rsidR="00D13A0E" w:rsidRDefault="00D01CEA">
            <w:pPr>
              <w:rPr>
                <w:b/>
                <w:color w:val="17365D" w:themeColor="text2" w:themeShade="BF"/>
                <w:lang w:val="en-GB"/>
              </w:rPr>
            </w:pPr>
            <w:r w:rsidRPr="342C33C6">
              <w:rPr>
                <w:b/>
                <w:color w:val="17365D" w:themeColor="text2" w:themeShade="BF"/>
                <w:lang w:val="en-GB"/>
              </w:rPr>
              <w:t xml:space="preserve">Section </w:t>
            </w:r>
            <w:r w:rsidR="5044680D" w:rsidRPr="342C33C6">
              <w:rPr>
                <w:b/>
                <w:bCs/>
                <w:color w:val="17365D" w:themeColor="text2" w:themeShade="BF"/>
                <w:lang w:val="en-GB"/>
              </w:rPr>
              <w:t>B</w:t>
            </w:r>
          </w:p>
        </w:tc>
        <w:tc>
          <w:tcPr>
            <w:tcW w:w="5035" w:type="dxa"/>
            <w:tcMar>
              <w:top w:w="90" w:type="dxa"/>
              <w:left w:w="100" w:type="dxa"/>
              <w:bottom w:w="90" w:type="dxa"/>
              <w:right w:w="100" w:type="dxa"/>
            </w:tcMar>
            <w:vAlign w:val="center"/>
          </w:tcPr>
          <w:p w14:paraId="0C0C5052" w14:textId="77777777" w:rsidR="00D13A0E" w:rsidRDefault="00D01CEA">
            <w:pPr>
              <w:rPr>
                <w:lang w:val="en-GB"/>
              </w:rPr>
            </w:pPr>
            <w:r w:rsidRPr="26B4DD0C">
              <w:rPr>
                <w:lang w:val="en-GB"/>
              </w:rPr>
              <w:t>Application overview and partnership arrangements</w:t>
            </w:r>
          </w:p>
        </w:tc>
      </w:tr>
      <w:tr w:rsidR="00D13A0E" w14:paraId="3165EFB8" w14:textId="77777777" w:rsidTr="43F7E6C1">
        <w:tc>
          <w:tcPr>
            <w:tcW w:w="5035" w:type="dxa"/>
            <w:tcMar>
              <w:top w:w="90" w:type="dxa"/>
              <w:left w:w="100" w:type="dxa"/>
              <w:bottom w:w="90" w:type="dxa"/>
              <w:right w:w="100" w:type="dxa"/>
            </w:tcMar>
            <w:vAlign w:val="center"/>
          </w:tcPr>
          <w:p w14:paraId="63C76EA5" w14:textId="35DDC066" w:rsidR="00D13A0E" w:rsidRDefault="00D01CEA">
            <w:pPr>
              <w:rPr>
                <w:b/>
                <w:color w:val="17365D" w:themeColor="text2" w:themeShade="BF"/>
                <w:lang w:val="en-GB"/>
              </w:rPr>
            </w:pPr>
            <w:r w:rsidRPr="342C33C6">
              <w:rPr>
                <w:b/>
                <w:color w:val="17365D" w:themeColor="text2" w:themeShade="BF"/>
                <w:lang w:val="en-GB"/>
              </w:rPr>
              <w:t xml:space="preserve">Section </w:t>
            </w:r>
            <w:r w:rsidR="7A3F2767" w:rsidRPr="342C33C6">
              <w:rPr>
                <w:b/>
                <w:bCs/>
                <w:color w:val="17365D" w:themeColor="text2" w:themeShade="BF"/>
                <w:lang w:val="en-GB"/>
              </w:rPr>
              <w:t>C</w:t>
            </w:r>
          </w:p>
        </w:tc>
        <w:tc>
          <w:tcPr>
            <w:tcW w:w="5035" w:type="dxa"/>
            <w:tcMar>
              <w:top w:w="90" w:type="dxa"/>
              <w:left w:w="100" w:type="dxa"/>
              <w:bottom w:w="90" w:type="dxa"/>
              <w:right w:w="100" w:type="dxa"/>
            </w:tcMar>
            <w:vAlign w:val="center"/>
          </w:tcPr>
          <w:p w14:paraId="74EC898E" w14:textId="410BAB6F" w:rsidR="00D13A0E" w:rsidRDefault="1DEE5ADE">
            <w:pPr>
              <w:rPr>
                <w:lang w:val="en-GB"/>
              </w:rPr>
            </w:pPr>
            <w:r w:rsidRPr="26B4DD0C">
              <w:rPr>
                <w:lang w:val="en-GB"/>
              </w:rPr>
              <w:t>Outcomes and Strategic</w:t>
            </w:r>
            <w:r w:rsidR="3911CB52" w:rsidRPr="26B4DD0C">
              <w:rPr>
                <w:lang w:val="en-GB"/>
              </w:rPr>
              <w:t xml:space="preserve"> Fit</w:t>
            </w:r>
          </w:p>
        </w:tc>
      </w:tr>
      <w:tr w:rsidR="00D13A0E" w14:paraId="784426C2" w14:textId="77777777" w:rsidTr="43F7E6C1">
        <w:tc>
          <w:tcPr>
            <w:tcW w:w="5035" w:type="dxa"/>
            <w:tcMar>
              <w:top w:w="90" w:type="dxa"/>
              <w:left w:w="100" w:type="dxa"/>
              <w:bottom w:w="90" w:type="dxa"/>
              <w:right w:w="100" w:type="dxa"/>
            </w:tcMar>
            <w:vAlign w:val="center"/>
          </w:tcPr>
          <w:p w14:paraId="2EAA254F" w14:textId="2173D064" w:rsidR="00D13A0E" w:rsidRDefault="00D01CEA">
            <w:pPr>
              <w:rPr>
                <w:b/>
                <w:color w:val="17365D" w:themeColor="text2" w:themeShade="BF"/>
                <w:lang w:val="en-GB"/>
              </w:rPr>
            </w:pPr>
            <w:r w:rsidRPr="342C33C6">
              <w:rPr>
                <w:b/>
                <w:color w:val="17365D" w:themeColor="text2" w:themeShade="BF"/>
                <w:lang w:val="en-GB"/>
              </w:rPr>
              <w:t xml:space="preserve">Section </w:t>
            </w:r>
            <w:r w:rsidR="0D835F0A" w:rsidRPr="342C33C6">
              <w:rPr>
                <w:b/>
                <w:bCs/>
                <w:color w:val="17365D" w:themeColor="text2" w:themeShade="BF"/>
                <w:lang w:val="en-GB"/>
              </w:rPr>
              <w:t>D</w:t>
            </w:r>
          </w:p>
        </w:tc>
        <w:tc>
          <w:tcPr>
            <w:tcW w:w="5035" w:type="dxa"/>
            <w:tcMar>
              <w:top w:w="90" w:type="dxa"/>
              <w:left w:w="100" w:type="dxa"/>
              <w:bottom w:w="90" w:type="dxa"/>
              <w:right w:w="100" w:type="dxa"/>
            </w:tcMar>
            <w:vAlign w:val="center"/>
          </w:tcPr>
          <w:p w14:paraId="50661BC5" w14:textId="46F4FE41" w:rsidR="00D13A0E" w:rsidRDefault="157F8491">
            <w:pPr>
              <w:rPr>
                <w:lang w:val="en-GB"/>
              </w:rPr>
            </w:pPr>
            <w:r w:rsidRPr="26B4DD0C">
              <w:rPr>
                <w:lang w:val="en-GB"/>
              </w:rPr>
              <w:t>What and How – Activities Delivery</w:t>
            </w:r>
          </w:p>
        </w:tc>
      </w:tr>
      <w:tr w:rsidR="00D13A0E" w14:paraId="43136EF3" w14:textId="77777777" w:rsidTr="43F7E6C1">
        <w:tc>
          <w:tcPr>
            <w:tcW w:w="5035" w:type="dxa"/>
            <w:tcMar>
              <w:top w:w="90" w:type="dxa"/>
              <w:left w:w="100" w:type="dxa"/>
              <w:bottom w:w="90" w:type="dxa"/>
              <w:right w:w="100" w:type="dxa"/>
            </w:tcMar>
            <w:vAlign w:val="center"/>
          </w:tcPr>
          <w:p w14:paraId="698FEAA4" w14:textId="20377F10" w:rsidR="00D13A0E" w:rsidRDefault="00D01CEA">
            <w:pPr>
              <w:rPr>
                <w:b/>
                <w:color w:val="17365D" w:themeColor="text2" w:themeShade="BF"/>
                <w:lang w:val="en-GB"/>
              </w:rPr>
            </w:pPr>
            <w:r w:rsidRPr="342C33C6">
              <w:rPr>
                <w:b/>
                <w:color w:val="17365D" w:themeColor="text2" w:themeShade="BF"/>
                <w:lang w:val="en-GB"/>
              </w:rPr>
              <w:t xml:space="preserve">Section </w:t>
            </w:r>
            <w:r w:rsidR="5C3134FB" w:rsidRPr="342C33C6">
              <w:rPr>
                <w:b/>
                <w:bCs/>
                <w:color w:val="17365D" w:themeColor="text2" w:themeShade="BF"/>
                <w:lang w:val="en-GB"/>
              </w:rPr>
              <w:t>E</w:t>
            </w:r>
          </w:p>
        </w:tc>
        <w:tc>
          <w:tcPr>
            <w:tcW w:w="5035" w:type="dxa"/>
            <w:tcMar>
              <w:top w:w="90" w:type="dxa"/>
              <w:left w:w="100" w:type="dxa"/>
              <w:bottom w:w="90" w:type="dxa"/>
              <w:right w:w="100" w:type="dxa"/>
            </w:tcMar>
            <w:vAlign w:val="center"/>
          </w:tcPr>
          <w:p w14:paraId="512993AF" w14:textId="29109D66" w:rsidR="00D13A0E" w:rsidRDefault="22DDFBA0">
            <w:pPr>
              <w:rPr>
                <w:lang w:val="en-GB"/>
              </w:rPr>
            </w:pPr>
            <w:r w:rsidRPr="26B4DD0C">
              <w:rPr>
                <w:lang w:val="en-GB"/>
              </w:rPr>
              <w:t>Who and Where</w:t>
            </w:r>
          </w:p>
        </w:tc>
      </w:tr>
      <w:tr w:rsidR="00D13A0E" w14:paraId="41F380A6" w14:textId="77777777" w:rsidTr="43F7E6C1">
        <w:tc>
          <w:tcPr>
            <w:tcW w:w="5035" w:type="dxa"/>
            <w:tcMar>
              <w:top w:w="90" w:type="dxa"/>
              <w:left w:w="100" w:type="dxa"/>
              <w:bottom w:w="90" w:type="dxa"/>
              <w:right w:w="100" w:type="dxa"/>
            </w:tcMar>
            <w:vAlign w:val="center"/>
          </w:tcPr>
          <w:p w14:paraId="5B9439F7" w14:textId="45BFEDDC" w:rsidR="00D13A0E" w:rsidRDefault="00D01CEA">
            <w:pPr>
              <w:rPr>
                <w:b/>
                <w:color w:val="17365D" w:themeColor="text2" w:themeShade="BF"/>
                <w:lang w:val="en-GB"/>
              </w:rPr>
            </w:pPr>
            <w:r w:rsidRPr="342C33C6">
              <w:rPr>
                <w:b/>
                <w:color w:val="17365D" w:themeColor="text2" w:themeShade="BF"/>
                <w:lang w:val="en-GB"/>
              </w:rPr>
              <w:t xml:space="preserve">Section </w:t>
            </w:r>
            <w:r w:rsidR="72EB89EE" w:rsidRPr="342C33C6">
              <w:rPr>
                <w:b/>
                <w:bCs/>
                <w:color w:val="17365D" w:themeColor="text2" w:themeShade="BF"/>
                <w:lang w:val="en-GB"/>
              </w:rPr>
              <w:t>F</w:t>
            </w:r>
          </w:p>
        </w:tc>
        <w:tc>
          <w:tcPr>
            <w:tcW w:w="5035" w:type="dxa"/>
            <w:tcMar>
              <w:top w:w="90" w:type="dxa"/>
              <w:left w:w="100" w:type="dxa"/>
              <w:bottom w:w="90" w:type="dxa"/>
              <w:right w:w="100" w:type="dxa"/>
            </w:tcMar>
            <w:vAlign w:val="center"/>
          </w:tcPr>
          <w:p w14:paraId="6080A2D4" w14:textId="786E8F7E" w:rsidR="00D13A0E" w:rsidRDefault="7C2FD341">
            <w:pPr>
              <w:rPr>
                <w:lang w:val="en-GB"/>
              </w:rPr>
            </w:pPr>
            <w:r w:rsidRPr="26B4DD0C">
              <w:rPr>
                <w:lang w:val="en-GB"/>
              </w:rPr>
              <w:t>Why, Rationale, Evidence, and Community Influence</w:t>
            </w:r>
          </w:p>
        </w:tc>
      </w:tr>
      <w:tr w:rsidR="00D13A0E" w14:paraId="0DDB44F8" w14:textId="77777777" w:rsidTr="43F7E6C1">
        <w:tc>
          <w:tcPr>
            <w:tcW w:w="5035" w:type="dxa"/>
            <w:tcMar>
              <w:top w:w="90" w:type="dxa"/>
              <w:left w:w="100" w:type="dxa"/>
              <w:bottom w:w="90" w:type="dxa"/>
              <w:right w:w="100" w:type="dxa"/>
            </w:tcMar>
            <w:vAlign w:val="center"/>
          </w:tcPr>
          <w:p w14:paraId="359B2DC8" w14:textId="68ECE0A6" w:rsidR="00D13A0E" w:rsidRDefault="00D01CEA">
            <w:pPr>
              <w:rPr>
                <w:b/>
                <w:color w:val="17365D" w:themeColor="text2" w:themeShade="BF"/>
                <w:lang w:val="en-GB"/>
              </w:rPr>
            </w:pPr>
            <w:r w:rsidRPr="342C33C6">
              <w:rPr>
                <w:b/>
                <w:color w:val="17365D" w:themeColor="text2" w:themeShade="BF"/>
                <w:lang w:val="en-GB"/>
              </w:rPr>
              <w:t xml:space="preserve">Section </w:t>
            </w:r>
            <w:r w:rsidR="08C72056" w:rsidRPr="342C33C6">
              <w:rPr>
                <w:b/>
                <w:bCs/>
                <w:color w:val="17365D" w:themeColor="text2" w:themeShade="BF"/>
                <w:lang w:val="en-GB"/>
              </w:rPr>
              <w:t>G</w:t>
            </w:r>
          </w:p>
        </w:tc>
        <w:tc>
          <w:tcPr>
            <w:tcW w:w="5035" w:type="dxa"/>
            <w:tcMar>
              <w:top w:w="90" w:type="dxa"/>
              <w:left w:w="100" w:type="dxa"/>
              <w:bottom w:w="90" w:type="dxa"/>
              <w:right w:w="100" w:type="dxa"/>
            </w:tcMar>
            <w:vAlign w:val="center"/>
          </w:tcPr>
          <w:p w14:paraId="1D382474" w14:textId="77777777" w:rsidR="00D13A0E" w:rsidRDefault="00D01CEA">
            <w:pPr>
              <w:rPr>
                <w:lang w:val="en-GB"/>
              </w:rPr>
            </w:pPr>
            <w:r w:rsidRPr="26B4DD0C">
              <w:rPr>
                <w:lang w:val="en-GB"/>
              </w:rPr>
              <w:t>Monitoring, learning, risk and safeguarding</w:t>
            </w:r>
          </w:p>
        </w:tc>
      </w:tr>
      <w:tr w:rsidR="00D13A0E" w14:paraId="3D00D5B2" w14:textId="77777777" w:rsidTr="43F7E6C1">
        <w:tc>
          <w:tcPr>
            <w:tcW w:w="5035" w:type="dxa"/>
            <w:tcMar>
              <w:top w:w="90" w:type="dxa"/>
              <w:left w:w="100" w:type="dxa"/>
              <w:bottom w:w="90" w:type="dxa"/>
              <w:right w:w="100" w:type="dxa"/>
            </w:tcMar>
            <w:vAlign w:val="center"/>
          </w:tcPr>
          <w:p w14:paraId="2FF194DE" w14:textId="22EFF58A" w:rsidR="00D13A0E" w:rsidRDefault="00D01CEA">
            <w:pPr>
              <w:rPr>
                <w:b/>
                <w:color w:val="17365D" w:themeColor="text2" w:themeShade="BF"/>
                <w:lang w:val="en-GB"/>
              </w:rPr>
            </w:pPr>
            <w:r w:rsidRPr="342C33C6">
              <w:rPr>
                <w:b/>
                <w:color w:val="17365D" w:themeColor="text2" w:themeShade="BF"/>
                <w:lang w:val="en-GB"/>
              </w:rPr>
              <w:t xml:space="preserve">Section </w:t>
            </w:r>
            <w:r w:rsidR="67D462D2" w:rsidRPr="342C33C6">
              <w:rPr>
                <w:b/>
                <w:bCs/>
                <w:color w:val="17365D" w:themeColor="text2" w:themeShade="BF"/>
                <w:lang w:val="en-GB"/>
              </w:rPr>
              <w:t>H</w:t>
            </w:r>
          </w:p>
        </w:tc>
        <w:tc>
          <w:tcPr>
            <w:tcW w:w="5035" w:type="dxa"/>
            <w:tcMar>
              <w:top w:w="90" w:type="dxa"/>
              <w:left w:w="100" w:type="dxa"/>
              <w:bottom w:w="90" w:type="dxa"/>
              <w:right w:w="100" w:type="dxa"/>
            </w:tcMar>
            <w:vAlign w:val="center"/>
          </w:tcPr>
          <w:p w14:paraId="61E8DA05" w14:textId="77777777" w:rsidR="00D13A0E" w:rsidRDefault="00D01CEA">
            <w:pPr>
              <w:rPr>
                <w:lang w:val="en-GB"/>
              </w:rPr>
            </w:pPr>
            <w:r w:rsidRPr="26B4DD0C">
              <w:rPr>
                <w:lang w:val="en-GB"/>
              </w:rPr>
              <w:t>Budget, value for money and sustainability</w:t>
            </w:r>
          </w:p>
        </w:tc>
      </w:tr>
      <w:tr w:rsidR="00D13A0E" w14:paraId="1BB6710E" w14:textId="77777777" w:rsidTr="43F7E6C1">
        <w:tc>
          <w:tcPr>
            <w:tcW w:w="5035" w:type="dxa"/>
            <w:tcMar>
              <w:top w:w="90" w:type="dxa"/>
              <w:left w:w="100" w:type="dxa"/>
              <w:bottom w:w="90" w:type="dxa"/>
              <w:right w:w="100" w:type="dxa"/>
            </w:tcMar>
            <w:vAlign w:val="center"/>
          </w:tcPr>
          <w:p w14:paraId="6412EC5F" w14:textId="48CD0CF7" w:rsidR="00D13A0E" w:rsidRDefault="00D01CEA">
            <w:pPr>
              <w:rPr>
                <w:b/>
                <w:color w:val="17365D" w:themeColor="text2" w:themeShade="BF"/>
                <w:lang w:val="en-GB"/>
              </w:rPr>
            </w:pPr>
            <w:r w:rsidRPr="342C33C6">
              <w:rPr>
                <w:b/>
                <w:color w:val="17365D" w:themeColor="text2" w:themeShade="BF"/>
                <w:lang w:val="en-GB"/>
              </w:rPr>
              <w:t xml:space="preserve">Section </w:t>
            </w:r>
            <w:r w:rsidR="15381757" w:rsidRPr="342C33C6">
              <w:rPr>
                <w:b/>
                <w:bCs/>
                <w:color w:val="17365D" w:themeColor="text2" w:themeShade="BF"/>
                <w:lang w:val="en-GB"/>
              </w:rPr>
              <w:t>I</w:t>
            </w:r>
          </w:p>
        </w:tc>
        <w:tc>
          <w:tcPr>
            <w:tcW w:w="5035" w:type="dxa"/>
            <w:tcMar>
              <w:top w:w="90" w:type="dxa"/>
              <w:left w:w="100" w:type="dxa"/>
              <w:bottom w:w="90" w:type="dxa"/>
              <w:right w:w="100" w:type="dxa"/>
            </w:tcMar>
            <w:vAlign w:val="center"/>
          </w:tcPr>
          <w:p w14:paraId="4502E921" w14:textId="77777777" w:rsidR="00D13A0E" w:rsidRDefault="00D01CEA">
            <w:pPr>
              <w:rPr>
                <w:lang w:val="en-GB"/>
              </w:rPr>
            </w:pPr>
            <w:r w:rsidRPr="26B4DD0C">
              <w:rPr>
                <w:lang w:val="en-GB"/>
              </w:rPr>
              <w:t>Declarations and submission checklist</w:t>
            </w:r>
          </w:p>
        </w:tc>
      </w:tr>
    </w:tbl>
    <w:p w14:paraId="61840059" w14:textId="77777777" w:rsidR="00D13A0E" w:rsidRDefault="00D13A0E">
      <w:pPr>
        <w:spacing w:after="20"/>
        <w:rPr>
          <w:lang w:val="en-GB"/>
        </w:rPr>
      </w:pPr>
    </w:p>
    <w:tbl>
      <w:tblPr>
        <w:tblW w:w="0" w:type="auto"/>
        <w:jc w:val="center"/>
        <w:tblLook w:val="04A0" w:firstRow="1" w:lastRow="0" w:firstColumn="1" w:lastColumn="0" w:noHBand="0" w:noVBand="1"/>
      </w:tblPr>
      <w:tblGrid>
        <w:gridCol w:w="10080"/>
      </w:tblGrid>
      <w:tr w:rsidR="00D13A0E" w14:paraId="5D68E1FD" w14:textId="77777777" w:rsidTr="43F7E6C1">
        <w:trPr>
          <w:jc w:val="center"/>
        </w:trPr>
        <w:tc>
          <w:tcPr>
            <w:tcW w:w="10080" w:type="dxa"/>
            <w:shd w:val="clear" w:color="auto" w:fill="EAF3F5"/>
            <w:tcMar>
              <w:top w:w="130" w:type="dxa"/>
              <w:left w:w="150" w:type="dxa"/>
              <w:bottom w:w="130" w:type="dxa"/>
              <w:right w:w="150" w:type="dxa"/>
            </w:tcMar>
          </w:tcPr>
          <w:p w14:paraId="200E3DE3" w14:textId="7FA3A27D" w:rsidR="00D13A0E" w:rsidRDefault="00D01CEA">
            <w:pPr>
              <w:rPr>
                <w:lang w:val="en-GB"/>
              </w:rPr>
            </w:pPr>
            <w:r w:rsidRPr="26B4DD0C">
              <w:rPr>
                <w:b/>
                <w:color w:val="17365D" w:themeColor="text2" w:themeShade="BF"/>
                <w:lang w:val="en-GB"/>
              </w:rPr>
              <w:t>Who we mean by sanctuary seekers</w:t>
            </w:r>
            <w:r>
              <w:br/>
            </w:r>
            <w:r w:rsidRPr="26B4DD0C">
              <w:rPr>
                <w:lang w:val="en-GB"/>
              </w:rPr>
              <w:t xml:space="preserve">For this application, “sanctuary seekers” may include </w:t>
            </w:r>
            <w:r w:rsidR="1BCB971C" w:rsidRPr="26B4DD0C">
              <w:rPr>
                <w:lang w:val="en-GB"/>
              </w:rPr>
              <w:t xml:space="preserve">asylum </w:t>
            </w:r>
            <w:r w:rsidR="2DC1A00D" w:rsidRPr="26B4DD0C">
              <w:rPr>
                <w:lang w:val="en-GB"/>
              </w:rPr>
              <w:t>seekers</w:t>
            </w:r>
            <w:r w:rsidRPr="26B4DD0C">
              <w:rPr>
                <w:lang w:val="en-GB"/>
              </w:rPr>
              <w:t>, refugees, people supported through resettlement routes, Homes for Ukraine participants, people with No Recourse to Public Funds, and other eligible people affected by insecure immigration status, subject to the final grant guidance and funding restrictions.</w:t>
            </w:r>
          </w:p>
        </w:tc>
      </w:tr>
    </w:tbl>
    <w:p w14:paraId="1BB28D6A" w14:textId="77777777" w:rsidR="00D13A0E" w:rsidRDefault="00D13A0E">
      <w:pPr>
        <w:spacing w:after="20"/>
        <w:rPr>
          <w:lang w:val="en-GB"/>
        </w:rPr>
      </w:pPr>
    </w:p>
    <w:p w14:paraId="79C54B25" w14:textId="176F3186" w:rsidR="00D13A0E" w:rsidRDefault="001D3A24" w:rsidP="0D2A3615">
      <w:pPr>
        <w:pStyle w:val="Heading1"/>
        <w:rPr>
          <w:lang w:val="en-GB"/>
        </w:rPr>
      </w:pPr>
      <w:r>
        <w:rPr>
          <w:rFonts w:ascii="Calibri" w:eastAsia="Calibri" w:hAnsi="Calibri" w:cs="Calibri"/>
        </w:rPr>
        <w:t xml:space="preserve">Part 4 </w:t>
      </w:r>
      <w:r w:rsidR="4CFFF382" w:rsidRPr="342C33C6">
        <w:rPr>
          <w:rFonts w:ascii="Calibri" w:eastAsia="Calibri" w:hAnsi="Calibri" w:cs="Calibri"/>
        </w:rPr>
        <w:t xml:space="preserve">Section </w:t>
      </w:r>
      <w:r w:rsidR="528674E3" w:rsidRPr="1BF8B696">
        <w:rPr>
          <w:rFonts w:ascii="Calibri" w:eastAsia="Calibri" w:hAnsi="Calibri" w:cs="Calibri"/>
        </w:rPr>
        <w:t>A</w:t>
      </w:r>
      <w:r w:rsidR="4CFFF382" w:rsidRPr="342C33C6">
        <w:rPr>
          <w:rFonts w:ascii="Calibri" w:eastAsia="Calibri" w:hAnsi="Calibri" w:cs="Calibri"/>
        </w:rPr>
        <w:t xml:space="preserve">: Eligibility and </w:t>
      </w:r>
      <w:r>
        <w:rPr>
          <w:rFonts w:ascii="Calibri" w:eastAsia="Calibri" w:hAnsi="Calibri" w:cs="Calibri"/>
        </w:rPr>
        <w:t>O</w:t>
      </w:r>
      <w:r w:rsidR="00B5E874" w:rsidRPr="342C33C6">
        <w:rPr>
          <w:rFonts w:ascii="Calibri" w:eastAsia="Calibri" w:hAnsi="Calibri" w:cs="Calibri"/>
        </w:rPr>
        <w:t>rgani</w:t>
      </w:r>
      <w:r w:rsidR="670B1283" w:rsidRPr="342C33C6">
        <w:rPr>
          <w:rFonts w:ascii="Calibri" w:eastAsia="Calibri" w:hAnsi="Calibri" w:cs="Calibri"/>
        </w:rPr>
        <w:t>s</w:t>
      </w:r>
      <w:r w:rsidR="00B5E874" w:rsidRPr="342C33C6">
        <w:rPr>
          <w:rFonts w:ascii="Calibri" w:eastAsia="Calibri" w:hAnsi="Calibri" w:cs="Calibri"/>
        </w:rPr>
        <w:t>ation</w:t>
      </w:r>
      <w:r w:rsidR="4CFFF382" w:rsidRPr="342C33C6">
        <w:rPr>
          <w:rFonts w:ascii="Calibri" w:eastAsia="Calibri" w:hAnsi="Calibri" w:cs="Calibri"/>
        </w:rPr>
        <w:t xml:space="preserve"> </w:t>
      </w:r>
      <w:r>
        <w:rPr>
          <w:rFonts w:ascii="Calibri" w:eastAsia="Calibri" w:hAnsi="Calibri" w:cs="Calibri"/>
        </w:rPr>
        <w:t>I</w:t>
      </w:r>
      <w:r w:rsidR="4CFFF382" w:rsidRPr="342C33C6">
        <w:rPr>
          <w:rFonts w:ascii="Calibri" w:eastAsia="Calibri" w:hAnsi="Calibri" w:cs="Calibri"/>
        </w:rPr>
        <w:t>nformation</w:t>
      </w:r>
    </w:p>
    <w:p w14:paraId="20E0B19F" w14:textId="428F53E8" w:rsidR="00D13A0E" w:rsidRDefault="00D01CEA">
      <w:pPr>
        <w:pStyle w:val="HelpText"/>
        <w:rPr>
          <w:rFonts w:eastAsia="Arial" w:cs="Arial"/>
          <w:lang w:val="en-GB"/>
        </w:rPr>
      </w:pPr>
      <w:r w:rsidRPr="26B4DD0C">
        <w:rPr>
          <w:rFonts w:eastAsia="Arial" w:cs="Arial"/>
          <w:lang w:val="en-GB"/>
        </w:rPr>
        <w:t xml:space="preserve">These questions establish whether your </w:t>
      </w:r>
      <w:r w:rsidR="1F6C2FF5" w:rsidRPr="26B4DD0C">
        <w:rPr>
          <w:rFonts w:eastAsia="Arial" w:cs="Arial"/>
          <w:lang w:val="en-GB"/>
        </w:rPr>
        <w:t>organi</w:t>
      </w:r>
      <w:r w:rsidR="04E3D6BB" w:rsidRPr="26B4DD0C">
        <w:rPr>
          <w:rFonts w:eastAsia="Arial" w:cs="Arial"/>
          <w:lang w:val="en-GB"/>
        </w:rPr>
        <w:t>s</w:t>
      </w:r>
      <w:r w:rsidR="1F6C2FF5" w:rsidRPr="26B4DD0C">
        <w:rPr>
          <w:rFonts w:eastAsia="Arial" w:cs="Arial"/>
          <w:lang w:val="en-GB"/>
        </w:rPr>
        <w:t>ation</w:t>
      </w:r>
      <w:r w:rsidRPr="26B4DD0C">
        <w:rPr>
          <w:rFonts w:eastAsia="Arial" w:cs="Arial"/>
          <w:lang w:val="en-GB"/>
        </w:rPr>
        <w:t xml:space="preserve"> and proposal are eligible. Most are not scored, but failure to meet mandatory requirements may make an application ineligible.</w:t>
      </w:r>
    </w:p>
    <w:p w14:paraId="670AD8E2" w14:textId="0DF36173" w:rsidR="00D13A0E" w:rsidRDefault="2574B857">
      <w:pPr>
        <w:pStyle w:val="FormQuestion"/>
        <w:keepNext/>
        <w:rPr>
          <w:lang w:val="en-GB"/>
        </w:rPr>
      </w:pPr>
      <w:r>
        <w:t xml:space="preserve">A1. </w:t>
      </w:r>
      <w:r w:rsidR="56221ABA">
        <w:t xml:space="preserve">Legal name of </w:t>
      </w:r>
      <w:r w:rsidR="04E3D6BB">
        <w:t>organisation</w:t>
      </w:r>
    </w:p>
    <w:tbl>
      <w:tblPr>
        <w:tblW w:w="0" w:type="auto"/>
        <w:jc w:val="center"/>
        <w:tblLayout w:type="fixed"/>
        <w:tblLook w:val="04A0" w:firstRow="1" w:lastRow="0" w:firstColumn="1" w:lastColumn="0" w:noHBand="0" w:noVBand="1"/>
      </w:tblPr>
      <w:tblGrid>
        <w:gridCol w:w="10080"/>
      </w:tblGrid>
      <w:tr w:rsidR="00D13A0E" w14:paraId="65F5755C" w14:textId="77777777" w:rsidTr="26B4DD0C">
        <w:trPr>
          <w:jc w:val="center"/>
        </w:trPr>
        <w:tc>
          <w:tcPr>
            <w:tcW w:w="10080" w:type="dxa"/>
            <w:shd w:val="clear" w:color="auto" w:fill="FFFFFF" w:themeFill="background1"/>
            <w:tcMar>
              <w:top w:w="120" w:type="dxa"/>
              <w:left w:w="120" w:type="dxa"/>
              <w:bottom w:w="120" w:type="dxa"/>
              <w:right w:w="120" w:type="dxa"/>
            </w:tcMar>
          </w:tcPr>
          <w:p w14:paraId="262F31D1" w14:textId="77777777" w:rsidR="00D13A0E" w:rsidRDefault="00D01CEA">
            <w:pPr>
              <w:rPr>
                <w:i/>
                <w:color w:val="777777"/>
                <w:sz w:val="16"/>
                <w:szCs w:val="16"/>
                <w:lang w:val="en-GB"/>
              </w:rPr>
            </w:pPr>
            <w:r w:rsidRPr="26B4DD0C">
              <w:rPr>
                <w:i/>
                <w:color w:val="777777"/>
                <w:sz w:val="16"/>
                <w:szCs w:val="16"/>
                <w:lang w:val="en-GB"/>
              </w:rPr>
              <w:t>Applicant response</w:t>
            </w:r>
          </w:p>
          <w:p w14:paraId="7B96DEFC" w14:textId="77777777" w:rsidR="00D13A0E" w:rsidRDefault="00D01CEA">
            <w:pPr>
              <w:rPr>
                <w:lang w:val="en-GB"/>
              </w:rPr>
            </w:pPr>
            <w:r w:rsidRPr="26B4DD0C">
              <w:rPr>
                <w:lang w:val="en-GB"/>
              </w:rPr>
              <w:t>________________________________________________________________________________</w:t>
            </w:r>
          </w:p>
        </w:tc>
      </w:tr>
    </w:tbl>
    <w:p w14:paraId="14A44887" w14:textId="77777777" w:rsidR="00D13A0E" w:rsidRDefault="00D13A0E">
      <w:pPr>
        <w:spacing w:after="20"/>
        <w:rPr>
          <w:lang w:val="en-GB"/>
        </w:rPr>
      </w:pPr>
    </w:p>
    <w:p w14:paraId="2D267B22" w14:textId="572248A5" w:rsidR="24EABD33" w:rsidRDefault="24EABD33" w:rsidP="24EABD33">
      <w:pPr>
        <w:spacing w:after="20"/>
        <w:rPr>
          <w:lang w:val="en-GB"/>
        </w:rPr>
      </w:pPr>
    </w:p>
    <w:p w14:paraId="7D59FCCC" w14:textId="4630B492" w:rsidR="24EABD33" w:rsidRDefault="24EABD33" w:rsidP="24EABD33">
      <w:pPr>
        <w:spacing w:after="20"/>
        <w:rPr>
          <w:lang w:val="en-GB"/>
        </w:rPr>
      </w:pPr>
    </w:p>
    <w:p w14:paraId="67EB17D8" w14:textId="4CEDCDDB" w:rsidR="24EABD33" w:rsidRDefault="24EABD33" w:rsidP="24EABD33">
      <w:pPr>
        <w:spacing w:after="20"/>
        <w:rPr>
          <w:lang w:val="en-GB"/>
        </w:rPr>
      </w:pPr>
    </w:p>
    <w:p w14:paraId="51116E21" w14:textId="2AB695F7" w:rsidR="24EABD33" w:rsidRDefault="24EABD33" w:rsidP="24EABD33">
      <w:pPr>
        <w:spacing w:after="20"/>
        <w:rPr>
          <w:lang w:val="en-GB"/>
        </w:rPr>
      </w:pPr>
    </w:p>
    <w:p w14:paraId="7D7F316A" w14:textId="28B93213" w:rsidR="00D13A0E" w:rsidRDefault="0CF60248">
      <w:pPr>
        <w:pStyle w:val="FormQuestion"/>
        <w:keepNext/>
        <w:rPr>
          <w:lang w:val="en-GB"/>
        </w:rPr>
      </w:pPr>
      <w:r>
        <w:t>A2</w:t>
      </w:r>
      <w:r w:rsidR="00D01CEA">
        <w:t>. Main contact name, role, email and telephone</w:t>
      </w:r>
    </w:p>
    <w:tbl>
      <w:tblPr>
        <w:tblW w:w="0" w:type="auto"/>
        <w:jc w:val="center"/>
        <w:tblLayout w:type="fixed"/>
        <w:tblLook w:val="04A0" w:firstRow="1" w:lastRow="0" w:firstColumn="1" w:lastColumn="0" w:noHBand="0" w:noVBand="1"/>
      </w:tblPr>
      <w:tblGrid>
        <w:gridCol w:w="10080"/>
      </w:tblGrid>
      <w:tr w:rsidR="00D13A0E" w14:paraId="7C19A3A3" w14:textId="77777777" w:rsidTr="43F7E6C1">
        <w:trPr>
          <w:jc w:val="center"/>
        </w:trPr>
        <w:tc>
          <w:tcPr>
            <w:tcW w:w="10080" w:type="dxa"/>
            <w:shd w:val="clear" w:color="auto" w:fill="FFFFFF" w:themeFill="background1"/>
            <w:tcMar>
              <w:top w:w="120" w:type="dxa"/>
              <w:left w:w="120" w:type="dxa"/>
              <w:bottom w:w="120" w:type="dxa"/>
              <w:right w:w="120" w:type="dxa"/>
            </w:tcMar>
          </w:tcPr>
          <w:p w14:paraId="1397AF90" w14:textId="77777777" w:rsidR="00D13A0E" w:rsidRDefault="00D01CEA">
            <w:pPr>
              <w:rPr>
                <w:i/>
                <w:color w:val="777777"/>
                <w:sz w:val="16"/>
                <w:szCs w:val="16"/>
                <w:lang w:val="en-GB"/>
              </w:rPr>
            </w:pPr>
            <w:r w:rsidRPr="26B4DD0C">
              <w:rPr>
                <w:i/>
                <w:color w:val="777777"/>
                <w:sz w:val="16"/>
                <w:szCs w:val="16"/>
                <w:lang w:val="en-GB"/>
              </w:rPr>
              <w:t>Applicant response</w:t>
            </w:r>
          </w:p>
          <w:p w14:paraId="3D36EB20" w14:textId="77777777" w:rsidR="00D13A0E" w:rsidRDefault="00D01CEA">
            <w:pPr>
              <w:rPr>
                <w:lang w:val="en-GB"/>
              </w:rPr>
            </w:pPr>
            <w:r w:rsidRPr="26B4DD0C">
              <w:rPr>
                <w:lang w:val="en-GB"/>
              </w:rPr>
              <w:t>________________________________________________________________________________</w:t>
            </w:r>
          </w:p>
          <w:p w14:paraId="7EE6ECDC" w14:textId="51E56488" w:rsidR="00D13A0E" w:rsidRDefault="00D13A0E">
            <w:pPr>
              <w:rPr>
                <w:lang w:val="en-GB"/>
              </w:rPr>
            </w:pPr>
          </w:p>
        </w:tc>
      </w:tr>
    </w:tbl>
    <w:p w14:paraId="7F5E79FF" w14:textId="40EF64EA" w:rsidR="00D13A0E" w:rsidRDefault="7040B61E">
      <w:pPr>
        <w:pStyle w:val="FormQuestion"/>
        <w:keepNext/>
        <w:rPr>
          <w:lang w:val="en-GB"/>
        </w:rPr>
      </w:pPr>
      <w:r>
        <w:t>A3</w:t>
      </w:r>
      <w:r w:rsidR="00D01CEA">
        <w:t>. Secondary contact name and email</w:t>
      </w:r>
    </w:p>
    <w:p w14:paraId="667B1D73" w14:textId="77777777" w:rsidR="00D13A0E" w:rsidRDefault="00D01CEA">
      <w:pPr>
        <w:pStyle w:val="HelpText"/>
        <w:rPr>
          <w:lang w:val="en-GB"/>
        </w:rPr>
      </w:pPr>
      <w:r w:rsidRPr="26B4DD0C">
        <w:rPr>
          <w:lang w:val="en-GB"/>
        </w:rPr>
        <w:t>Provide a second contact who can respond if the main contact is unavailable.</w:t>
      </w:r>
    </w:p>
    <w:tbl>
      <w:tblPr>
        <w:tblW w:w="0" w:type="auto"/>
        <w:jc w:val="center"/>
        <w:tblLayout w:type="fixed"/>
        <w:tblLook w:val="04A0" w:firstRow="1" w:lastRow="0" w:firstColumn="1" w:lastColumn="0" w:noHBand="0" w:noVBand="1"/>
      </w:tblPr>
      <w:tblGrid>
        <w:gridCol w:w="10080"/>
      </w:tblGrid>
      <w:tr w:rsidR="00D13A0E" w14:paraId="3C1451C2" w14:textId="77777777" w:rsidTr="26B4DD0C">
        <w:trPr>
          <w:jc w:val="center"/>
        </w:trPr>
        <w:tc>
          <w:tcPr>
            <w:tcW w:w="10080" w:type="dxa"/>
            <w:shd w:val="clear" w:color="auto" w:fill="FFFFFF" w:themeFill="background1"/>
            <w:tcMar>
              <w:top w:w="120" w:type="dxa"/>
              <w:left w:w="120" w:type="dxa"/>
              <w:bottom w:w="120" w:type="dxa"/>
              <w:right w:w="120" w:type="dxa"/>
            </w:tcMar>
          </w:tcPr>
          <w:p w14:paraId="1C25C1AF" w14:textId="77777777" w:rsidR="00D13A0E" w:rsidRDefault="00D01CEA">
            <w:pPr>
              <w:rPr>
                <w:i/>
                <w:color w:val="777777"/>
                <w:sz w:val="16"/>
                <w:szCs w:val="16"/>
                <w:lang w:val="en-GB"/>
              </w:rPr>
            </w:pPr>
            <w:r w:rsidRPr="26B4DD0C">
              <w:rPr>
                <w:i/>
                <w:color w:val="777777"/>
                <w:sz w:val="16"/>
                <w:szCs w:val="16"/>
                <w:lang w:val="en-GB"/>
              </w:rPr>
              <w:t>Applicant response</w:t>
            </w:r>
          </w:p>
          <w:p w14:paraId="6F84288B" w14:textId="77777777" w:rsidR="00D13A0E" w:rsidRDefault="00D01CEA">
            <w:pPr>
              <w:rPr>
                <w:lang w:val="en-GB"/>
              </w:rPr>
            </w:pPr>
            <w:r w:rsidRPr="26B4DD0C">
              <w:rPr>
                <w:lang w:val="en-GB"/>
              </w:rPr>
              <w:t>________________________________________________________________________________</w:t>
            </w:r>
          </w:p>
        </w:tc>
      </w:tr>
    </w:tbl>
    <w:p w14:paraId="729163A7" w14:textId="77777777" w:rsidR="00D13A0E" w:rsidRDefault="00D13A0E">
      <w:pPr>
        <w:spacing w:after="20"/>
        <w:rPr>
          <w:lang w:val="en-GB"/>
        </w:rPr>
      </w:pPr>
    </w:p>
    <w:p w14:paraId="4EA8F840" w14:textId="24EBF520" w:rsidR="00D13A0E" w:rsidRDefault="18385E34">
      <w:pPr>
        <w:pStyle w:val="FormQuestion"/>
        <w:keepNext/>
        <w:rPr>
          <w:lang w:val="en-GB"/>
        </w:rPr>
      </w:pPr>
      <w:r>
        <w:t>A4</w:t>
      </w:r>
      <w:r w:rsidR="00D01CEA">
        <w:t>. Registered office / correspondence address and postcode</w:t>
      </w:r>
    </w:p>
    <w:tbl>
      <w:tblPr>
        <w:tblW w:w="0" w:type="auto"/>
        <w:jc w:val="center"/>
        <w:tblLayout w:type="fixed"/>
        <w:tblLook w:val="04A0" w:firstRow="1" w:lastRow="0" w:firstColumn="1" w:lastColumn="0" w:noHBand="0" w:noVBand="1"/>
      </w:tblPr>
      <w:tblGrid>
        <w:gridCol w:w="10080"/>
      </w:tblGrid>
      <w:tr w:rsidR="00D13A0E" w14:paraId="78B13214" w14:textId="77777777" w:rsidTr="26B4DD0C">
        <w:trPr>
          <w:jc w:val="center"/>
        </w:trPr>
        <w:tc>
          <w:tcPr>
            <w:tcW w:w="10080" w:type="dxa"/>
            <w:shd w:val="clear" w:color="auto" w:fill="FFFFFF" w:themeFill="background1"/>
            <w:tcMar>
              <w:top w:w="120" w:type="dxa"/>
              <w:left w:w="120" w:type="dxa"/>
              <w:bottom w:w="120" w:type="dxa"/>
              <w:right w:w="120" w:type="dxa"/>
            </w:tcMar>
          </w:tcPr>
          <w:p w14:paraId="43488F62" w14:textId="77777777" w:rsidR="00D13A0E" w:rsidRDefault="00D01CEA">
            <w:pPr>
              <w:rPr>
                <w:i/>
                <w:color w:val="777777"/>
                <w:sz w:val="16"/>
                <w:szCs w:val="16"/>
                <w:lang w:val="en-GB"/>
              </w:rPr>
            </w:pPr>
            <w:r w:rsidRPr="26B4DD0C">
              <w:rPr>
                <w:i/>
                <w:color w:val="777777"/>
                <w:sz w:val="16"/>
                <w:szCs w:val="16"/>
                <w:lang w:val="en-GB"/>
              </w:rPr>
              <w:t>Applicant response</w:t>
            </w:r>
          </w:p>
          <w:p w14:paraId="51B17E2A" w14:textId="77777777" w:rsidR="00D13A0E" w:rsidRDefault="00D01CEA">
            <w:pPr>
              <w:rPr>
                <w:lang w:val="en-GB"/>
              </w:rPr>
            </w:pPr>
            <w:r w:rsidRPr="26B4DD0C">
              <w:rPr>
                <w:lang w:val="en-GB"/>
              </w:rPr>
              <w:t>________________________________________________________________________________</w:t>
            </w:r>
          </w:p>
          <w:p w14:paraId="2141E9C0" w14:textId="77777777" w:rsidR="00D13A0E" w:rsidRDefault="00D01CEA">
            <w:pPr>
              <w:rPr>
                <w:lang w:val="en-GB"/>
              </w:rPr>
            </w:pPr>
            <w:r w:rsidRPr="26B4DD0C">
              <w:rPr>
                <w:lang w:val="en-GB"/>
              </w:rPr>
              <w:t>________________________________________________________________________________</w:t>
            </w:r>
          </w:p>
        </w:tc>
      </w:tr>
    </w:tbl>
    <w:p w14:paraId="40DB2679" w14:textId="77777777" w:rsidR="00D13A0E" w:rsidRDefault="00D13A0E">
      <w:pPr>
        <w:spacing w:after="20"/>
        <w:rPr>
          <w:lang w:val="en-GB"/>
        </w:rPr>
      </w:pPr>
    </w:p>
    <w:p w14:paraId="325FB784" w14:textId="09992DC0" w:rsidR="00D13A0E" w:rsidRDefault="135C3C35">
      <w:pPr>
        <w:pStyle w:val="FormQuestion"/>
        <w:keepNext/>
        <w:rPr>
          <w:lang w:val="en-GB"/>
        </w:rPr>
      </w:pPr>
      <w:r>
        <w:t>A5</w:t>
      </w:r>
      <w:r w:rsidR="00D01CEA">
        <w:t>. Website and/or public social media link</w:t>
      </w:r>
    </w:p>
    <w:p w14:paraId="1D100857" w14:textId="4BE07A13" w:rsidR="00D13A0E" w:rsidRDefault="00D01CEA">
      <w:pPr>
        <w:pStyle w:val="HelpText"/>
        <w:rPr>
          <w:lang w:val="en-GB"/>
        </w:rPr>
      </w:pPr>
      <w:r w:rsidRPr="26B4DD0C">
        <w:rPr>
          <w:lang w:val="en-GB"/>
        </w:rPr>
        <w:t xml:space="preserve">Optional if your </w:t>
      </w:r>
      <w:r w:rsidR="04E3D6BB" w:rsidRPr="26B4DD0C">
        <w:rPr>
          <w:lang w:val="en-GB"/>
        </w:rPr>
        <w:t>organisation</w:t>
      </w:r>
      <w:r w:rsidRPr="26B4DD0C">
        <w:rPr>
          <w:lang w:val="en-GB"/>
        </w:rPr>
        <w:t xml:space="preserve"> has no website.</w:t>
      </w:r>
    </w:p>
    <w:tbl>
      <w:tblPr>
        <w:tblW w:w="0" w:type="auto"/>
        <w:jc w:val="center"/>
        <w:tblLayout w:type="fixed"/>
        <w:tblLook w:val="04A0" w:firstRow="1" w:lastRow="0" w:firstColumn="1" w:lastColumn="0" w:noHBand="0" w:noVBand="1"/>
      </w:tblPr>
      <w:tblGrid>
        <w:gridCol w:w="10080"/>
      </w:tblGrid>
      <w:tr w:rsidR="00D13A0E" w14:paraId="38EBDC36" w14:textId="77777777" w:rsidTr="26B4DD0C">
        <w:trPr>
          <w:jc w:val="center"/>
        </w:trPr>
        <w:tc>
          <w:tcPr>
            <w:tcW w:w="10080" w:type="dxa"/>
            <w:shd w:val="clear" w:color="auto" w:fill="FFFFFF" w:themeFill="background1"/>
            <w:tcMar>
              <w:top w:w="120" w:type="dxa"/>
              <w:left w:w="120" w:type="dxa"/>
              <w:bottom w:w="120" w:type="dxa"/>
              <w:right w:w="120" w:type="dxa"/>
            </w:tcMar>
          </w:tcPr>
          <w:p w14:paraId="0B1CACBA" w14:textId="77777777" w:rsidR="00D13A0E" w:rsidRDefault="00D01CEA">
            <w:pPr>
              <w:rPr>
                <w:i/>
                <w:color w:val="777777"/>
                <w:sz w:val="16"/>
                <w:szCs w:val="16"/>
                <w:lang w:val="en-GB"/>
              </w:rPr>
            </w:pPr>
            <w:r w:rsidRPr="26B4DD0C">
              <w:rPr>
                <w:i/>
                <w:color w:val="777777"/>
                <w:sz w:val="16"/>
                <w:szCs w:val="16"/>
                <w:lang w:val="en-GB"/>
              </w:rPr>
              <w:t>Applicant response</w:t>
            </w:r>
          </w:p>
          <w:p w14:paraId="661B1B1C" w14:textId="77777777" w:rsidR="00D13A0E" w:rsidRDefault="00D01CEA">
            <w:pPr>
              <w:rPr>
                <w:lang w:val="en-GB"/>
              </w:rPr>
            </w:pPr>
            <w:r w:rsidRPr="26B4DD0C">
              <w:rPr>
                <w:lang w:val="en-GB"/>
              </w:rPr>
              <w:t>________________________________________________________________________________</w:t>
            </w:r>
          </w:p>
        </w:tc>
      </w:tr>
    </w:tbl>
    <w:p w14:paraId="4B6BD1B1" w14:textId="77777777" w:rsidR="00D13A0E" w:rsidRDefault="00D13A0E">
      <w:pPr>
        <w:spacing w:after="20"/>
        <w:rPr>
          <w:lang w:val="en-GB"/>
        </w:rPr>
      </w:pPr>
    </w:p>
    <w:p w14:paraId="0258577C" w14:textId="217D4CB6" w:rsidR="00D13A0E" w:rsidRDefault="0F6F27D3">
      <w:pPr>
        <w:pStyle w:val="FormQuestion"/>
        <w:keepNext/>
        <w:rPr>
          <w:lang w:val="en-GB"/>
        </w:rPr>
      </w:pPr>
      <w:r>
        <w:t>A6</w:t>
      </w:r>
      <w:r w:rsidR="00D01CEA">
        <w:t xml:space="preserve">. </w:t>
      </w:r>
      <w:r w:rsidR="405F36F1">
        <w:t>Organi</w:t>
      </w:r>
      <w:r w:rsidR="2C69C8AA">
        <w:t>s</w:t>
      </w:r>
      <w:r w:rsidR="405F36F1">
        <w:t>ation</w:t>
      </w:r>
      <w:r w:rsidR="00D01CEA">
        <w:t xml:space="preserve"> type</w:t>
      </w:r>
    </w:p>
    <w:tbl>
      <w:tblPr>
        <w:tblStyle w:val="TableGrid"/>
        <w:tblW w:w="0" w:type="auto"/>
        <w:jc w:val="center"/>
        <w:tblLook w:val="04A0" w:firstRow="1" w:lastRow="0" w:firstColumn="1" w:lastColumn="0" w:noHBand="0" w:noVBand="1"/>
      </w:tblPr>
      <w:tblGrid>
        <w:gridCol w:w="5035"/>
        <w:gridCol w:w="5035"/>
      </w:tblGrid>
      <w:tr w:rsidR="00D13A0E" w14:paraId="69FA3049" w14:textId="77777777" w:rsidTr="5EA82155">
        <w:trPr>
          <w:jc w:val="center"/>
        </w:trPr>
        <w:tc>
          <w:tcPr>
            <w:tcW w:w="5040" w:type="dxa"/>
            <w:shd w:val="clear" w:color="auto" w:fill="F3F6F8"/>
            <w:tcMar>
              <w:top w:w="90" w:type="dxa"/>
              <w:left w:w="100" w:type="dxa"/>
              <w:bottom w:w="90" w:type="dxa"/>
              <w:right w:w="100" w:type="dxa"/>
            </w:tcMar>
            <w:vAlign w:val="center"/>
          </w:tcPr>
          <w:p w14:paraId="1220DDE8" w14:textId="6CD9D396" w:rsidR="00D13A0E" w:rsidRDefault="1D2135A3">
            <w:pPr>
              <w:rPr>
                <w:sz w:val="18"/>
                <w:szCs w:val="18"/>
                <w:lang w:val="en-GB"/>
              </w:rPr>
            </w:pPr>
            <w:r w:rsidRPr="26B4DD0C">
              <w:rPr>
                <w:sz w:val="18"/>
                <w:szCs w:val="18"/>
                <w:lang w:val="en-GB"/>
              </w:rPr>
              <w:t>☐ Registered</w:t>
            </w:r>
            <w:r w:rsidR="00D01CEA" w:rsidRPr="26B4DD0C">
              <w:rPr>
                <w:sz w:val="18"/>
                <w:szCs w:val="18"/>
                <w:lang w:val="en-GB"/>
              </w:rPr>
              <w:t xml:space="preserve"> charity</w:t>
            </w:r>
          </w:p>
        </w:tc>
        <w:tc>
          <w:tcPr>
            <w:tcW w:w="5040" w:type="dxa"/>
            <w:shd w:val="clear" w:color="auto" w:fill="FFFFFF" w:themeFill="background1"/>
            <w:tcMar>
              <w:top w:w="90" w:type="dxa"/>
              <w:left w:w="100" w:type="dxa"/>
              <w:bottom w:w="90" w:type="dxa"/>
              <w:right w:w="100" w:type="dxa"/>
            </w:tcMar>
            <w:vAlign w:val="center"/>
          </w:tcPr>
          <w:p w14:paraId="11EDC70E" w14:textId="1210BA98" w:rsidR="00D13A0E" w:rsidRDefault="53280739">
            <w:pPr>
              <w:rPr>
                <w:sz w:val="18"/>
                <w:szCs w:val="18"/>
                <w:lang w:val="en-GB"/>
              </w:rPr>
            </w:pPr>
            <w:r w:rsidRPr="26B4DD0C">
              <w:rPr>
                <w:sz w:val="18"/>
                <w:szCs w:val="18"/>
                <w:lang w:val="en-GB"/>
              </w:rPr>
              <w:t>☐ Charitable</w:t>
            </w:r>
            <w:r w:rsidR="00D01CEA" w:rsidRPr="26B4DD0C">
              <w:rPr>
                <w:sz w:val="18"/>
                <w:szCs w:val="18"/>
                <w:lang w:val="en-GB"/>
              </w:rPr>
              <w:t xml:space="preserve"> incorporated organisation</w:t>
            </w:r>
          </w:p>
        </w:tc>
      </w:tr>
      <w:tr w:rsidR="00D13A0E" w14:paraId="36879454" w14:textId="77777777" w:rsidTr="5EA82155">
        <w:trPr>
          <w:jc w:val="center"/>
        </w:trPr>
        <w:tc>
          <w:tcPr>
            <w:tcW w:w="5040" w:type="dxa"/>
            <w:shd w:val="clear" w:color="auto" w:fill="F3F6F8"/>
            <w:tcMar>
              <w:top w:w="90" w:type="dxa"/>
              <w:left w:w="100" w:type="dxa"/>
              <w:bottom w:w="90" w:type="dxa"/>
              <w:right w:w="100" w:type="dxa"/>
            </w:tcMar>
            <w:vAlign w:val="center"/>
          </w:tcPr>
          <w:p w14:paraId="3E1B564F" w14:textId="05DA7E94" w:rsidR="00D13A0E" w:rsidRDefault="559D2E4B">
            <w:pPr>
              <w:rPr>
                <w:sz w:val="18"/>
                <w:szCs w:val="18"/>
                <w:lang w:val="en-GB"/>
              </w:rPr>
            </w:pPr>
            <w:r w:rsidRPr="26B4DD0C">
              <w:rPr>
                <w:sz w:val="18"/>
                <w:szCs w:val="18"/>
                <w:lang w:val="en-GB"/>
              </w:rPr>
              <w:t>☐ Community</w:t>
            </w:r>
            <w:r w:rsidR="00D01CEA" w:rsidRPr="26B4DD0C">
              <w:rPr>
                <w:sz w:val="18"/>
                <w:szCs w:val="18"/>
                <w:lang w:val="en-GB"/>
              </w:rPr>
              <w:t xml:space="preserve"> interest company</w:t>
            </w:r>
          </w:p>
        </w:tc>
        <w:tc>
          <w:tcPr>
            <w:tcW w:w="5040" w:type="dxa"/>
            <w:shd w:val="clear" w:color="auto" w:fill="FFFFFF" w:themeFill="background1"/>
            <w:tcMar>
              <w:top w:w="90" w:type="dxa"/>
              <w:left w:w="100" w:type="dxa"/>
              <w:bottom w:w="90" w:type="dxa"/>
              <w:right w:w="100" w:type="dxa"/>
            </w:tcMar>
            <w:vAlign w:val="center"/>
          </w:tcPr>
          <w:p w14:paraId="39CADCDB" w14:textId="2DF7727F" w:rsidR="00D13A0E" w:rsidRDefault="1905A915">
            <w:pPr>
              <w:rPr>
                <w:sz w:val="18"/>
                <w:szCs w:val="18"/>
                <w:lang w:val="en-GB"/>
              </w:rPr>
            </w:pPr>
            <w:r w:rsidRPr="26B4DD0C">
              <w:rPr>
                <w:sz w:val="18"/>
                <w:szCs w:val="18"/>
                <w:lang w:val="en-GB"/>
              </w:rPr>
              <w:t>☐ Company</w:t>
            </w:r>
            <w:r w:rsidR="00D01CEA" w:rsidRPr="26B4DD0C">
              <w:rPr>
                <w:sz w:val="18"/>
                <w:szCs w:val="18"/>
                <w:lang w:val="en-GB"/>
              </w:rPr>
              <w:t xml:space="preserve"> limited by guarantee</w:t>
            </w:r>
          </w:p>
        </w:tc>
      </w:tr>
      <w:tr w:rsidR="00D13A0E" w14:paraId="5EF40847" w14:textId="77777777" w:rsidTr="5EA82155">
        <w:trPr>
          <w:jc w:val="center"/>
        </w:trPr>
        <w:tc>
          <w:tcPr>
            <w:tcW w:w="5040" w:type="dxa"/>
            <w:shd w:val="clear" w:color="auto" w:fill="F3F6F8"/>
            <w:tcMar>
              <w:top w:w="90" w:type="dxa"/>
              <w:left w:w="100" w:type="dxa"/>
              <w:bottom w:w="90" w:type="dxa"/>
              <w:right w:w="100" w:type="dxa"/>
            </w:tcMar>
            <w:vAlign w:val="center"/>
          </w:tcPr>
          <w:p w14:paraId="0A521B08" w14:textId="36B8D60B" w:rsidR="00D13A0E" w:rsidRDefault="29356FDF">
            <w:pPr>
              <w:rPr>
                <w:sz w:val="18"/>
                <w:szCs w:val="18"/>
                <w:lang w:val="en-GB"/>
              </w:rPr>
            </w:pPr>
            <w:r w:rsidRPr="26B4DD0C">
              <w:rPr>
                <w:sz w:val="18"/>
                <w:szCs w:val="18"/>
                <w:lang w:val="en-GB"/>
              </w:rPr>
              <w:t>☐ Community</w:t>
            </w:r>
            <w:r w:rsidR="00D01CEA" w:rsidRPr="26B4DD0C">
              <w:rPr>
                <w:sz w:val="18"/>
                <w:szCs w:val="18"/>
                <w:lang w:val="en-GB"/>
              </w:rPr>
              <w:t xml:space="preserve"> benefit society / cooperative</w:t>
            </w:r>
          </w:p>
        </w:tc>
        <w:tc>
          <w:tcPr>
            <w:tcW w:w="5040" w:type="dxa"/>
            <w:shd w:val="clear" w:color="auto" w:fill="FFFFFF" w:themeFill="background1"/>
            <w:tcMar>
              <w:top w:w="90" w:type="dxa"/>
              <w:left w:w="100" w:type="dxa"/>
              <w:bottom w:w="90" w:type="dxa"/>
              <w:right w:w="100" w:type="dxa"/>
            </w:tcMar>
            <w:vAlign w:val="center"/>
          </w:tcPr>
          <w:p w14:paraId="0AE3C472" w14:textId="17738095" w:rsidR="00D13A0E" w:rsidRDefault="2A1CDB1F">
            <w:pPr>
              <w:rPr>
                <w:sz w:val="18"/>
                <w:szCs w:val="18"/>
                <w:lang w:val="en-GB"/>
              </w:rPr>
            </w:pPr>
            <w:r w:rsidRPr="26B4DD0C">
              <w:rPr>
                <w:sz w:val="18"/>
                <w:szCs w:val="18"/>
                <w:lang w:val="en-GB"/>
              </w:rPr>
              <w:t>☐ Unincorporated</w:t>
            </w:r>
            <w:r w:rsidR="00D01CEA" w:rsidRPr="26B4DD0C">
              <w:rPr>
                <w:sz w:val="18"/>
                <w:szCs w:val="18"/>
                <w:lang w:val="en-GB"/>
              </w:rPr>
              <w:t xml:space="preserve"> community group</w:t>
            </w:r>
          </w:p>
        </w:tc>
      </w:tr>
      <w:tr w:rsidR="00D13A0E" w14:paraId="63BEEADF" w14:textId="77777777" w:rsidTr="5EA82155">
        <w:trPr>
          <w:jc w:val="center"/>
        </w:trPr>
        <w:tc>
          <w:tcPr>
            <w:tcW w:w="5040" w:type="dxa"/>
            <w:shd w:val="clear" w:color="auto" w:fill="F3F6F8"/>
            <w:tcMar>
              <w:top w:w="90" w:type="dxa"/>
              <w:left w:w="100" w:type="dxa"/>
              <w:bottom w:w="90" w:type="dxa"/>
              <w:right w:w="100" w:type="dxa"/>
            </w:tcMar>
            <w:vAlign w:val="center"/>
          </w:tcPr>
          <w:p w14:paraId="52EE74D7" w14:textId="0D5D1662" w:rsidR="00D13A0E" w:rsidRDefault="5CC50ACD">
            <w:pPr>
              <w:rPr>
                <w:sz w:val="18"/>
                <w:szCs w:val="18"/>
                <w:lang w:val="en-GB"/>
              </w:rPr>
            </w:pPr>
            <w:r w:rsidRPr="26B4DD0C">
              <w:rPr>
                <w:sz w:val="18"/>
                <w:szCs w:val="18"/>
                <w:lang w:val="en-GB"/>
              </w:rPr>
              <w:t>☐ Faith</w:t>
            </w:r>
            <w:r w:rsidR="00D01CEA" w:rsidRPr="26B4DD0C">
              <w:rPr>
                <w:sz w:val="18"/>
                <w:szCs w:val="18"/>
                <w:lang w:val="en-GB"/>
              </w:rPr>
              <w:t xml:space="preserve"> organisation</w:t>
            </w:r>
          </w:p>
        </w:tc>
        <w:tc>
          <w:tcPr>
            <w:tcW w:w="5040" w:type="dxa"/>
            <w:shd w:val="clear" w:color="auto" w:fill="FFFFFF" w:themeFill="background1"/>
            <w:tcMar>
              <w:top w:w="90" w:type="dxa"/>
              <w:left w:w="100" w:type="dxa"/>
              <w:bottom w:w="90" w:type="dxa"/>
              <w:right w:w="100" w:type="dxa"/>
            </w:tcMar>
            <w:vAlign w:val="center"/>
          </w:tcPr>
          <w:p w14:paraId="21054F46" w14:textId="3B9C6BAF" w:rsidR="00D13A0E" w:rsidRDefault="78D4D395">
            <w:pPr>
              <w:rPr>
                <w:sz w:val="18"/>
                <w:szCs w:val="18"/>
                <w:lang w:val="en-GB"/>
              </w:rPr>
            </w:pPr>
            <w:r w:rsidRPr="26B4DD0C">
              <w:rPr>
                <w:sz w:val="18"/>
                <w:szCs w:val="18"/>
                <w:lang w:val="en-GB"/>
              </w:rPr>
              <w:t>☐ Other</w:t>
            </w:r>
            <w:r w:rsidR="00D01CEA" w:rsidRPr="26B4DD0C">
              <w:rPr>
                <w:sz w:val="18"/>
                <w:szCs w:val="18"/>
                <w:lang w:val="en-GB"/>
              </w:rPr>
              <w:t xml:space="preserve"> eligible VCSE organisation</w:t>
            </w:r>
          </w:p>
        </w:tc>
      </w:tr>
      <w:tr w:rsidR="00D13A0E" w14:paraId="55E611FD" w14:textId="77777777" w:rsidTr="5EA82155">
        <w:trPr>
          <w:jc w:val="center"/>
        </w:trPr>
        <w:tc>
          <w:tcPr>
            <w:tcW w:w="5040" w:type="dxa"/>
            <w:shd w:val="clear" w:color="auto" w:fill="F3F6F8"/>
            <w:tcMar>
              <w:top w:w="90" w:type="dxa"/>
              <w:left w:w="100" w:type="dxa"/>
              <w:bottom w:w="90" w:type="dxa"/>
              <w:right w:w="100" w:type="dxa"/>
            </w:tcMar>
            <w:vAlign w:val="center"/>
          </w:tcPr>
          <w:p w14:paraId="2E4560ED" w14:textId="5DE5C777" w:rsidR="00D13A0E" w:rsidRDefault="3050D808">
            <w:pPr>
              <w:rPr>
                <w:sz w:val="18"/>
                <w:szCs w:val="18"/>
                <w:lang w:val="en-GB"/>
              </w:rPr>
            </w:pPr>
            <w:r w:rsidRPr="26B4DD0C">
              <w:rPr>
                <w:sz w:val="18"/>
                <w:szCs w:val="18"/>
                <w:lang w:val="en-GB"/>
              </w:rPr>
              <w:t>☐ Other</w:t>
            </w:r>
            <w:r w:rsidR="00D01CEA" w:rsidRPr="26B4DD0C">
              <w:rPr>
                <w:sz w:val="18"/>
                <w:szCs w:val="18"/>
                <w:lang w:val="en-GB"/>
              </w:rPr>
              <w:t>, please specify</w:t>
            </w:r>
          </w:p>
        </w:tc>
        <w:tc>
          <w:tcPr>
            <w:tcW w:w="5040" w:type="dxa"/>
          </w:tcPr>
          <w:p w14:paraId="36A43DDD" w14:textId="77777777" w:rsidR="00D13A0E" w:rsidRDefault="00D13A0E">
            <w:pPr>
              <w:rPr>
                <w:lang w:val="en-GB"/>
              </w:rPr>
            </w:pPr>
          </w:p>
        </w:tc>
      </w:tr>
    </w:tbl>
    <w:p w14:paraId="764CF46B" w14:textId="77777777" w:rsidR="00D13A0E" w:rsidRDefault="00D13A0E">
      <w:pPr>
        <w:spacing w:after="20"/>
        <w:rPr>
          <w:lang w:val="en-GB"/>
        </w:rPr>
      </w:pPr>
    </w:p>
    <w:p w14:paraId="58922A74" w14:textId="651FA751" w:rsidR="24EABD33" w:rsidRDefault="24EABD33" w:rsidP="24EABD33">
      <w:pPr>
        <w:spacing w:after="20"/>
        <w:rPr>
          <w:lang w:val="en-GB"/>
        </w:rPr>
      </w:pPr>
    </w:p>
    <w:p w14:paraId="1B9C9374" w14:textId="1367FE21" w:rsidR="24EABD33" w:rsidRDefault="24EABD33" w:rsidP="24EABD33">
      <w:pPr>
        <w:spacing w:after="20"/>
        <w:rPr>
          <w:lang w:val="en-GB"/>
        </w:rPr>
      </w:pPr>
    </w:p>
    <w:p w14:paraId="0149A117" w14:textId="35999825" w:rsidR="00D13A0E" w:rsidRDefault="016B3161">
      <w:pPr>
        <w:pStyle w:val="FormQuestion"/>
        <w:keepNext/>
        <w:rPr>
          <w:lang w:val="en-GB"/>
        </w:rPr>
      </w:pPr>
      <w:r>
        <w:t>A7</w:t>
      </w:r>
      <w:r w:rsidR="00D01CEA">
        <w:t>. Registration numbers, where applicable</w:t>
      </w:r>
    </w:p>
    <w:p w14:paraId="00B59858" w14:textId="77777777" w:rsidR="00D13A0E" w:rsidRDefault="00D01CEA">
      <w:pPr>
        <w:pStyle w:val="HelpText"/>
        <w:rPr>
          <w:lang w:val="en-GB"/>
        </w:rPr>
      </w:pPr>
      <w:r w:rsidRPr="26B4DD0C">
        <w:rPr>
          <w:lang w:val="en-GB"/>
        </w:rPr>
        <w:t>Charity number, company number, CIC number or other regulator reference.</w:t>
      </w:r>
    </w:p>
    <w:tbl>
      <w:tblPr>
        <w:tblW w:w="0" w:type="auto"/>
        <w:jc w:val="center"/>
        <w:tblLayout w:type="fixed"/>
        <w:tblLook w:val="04A0" w:firstRow="1" w:lastRow="0" w:firstColumn="1" w:lastColumn="0" w:noHBand="0" w:noVBand="1"/>
      </w:tblPr>
      <w:tblGrid>
        <w:gridCol w:w="10080"/>
      </w:tblGrid>
      <w:tr w:rsidR="00D13A0E" w14:paraId="267C1A8F" w14:textId="77777777" w:rsidTr="26B4DD0C">
        <w:trPr>
          <w:jc w:val="center"/>
        </w:trPr>
        <w:tc>
          <w:tcPr>
            <w:tcW w:w="10080" w:type="dxa"/>
            <w:shd w:val="clear" w:color="auto" w:fill="FFFFFF" w:themeFill="background1"/>
            <w:tcMar>
              <w:top w:w="120" w:type="dxa"/>
              <w:left w:w="120" w:type="dxa"/>
              <w:bottom w:w="120" w:type="dxa"/>
              <w:right w:w="120" w:type="dxa"/>
            </w:tcMar>
          </w:tcPr>
          <w:p w14:paraId="51A22928" w14:textId="77777777" w:rsidR="00D13A0E" w:rsidRDefault="00D01CEA">
            <w:pPr>
              <w:rPr>
                <w:i/>
                <w:color w:val="777777"/>
                <w:sz w:val="16"/>
                <w:szCs w:val="16"/>
                <w:lang w:val="en-GB"/>
              </w:rPr>
            </w:pPr>
            <w:r w:rsidRPr="26B4DD0C">
              <w:rPr>
                <w:i/>
                <w:color w:val="777777"/>
                <w:sz w:val="16"/>
                <w:szCs w:val="16"/>
                <w:lang w:val="en-GB"/>
              </w:rPr>
              <w:t>Applicant response</w:t>
            </w:r>
          </w:p>
          <w:p w14:paraId="5511C9EB" w14:textId="77777777" w:rsidR="00D13A0E" w:rsidRDefault="00D01CEA">
            <w:pPr>
              <w:rPr>
                <w:lang w:val="en-GB"/>
              </w:rPr>
            </w:pPr>
            <w:r w:rsidRPr="26B4DD0C">
              <w:rPr>
                <w:lang w:val="en-GB"/>
              </w:rPr>
              <w:t>________________________________________________________________________________</w:t>
            </w:r>
          </w:p>
        </w:tc>
      </w:tr>
    </w:tbl>
    <w:p w14:paraId="0A844728" w14:textId="6C550A45" w:rsidR="00D13A0E" w:rsidRDefault="00D13A0E">
      <w:pPr>
        <w:spacing w:after="20"/>
        <w:rPr>
          <w:lang w:val="en-GB"/>
        </w:rPr>
      </w:pPr>
    </w:p>
    <w:p w14:paraId="19695D1A" w14:textId="6D96168C" w:rsidR="342C33C6" w:rsidRDefault="342C33C6" w:rsidP="342C33C6">
      <w:pPr>
        <w:pStyle w:val="FormQuestion"/>
      </w:pPr>
      <w:r>
        <w:t>A8. Please confirm the following eligibility and compliance statements: The organisation meets Bristol City Council baseline standards, OR the organisation will meet them within the period specified in the guidance. Yes ☐ No ☐</w:t>
      </w:r>
    </w:p>
    <w:p w14:paraId="1A9F27E4" w14:textId="543B8B88" w:rsidR="342C33C6" w:rsidRDefault="342C33C6" w:rsidP="342C33C6">
      <w:pPr>
        <w:pStyle w:val="HelpText"/>
      </w:pPr>
      <w:r>
        <w:t xml:space="preserve">(Please refer to Bristol City Council baseline standards: </w:t>
      </w:r>
      <w:hyperlink r:id="rId13" w:history="1">
        <w:r w:rsidRPr="342C33C6">
          <w:rPr>
            <w:rStyle w:val="Hyperlink"/>
          </w:rPr>
          <w:t>https://www.bristol.gov.uk/files/documents/9022-baseline-standards-revised-april-18/file</w:t>
        </w:r>
      </w:hyperlink>
      <w:r>
        <w:t>)</w:t>
      </w:r>
    </w:p>
    <w:p w14:paraId="5EFB62D3" w14:textId="29CF1E10" w:rsidR="342C33C6" w:rsidRDefault="342C33C6" w:rsidP="342C33C6">
      <w:pPr>
        <w:pStyle w:val="HelpText"/>
      </w:pPr>
    </w:p>
    <w:p w14:paraId="0CEDDFAA" w14:textId="000DA10D" w:rsidR="342C33C6" w:rsidRDefault="342C33C6" w:rsidP="342C33C6">
      <w:pPr>
        <w:pStyle w:val="FormQuestion"/>
      </w:pPr>
      <w:r>
        <w:t xml:space="preserve">A9. Please confirm the following eligibility and compliance statements: The organisation must have </w:t>
      </w:r>
      <w:r w:rsidR="1005C082">
        <w:t xml:space="preserve">a </w:t>
      </w:r>
      <w:r>
        <w:t xml:space="preserve">governing document and a bank account in its legal name. </w:t>
      </w:r>
    </w:p>
    <w:p w14:paraId="2D63CFE4" w14:textId="61A4CC40" w:rsidR="342C33C6" w:rsidRDefault="342C33C6" w:rsidP="342C33C6">
      <w:pPr>
        <w:pStyle w:val="FormQuestion"/>
      </w:pPr>
      <w:r>
        <w:t>Yes ☐ No ☐</w:t>
      </w:r>
    </w:p>
    <w:p w14:paraId="0A253EB3" w14:textId="7C13D9FA" w:rsidR="342C33C6" w:rsidRDefault="342C33C6" w:rsidP="342C33C6">
      <w:pPr>
        <w:pStyle w:val="FormQuestion"/>
      </w:pPr>
      <w:r>
        <w:t xml:space="preserve">A10. Please confirm the following eligibility and compliance statements: Payments require appropriate authorisation and financial control. </w:t>
      </w:r>
    </w:p>
    <w:p w14:paraId="7BC17F54" w14:textId="63A54F6D" w:rsidR="342C33C6" w:rsidRDefault="342C33C6" w:rsidP="342C33C6">
      <w:pPr>
        <w:pStyle w:val="FormQuestion"/>
      </w:pPr>
      <w:r>
        <w:t>Yes ☐ No ☐</w:t>
      </w:r>
    </w:p>
    <w:p w14:paraId="352497CF" w14:textId="65BAEA50" w:rsidR="342C33C6" w:rsidRDefault="342C33C6" w:rsidP="342C33C6">
      <w:pPr>
        <w:pStyle w:val="FormQuestion"/>
      </w:pPr>
      <w:r>
        <w:t xml:space="preserve">A11. Please confirm the following eligibility and compliance statements: The organisation has, or will have before delivery starts, appropriate public and employers’ liability insurance. </w:t>
      </w:r>
    </w:p>
    <w:p w14:paraId="7D60A415" w14:textId="25B619AF" w:rsidR="342C33C6" w:rsidRDefault="342C33C6" w:rsidP="342C33C6">
      <w:pPr>
        <w:pStyle w:val="FormQuestion"/>
      </w:pPr>
      <w:r>
        <w:t>Yes ☐ No ☐</w:t>
      </w:r>
    </w:p>
    <w:p w14:paraId="1F68A025" w14:textId="582A8100" w:rsidR="342C33C6" w:rsidRDefault="342C33C6" w:rsidP="342C33C6">
      <w:pPr>
        <w:pStyle w:val="FormQuestion"/>
      </w:pPr>
      <w:r>
        <w:t xml:space="preserve">A12. Please confirm the following eligibility and compliance statements: The organisation has appropriate safeguarding policies and procedures where work involves children or adults at risk. </w:t>
      </w:r>
    </w:p>
    <w:p w14:paraId="418D9BEC" w14:textId="54A53BEB" w:rsidR="342C33C6" w:rsidRDefault="342C33C6" w:rsidP="342C33C6">
      <w:pPr>
        <w:pStyle w:val="FormQuestion"/>
      </w:pPr>
      <w:r>
        <w:t>Yes ☐ No ☐</w:t>
      </w:r>
    </w:p>
    <w:p w14:paraId="5C405035" w14:textId="4A35D883" w:rsidR="342C33C6" w:rsidRDefault="342C33C6" w:rsidP="342C33C6">
      <w:pPr>
        <w:pStyle w:val="FormQuestion"/>
      </w:pPr>
      <w:r>
        <w:t>A13. Please confirm the following eligibility and compliance statements: The organisation complies with data protection laws and can manage personal and special-category data securely. Yes ☐ No ☐</w:t>
      </w:r>
    </w:p>
    <w:p w14:paraId="2215A38A" w14:textId="54406871" w:rsidR="342C33C6" w:rsidRDefault="342C33C6" w:rsidP="342C33C6">
      <w:pPr>
        <w:pStyle w:val="FormQuestion"/>
      </w:pPr>
      <w:r>
        <w:t>A14. Please confirm the following eligibility and compliance statements: The organisation has equality, health and safety, complaints, whistleblowing</w:t>
      </w:r>
      <w:r w:rsidR="4E36341D">
        <w:t>,</w:t>
      </w:r>
      <w:r>
        <w:t xml:space="preserve"> and risk-management arrangements proportionate to the work. </w:t>
      </w:r>
    </w:p>
    <w:p w14:paraId="183026D5" w14:textId="78995946" w:rsidR="342C33C6" w:rsidRDefault="342C33C6" w:rsidP="342C33C6">
      <w:pPr>
        <w:pStyle w:val="FormQuestion"/>
      </w:pPr>
      <w:r>
        <w:t>Yes ☐ No ☐</w:t>
      </w:r>
    </w:p>
    <w:p w14:paraId="319BBE12" w14:textId="772E5F8B" w:rsidR="342C33C6" w:rsidRDefault="342C33C6" w:rsidP="342C33C6">
      <w:pPr>
        <w:pStyle w:val="FormQuestion"/>
      </w:pPr>
      <w:r>
        <w:t xml:space="preserve">A15. Please confirm the following eligibility and compliance statements: The organisation can comply with all relevant funding-source eligibility and audit requirements. </w:t>
      </w:r>
    </w:p>
    <w:p w14:paraId="70562154" w14:textId="275996DA" w:rsidR="342C33C6" w:rsidRDefault="342C33C6" w:rsidP="342C33C6">
      <w:pPr>
        <w:pStyle w:val="FormQuestion"/>
      </w:pPr>
      <w:r>
        <w:t>Yes ☐ No ☐</w:t>
      </w:r>
    </w:p>
    <w:p w14:paraId="12D58BB9" w14:textId="7ACE2FCC" w:rsidR="342C33C6" w:rsidRDefault="342C33C6" w:rsidP="342C33C6">
      <w:pPr>
        <w:pStyle w:val="FormQuestion"/>
      </w:pPr>
      <w:r>
        <w:t xml:space="preserve">A16. Please confirm the following eligibility and compliance statements: The organisation is registered with the Immigration Advice Authority. </w:t>
      </w:r>
    </w:p>
    <w:p w14:paraId="4384B970" w14:textId="47A9DDAB" w:rsidR="342C33C6" w:rsidRDefault="342C33C6" w:rsidP="342C33C6">
      <w:pPr>
        <w:pStyle w:val="FormQuestion"/>
      </w:pPr>
      <w:r>
        <w:t>Yes ☐ No ☐</w:t>
      </w:r>
      <w:r w:rsidR="5390A081">
        <w:t xml:space="preserve"> Not applicable ☐</w:t>
      </w:r>
    </w:p>
    <w:p w14:paraId="739A4FB2" w14:textId="4F51A5D4" w:rsidR="5390A081" w:rsidRDefault="5390A081" w:rsidP="342C33C6">
      <w:pPr>
        <w:pStyle w:val="HelpText"/>
      </w:pPr>
      <w:r>
        <w:t>This is an essential requirement for grant applications for funding for immigration advice only. You do not need to respond to this in A21 below for other grant applications.</w:t>
      </w:r>
    </w:p>
    <w:p w14:paraId="20E2635A" w14:textId="7451F27A" w:rsidR="342C33C6" w:rsidRDefault="342C33C6" w:rsidP="342C33C6">
      <w:pPr>
        <w:pStyle w:val="FormQuestion"/>
      </w:pPr>
      <w:r>
        <w:t>A17. Please confirm the following eligibility and compliance statements: The organisation has staff who are qualified to provide advice to</w:t>
      </w:r>
      <w:r w:rsidR="70DC0337">
        <w:t xml:space="preserve"> the following level:</w:t>
      </w:r>
    </w:p>
    <w:p w14:paraId="1D630606" w14:textId="7AF4130C" w:rsidR="342C33C6" w:rsidRDefault="342C33C6" w:rsidP="342C33C6">
      <w:pPr>
        <w:pStyle w:val="FormQuestion"/>
      </w:pPr>
      <w:r>
        <w:t>Level 1 ☐ Level 2 ☐ Level 3 ☐</w:t>
      </w:r>
      <w:r w:rsidR="10778CCB">
        <w:t xml:space="preserve"> Not applicable ☐</w:t>
      </w:r>
    </w:p>
    <w:p w14:paraId="5BB0A0DE" w14:textId="4D9B4235" w:rsidR="342C33C6" w:rsidRDefault="342C33C6" w:rsidP="342C33C6">
      <w:pPr>
        <w:pStyle w:val="HelpText"/>
      </w:pPr>
      <w:r>
        <w:t>This is an essential requirement for grant applications for funding for immigration advice only. You do not need to respond to this in A21 below for other grant applications.</w:t>
      </w:r>
    </w:p>
    <w:p w14:paraId="5C97C1C7" w14:textId="14327662" w:rsidR="342C33C6" w:rsidRDefault="342C33C6" w:rsidP="342C33C6">
      <w:pPr>
        <w:pStyle w:val="FormQuestion"/>
      </w:pPr>
      <w:r>
        <w:t>A18. Please confirm the following eligibility and compliance statements: The organisation is an Advice Quality Standard (AQS) accredited.</w:t>
      </w:r>
    </w:p>
    <w:p w14:paraId="340E8812" w14:textId="139E3A75" w:rsidR="342C33C6" w:rsidRDefault="342C33C6" w:rsidP="342C33C6">
      <w:pPr>
        <w:pStyle w:val="FormQuestion"/>
      </w:pPr>
      <w:r>
        <w:t>Yes ☐ No ☐</w:t>
      </w:r>
      <w:r w:rsidR="45AE2A4F">
        <w:t xml:space="preserve"> Not applicable ☐</w:t>
      </w:r>
    </w:p>
    <w:p w14:paraId="60C9E7CF" w14:textId="539AC7B6" w:rsidR="342C33C6" w:rsidRDefault="342C33C6" w:rsidP="342C33C6">
      <w:pPr>
        <w:pStyle w:val="HelpText"/>
      </w:pPr>
      <w:r>
        <w:t>This is an essential requirement for grant applications for funding for IAG, financial and benefit advice only. You do not need to respond to this in A21 below for other grant applications.</w:t>
      </w:r>
    </w:p>
    <w:p w14:paraId="07768C20" w14:textId="432AC968" w:rsidR="342C33C6" w:rsidRDefault="342C33C6" w:rsidP="342C33C6">
      <w:pPr>
        <w:pStyle w:val="FormQuestion"/>
      </w:pPr>
      <w:r>
        <w:t>A19. Please confirm the following eligibility and compliance statements: The applicant organisation operates in Bristol and has evidenced that they have experience of supporting sanctuary seekers.</w:t>
      </w:r>
    </w:p>
    <w:p w14:paraId="396969D9" w14:textId="598C7BF5" w:rsidR="342C33C6" w:rsidRDefault="342C33C6" w:rsidP="342C33C6">
      <w:pPr>
        <w:pStyle w:val="FormQuestion"/>
      </w:pPr>
      <w:r>
        <w:t>Yes ☐ No ☐</w:t>
      </w:r>
    </w:p>
    <w:p w14:paraId="4C29A782" w14:textId="6F705D43" w:rsidR="342C33C6" w:rsidRDefault="342C33C6" w:rsidP="342C33C6">
      <w:pPr>
        <w:pStyle w:val="FormQuestion"/>
      </w:pPr>
      <w:r>
        <w:t>A20. Please confirm the following eligibility and compliance statements: Can you confirm that no regulatory concerns have been raised about the organisation and that no trustee has been disqualified?</w:t>
      </w:r>
    </w:p>
    <w:p w14:paraId="5BC3D764" w14:textId="00C9B0C8" w:rsidR="342C33C6" w:rsidRDefault="342C33C6" w:rsidP="342C33C6">
      <w:pPr>
        <w:pStyle w:val="FormQuestion"/>
      </w:pPr>
      <w:r>
        <w:t>Yes ☐ No ☐</w:t>
      </w:r>
    </w:p>
    <w:p w14:paraId="0BEE1489" w14:textId="77777777" w:rsidR="00D13A0E" w:rsidRDefault="00D13A0E">
      <w:pPr>
        <w:spacing w:after="20"/>
        <w:rPr>
          <w:lang w:val="en-GB"/>
        </w:rPr>
      </w:pPr>
    </w:p>
    <w:p w14:paraId="479677D4" w14:textId="6B4E9DF3" w:rsidR="00D13A0E" w:rsidRDefault="342C33C6">
      <w:pPr>
        <w:pStyle w:val="FormQuestion"/>
        <w:keepNext/>
        <w:rPr>
          <w:lang w:val="en-GB"/>
        </w:rPr>
      </w:pPr>
      <w:r>
        <w:t>A21</w:t>
      </w:r>
      <w:r w:rsidR="00D01CEA">
        <w:t xml:space="preserve">. If you </w:t>
      </w:r>
      <w:r w:rsidR="406C133E">
        <w:t>answered</w:t>
      </w:r>
      <w:r w:rsidR="00D01CEA">
        <w:t xml:space="preserve"> “No” to any </w:t>
      </w:r>
      <w:r w:rsidR="1B8A57DF">
        <w:t xml:space="preserve">of the previous </w:t>
      </w:r>
      <w:r>
        <w:t>statement</w:t>
      </w:r>
      <w:r w:rsidR="4AE14331">
        <w:t>s</w:t>
      </w:r>
      <w:r w:rsidR="16FEB152">
        <w:t xml:space="preserve"> (except regarding immigration</w:t>
      </w:r>
      <w:r w:rsidR="2D1A223E">
        <w:t>, financial or benefit</w:t>
      </w:r>
      <w:r w:rsidR="16FEB152">
        <w:t xml:space="preserve"> advice)</w:t>
      </w:r>
      <w:r w:rsidR="00D01CEA">
        <w:t>, explain the position and your plan and timetable to address it. (Maximum 300 words)</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7C23CF8E" w14:textId="77777777" w:rsidTr="18A6B18F">
        <w:tc>
          <w:tcPr>
            <w:tcW w:w="10080" w:type="dxa"/>
            <w:shd w:val="clear" w:color="auto" w:fill="FFFFFF" w:themeFill="background1"/>
          </w:tcPr>
          <w:p w14:paraId="7039CB0C" w14:textId="7F1AEAA9" w:rsidR="18A6B18F" w:rsidRDefault="18A6B18F" w:rsidP="18A6B18F">
            <w:r w:rsidRPr="18A6B18F">
              <w:rPr>
                <w:i/>
                <w:iCs/>
                <w:color w:val="777777"/>
                <w:sz w:val="16"/>
                <w:szCs w:val="16"/>
              </w:rPr>
              <w:t>Applicant response</w:t>
            </w:r>
          </w:p>
          <w:p w14:paraId="090734CC" w14:textId="1F48683E" w:rsidR="18A6B18F" w:rsidRDefault="18A6B18F" w:rsidP="18A6B18F">
            <w:r>
              <w:t>________________________________________________________________________________</w:t>
            </w:r>
          </w:p>
          <w:p w14:paraId="70A911C7" w14:textId="32557C77" w:rsidR="18A6B18F" w:rsidRDefault="18A6B18F" w:rsidP="18A6B18F">
            <w:r>
              <w:t>________________________________________________________________________________</w:t>
            </w:r>
          </w:p>
          <w:p w14:paraId="662C62DF" w14:textId="486634E1" w:rsidR="18A6B18F" w:rsidRDefault="18A6B18F" w:rsidP="18A6B18F">
            <w:r>
              <w:t>________________________________________________________________________________</w:t>
            </w:r>
          </w:p>
        </w:tc>
      </w:tr>
    </w:tbl>
    <w:p w14:paraId="601B1BC4" w14:textId="77777777" w:rsidR="00D13A0E" w:rsidRDefault="00D13A0E">
      <w:pPr>
        <w:spacing w:after="20"/>
        <w:rPr>
          <w:lang w:val="en-GB"/>
        </w:rPr>
      </w:pPr>
    </w:p>
    <w:p w14:paraId="0B05142F" w14:textId="6C3A5E3E" w:rsidR="00D13A0E" w:rsidRDefault="342C33C6">
      <w:pPr>
        <w:pStyle w:val="FormQuestion"/>
        <w:keepNext/>
        <w:rPr>
          <w:lang w:val="en-GB"/>
        </w:rPr>
      </w:pPr>
      <w:r>
        <w:t xml:space="preserve">A22. </w:t>
      </w:r>
      <w:r w:rsidR="70A71CC9">
        <w:t>Please upload the following r</w:t>
      </w:r>
      <w:r>
        <w:t>equired organisation documents</w:t>
      </w:r>
    </w:p>
    <w:tbl>
      <w:tblPr>
        <w:tblStyle w:val="TableGrid"/>
        <w:tblW w:w="0" w:type="auto"/>
        <w:jc w:val="center"/>
        <w:tblLook w:val="04A0" w:firstRow="1" w:lastRow="0" w:firstColumn="1" w:lastColumn="0" w:noHBand="0" w:noVBand="1"/>
      </w:tblPr>
      <w:tblGrid>
        <w:gridCol w:w="5035"/>
        <w:gridCol w:w="5035"/>
      </w:tblGrid>
      <w:tr w:rsidR="00D13A0E" w14:paraId="36EABCAA" w14:textId="77777777" w:rsidTr="43F6C87F">
        <w:trPr>
          <w:jc w:val="center"/>
        </w:trPr>
        <w:tc>
          <w:tcPr>
            <w:tcW w:w="5040" w:type="dxa"/>
            <w:shd w:val="clear" w:color="auto" w:fill="F3F6F8"/>
            <w:tcMar>
              <w:top w:w="90" w:type="dxa"/>
              <w:left w:w="100" w:type="dxa"/>
              <w:bottom w:w="90" w:type="dxa"/>
              <w:right w:w="100" w:type="dxa"/>
            </w:tcMar>
            <w:vAlign w:val="center"/>
          </w:tcPr>
          <w:p w14:paraId="5CE40AB7" w14:textId="6D69898F" w:rsidR="00D13A0E" w:rsidRDefault="2CC5905C">
            <w:pPr>
              <w:rPr>
                <w:sz w:val="18"/>
                <w:szCs w:val="18"/>
                <w:lang w:val="en-GB"/>
              </w:rPr>
            </w:pPr>
            <w:r w:rsidRPr="26B4DD0C">
              <w:rPr>
                <w:sz w:val="18"/>
                <w:szCs w:val="18"/>
                <w:lang w:val="en-GB"/>
              </w:rPr>
              <w:t>☐ Governing</w:t>
            </w:r>
            <w:r w:rsidR="00D01CEA" w:rsidRPr="26B4DD0C">
              <w:rPr>
                <w:sz w:val="18"/>
                <w:szCs w:val="18"/>
                <w:lang w:val="en-GB"/>
              </w:rPr>
              <w:t xml:space="preserve"> document</w:t>
            </w:r>
          </w:p>
        </w:tc>
        <w:tc>
          <w:tcPr>
            <w:tcW w:w="5040" w:type="dxa"/>
            <w:shd w:val="clear" w:color="auto" w:fill="FFFFFF" w:themeFill="background1"/>
            <w:tcMar>
              <w:top w:w="90" w:type="dxa"/>
              <w:left w:w="100" w:type="dxa"/>
              <w:bottom w:w="90" w:type="dxa"/>
              <w:right w:w="100" w:type="dxa"/>
            </w:tcMar>
            <w:vAlign w:val="center"/>
          </w:tcPr>
          <w:p w14:paraId="337BFECD" w14:textId="48B490D7" w:rsidR="00D13A0E" w:rsidRDefault="05B54FBD">
            <w:pPr>
              <w:rPr>
                <w:sz w:val="18"/>
                <w:szCs w:val="18"/>
                <w:lang w:val="en-GB"/>
              </w:rPr>
            </w:pPr>
            <w:r w:rsidRPr="26B4DD0C">
              <w:rPr>
                <w:sz w:val="18"/>
                <w:szCs w:val="18"/>
                <w:lang w:val="en-GB"/>
              </w:rPr>
              <w:t>☐ Most recent annual report, if available</w:t>
            </w:r>
          </w:p>
        </w:tc>
      </w:tr>
      <w:tr w:rsidR="00D13A0E" w14:paraId="2AB25A58" w14:textId="77777777" w:rsidTr="43F6C87F">
        <w:trPr>
          <w:jc w:val="center"/>
        </w:trPr>
        <w:tc>
          <w:tcPr>
            <w:tcW w:w="5040" w:type="dxa"/>
            <w:shd w:val="clear" w:color="auto" w:fill="F3F6F8"/>
            <w:tcMar>
              <w:top w:w="90" w:type="dxa"/>
              <w:left w:w="100" w:type="dxa"/>
              <w:bottom w:w="90" w:type="dxa"/>
              <w:right w:w="100" w:type="dxa"/>
            </w:tcMar>
            <w:vAlign w:val="center"/>
          </w:tcPr>
          <w:p w14:paraId="66549674" w14:textId="1AF7DECF" w:rsidR="00D13A0E" w:rsidRDefault="53500DAE">
            <w:pPr>
              <w:rPr>
                <w:sz w:val="18"/>
                <w:szCs w:val="18"/>
                <w:lang w:val="en-GB"/>
              </w:rPr>
            </w:pPr>
            <w:r w:rsidRPr="26B4DD0C">
              <w:rPr>
                <w:sz w:val="18"/>
                <w:szCs w:val="18"/>
                <w:lang w:val="en-GB"/>
              </w:rPr>
              <w:t>☐ Most</w:t>
            </w:r>
            <w:r w:rsidR="00D01CEA" w:rsidRPr="26B4DD0C">
              <w:rPr>
                <w:sz w:val="18"/>
                <w:szCs w:val="18"/>
                <w:lang w:val="en-GB"/>
              </w:rPr>
              <w:t xml:space="preserve"> recent signed annual accounts</w:t>
            </w:r>
            <w:r w:rsidR="00FD24C1" w:rsidRPr="26B4DD0C">
              <w:rPr>
                <w:sz w:val="18"/>
                <w:szCs w:val="18"/>
                <w:lang w:val="en-GB"/>
              </w:rPr>
              <w:t>, if available</w:t>
            </w:r>
          </w:p>
        </w:tc>
        <w:tc>
          <w:tcPr>
            <w:tcW w:w="5040" w:type="dxa"/>
            <w:shd w:val="clear" w:color="auto" w:fill="FFFFFF" w:themeFill="background1"/>
            <w:tcMar>
              <w:top w:w="90" w:type="dxa"/>
              <w:left w:w="100" w:type="dxa"/>
              <w:bottom w:w="90" w:type="dxa"/>
              <w:right w:w="100" w:type="dxa"/>
            </w:tcMar>
            <w:vAlign w:val="center"/>
          </w:tcPr>
          <w:p w14:paraId="561CD208" w14:textId="45137981" w:rsidR="00D13A0E" w:rsidRDefault="221E3E76">
            <w:pPr>
              <w:rPr>
                <w:sz w:val="18"/>
                <w:szCs w:val="18"/>
                <w:lang w:val="en-GB"/>
              </w:rPr>
            </w:pPr>
            <w:r w:rsidRPr="26B4DD0C">
              <w:rPr>
                <w:sz w:val="18"/>
                <w:szCs w:val="18"/>
                <w:lang w:val="en-GB"/>
              </w:rPr>
              <w:t>☐ Evidence of insurance, if requested</w:t>
            </w:r>
          </w:p>
        </w:tc>
      </w:tr>
    </w:tbl>
    <w:p w14:paraId="1A5C5B59" w14:textId="77777777" w:rsidR="00D13A0E" w:rsidRDefault="00D13A0E">
      <w:pPr>
        <w:spacing w:after="20"/>
        <w:rPr>
          <w:lang w:val="en-GB"/>
        </w:rPr>
      </w:pPr>
    </w:p>
    <w:p w14:paraId="16D7B851" w14:textId="61D5EA9B" w:rsidR="00D13A0E" w:rsidRDefault="001D3A24" w:rsidP="0D2A3615">
      <w:pPr>
        <w:pStyle w:val="Heading1"/>
        <w:rPr>
          <w:lang w:val="en-GB"/>
        </w:rPr>
      </w:pPr>
      <w:r>
        <w:rPr>
          <w:rFonts w:ascii="Calibri" w:eastAsia="Calibri" w:hAnsi="Calibri" w:cs="Calibri"/>
        </w:rPr>
        <w:t xml:space="preserve">Part 5 </w:t>
      </w:r>
      <w:r w:rsidR="4CFFF382" w:rsidRPr="342C33C6">
        <w:rPr>
          <w:rFonts w:ascii="Calibri" w:eastAsia="Calibri" w:hAnsi="Calibri" w:cs="Calibri"/>
        </w:rPr>
        <w:t xml:space="preserve">Section </w:t>
      </w:r>
      <w:r w:rsidR="25C8A23B" w:rsidRPr="1BF8B696">
        <w:rPr>
          <w:rFonts w:ascii="Calibri" w:eastAsia="Calibri" w:hAnsi="Calibri" w:cs="Calibri"/>
        </w:rPr>
        <w:t>B</w:t>
      </w:r>
      <w:r w:rsidR="4CFFF382" w:rsidRPr="342C33C6">
        <w:rPr>
          <w:rFonts w:ascii="Calibri" w:eastAsia="Calibri" w:hAnsi="Calibri" w:cs="Calibri"/>
        </w:rPr>
        <w:t>: Application overview and partnership arrangements</w:t>
      </w:r>
    </w:p>
    <w:p w14:paraId="6CC6A861" w14:textId="77777777" w:rsidR="00D13A0E" w:rsidRDefault="00D01CEA">
      <w:pPr>
        <w:pStyle w:val="HelpText"/>
        <w:rPr>
          <w:lang w:val="en-GB"/>
        </w:rPr>
      </w:pPr>
      <w:r w:rsidRPr="26B4DD0C">
        <w:rPr>
          <w:lang w:val="en-GB"/>
        </w:rPr>
        <w:t>Tell us what you are applying for and how delivery partners will work together.</w:t>
      </w:r>
    </w:p>
    <w:p w14:paraId="1C3690D8" w14:textId="255B401A" w:rsidR="00D13A0E" w:rsidRDefault="32EEC0F9">
      <w:pPr>
        <w:pStyle w:val="FormQuestion"/>
        <w:keepNext/>
        <w:rPr>
          <w:lang w:val="en-GB"/>
        </w:rPr>
      </w:pPr>
      <w:r>
        <w:t>B1</w:t>
      </w:r>
      <w:r w:rsidR="00D01CEA">
        <w:t>. Application title</w:t>
      </w:r>
    </w:p>
    <w:tbl>
      <w:tblPr>
        <w:tblW w:w="0" w:type="auto"/>
        <w:jc w:val="center"/>
        <w:tblLayout w:type="fixed"/>
        <w:tblLook w:val="04A0" w:firstRow="1" w:lastRow="0" w:firstColumn="1" w:lastColumn="0" w:noHBand="0" w:noVBand="1"/>
      </w:tblPr>
      <w:tblGrid>
        <w:gridCol w:w="10080"/>
      </w:tblGrid>
      <w:tr w:rsidR="00D13A0E" w14:paraId="04E5433B" w14:textId="77777777" w:rsidTr="26B4DD0C">
        <w:trPr>
          <w:jc w:val="center"/>
        </w:trPr>
        <w:tc>
          <w:tcPr>
            <w:tcW w:w="10080" w:type="dxa"/>
            <w:shd w:val="clear" w:color="auto" w:fill="FFFFFF" w:themeFill="background1"/>
            <w:tcMar>
              <w:top w:w="120" w:type="dxa"/>
              <w:left w:w="120" w:type="dxa"/>
              <w:bottom w:w="120" w:type="dxa"/>
              <w:right w:w="120" w:type="dxa"/>
            </w:tcMar>
          </w:tcPr>
          <w:p w14:paraId="745F6ED4" w14:textId="77777777" w:rsidR="00D13A0E" w:rsidRDefault="00D01CEA">
            <w:pPr>
              <w:rPr>
                <w:i/>
                <w:color w:val="777777"/>
                <w:sz w:val="16"/>
                <w:szCs w:val="16"/>
                <w:lang w:val="en-GB"/>
              </w:rPr>
            </w:pPr>
            <w:r w:rsidRPr="26B4DD0C">
              <w:rPr>
                <w:i/>
                <w:color w:val="777777"/>
                <w:sz w:val="16"/>
                <w:szCs w:val="16"/>
                <w:lang w:val="en-GB"/>
              </w:rPr>
              <w:t>Applicant response</w:t>
            </w:r>
          </w:p>
          <w:p w14:paraId="0C2BBC58" w14:textId="77777777" w:rsidR="00D13A0E" w:rsidRDefault="00D01CEA">
            <w:pPr>
              <w:rPr>
                <w:lang w:val="en-GB"/>
              </w:rPr>
            </w:pPr>
            <w:r w:rsidRPr="26B4DD0C">
              <w:rPr>
                <w:lang w:val="en-GB"/>
              </w:rPr>
              <w:t>________________________________________________________________________________</w:t>
            </w:r>
          </w:p>
        </w:tc>
      </w:tr>
    </w:tbl>
    <w:p w14:paraId="6A50D7F1" w14:textId="77777777" w:rsidR="00D13A0E" w:rsidRDefault="00D13A0E">
      <w:pPr>
        <w:spacing w:after="20"/>
        <w:rPr>
          <w:lang w:val="en-GB"/>
        </w:rPr>
      </w:pPr>
    </w:p>
    <w:p w14:paraId="3A792A84" w14:textId="276BC772" w:rsidR="00D13A0E" w:rsidRDefault="342C33C6">
      <w:pPr>
        <w:pStyle w:val="FormQuestion"/>
        <w:keepNext/>
        <w:rPr>
          <w:lang w:val="en-GB"/>
        </w:rPr>
      </w:pPr>
      <w:r>
        <w:t>B2</w:t>
      </w:r>
      <w:r w:rsidR="00D01CEA">
        <w:t xml:space="preserve">. Provide a concise summary of the proposal, its overall goal and the main difference it will make. (Maximum </w:t>
      </w:r>
      <w:r w:rsidR="066CCCC6">
        <w:t>30</w:t>
      </w:r>
      <w:r>
        <w:t>0</w:t>
      </w:r>
      <w:r w:rsidR="00D01CEA">
        <w:t xml:space="preserve"> words)</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4AC159FF" w14:textId="77777777" w:rsidTr="18A6B18F">
        <w:tc>
          <w:tcPr>
            <w:tcW w:w="10080" w:type="dxa"/>
            <w:shd w:val="clear" w:color="auto" w:fill="FFFFFF" w:themeFill="background1"/>
          </w:tcPr>
          <w:p w14:paraId="70D2B56F" w14:textId="132A1AF0" w:rsidR="18A6B18F" w:rsidRDefault="18A6B18F" w:rsidP="18A6B18F">
            <w:r w:rsidRPr="18A6B18F">
              <w:rPr>
                <w:i/>
                <w:iCs/>
                <w:color w:val="777777"/>
                <w:sz w:val="16"/>
                <w:szCs w:val="16"/>
              </w:rPr>
              <w:t>Applicant response</w:t>
            </w:r>
          </w:p>
          <w:p w14:paraId="08D8A84D" w14:textId="2DB158DD" w:rsidR="18A6B18F" w:rsidRDefault="18A6B18F" w:rsidP="18A6B18F">
            <w:r>
              <w:t>________________________________________________________________________________</w:t>
            </w:r>
          </w:p>
          <w:p w14:paraId="3E3258FF" w14:textId="20BF7604" w:rsidR="18A6B18F" w:rsidRDefault="18A6B18F" w:rsidP="18A6B18F">
            <w:r>
              <w:t>________________________________________________________________________________</w:t>
            </w:r>
          </w:p>
          <w:p w14:paraId="62706A4E" w14:textId="3B6D59B4" w:rsidR="18A6B18F" w:rsidRDefault="18A6B18F" w:rsidP="18A6B18F">
            <w:r>
              <w:t>________________________________________________________________________________</w:t>
            </w:r>
          </w:p>
        </w:tc>
      </w:tr>
    </w:tbl>
    <w:p w14:paraId="62439DF0" w14:textId="439A6C51" w:rsidR="00D13A0E" w:rsidRDefault="00D13A0E">
      <w:pPr>
        <w:spacing w:after="20"/>
        <w:rPr>
          <w:lang w:val="en-GB"/>
        </w:rPr>
      </w:pPr>
    </w:p>
    <w:p w14:paraId="04CD26DF" w14:textId="3510C2C1" w:rsidR="00D13A0E" w:rsidRDefault="34BD9638">
      <w:pPr>
        <w:pStyle w:val="FormQuestion"/>
        <w:keepNext/>
        <w:rPr>
          <w:lang w:val="en-GB"/>
        </w:rPr>
      </w:pPr>
      <w:r>
        <w:t>B3</w:t>
      </w:r>
      <w:r w:rsidR="00D01CEA">
        <w:t xml:space="preserve">. Total amount requested from Bristol </w:t>
      </w:r>
      <w:r w:rsidR="12AFA5E9">
        <w:t xml:space="preserve">Sanctuary Services </w:t>
      </w:r>
    </w:p>
    <w:p w14:paraId="4D58F22E" w14:textId="77777777" w:rsidR="00D13A0E" w:rsidRDefault="00D01CEA">
      <w:pPr>
        <w:pStyle w:val="HelpText"/>
        <w:rPr>
          <w:lang w:val="en-GB"/>
        </w:rPr>
      </w:pPr>
      <w:r w:rsidRPr="18A6B18F">
        <w:rPr>
          <w:lang w:val="en-GB"/>
        </w:rPr>
        <w:t>£ total and £ per year, if the grant covers more than one year.</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2015AA05" w14:textId="77777777" w:rsidTr="18A6B18F">
        <w:tc>
          <w:tcPr>
            <w:tcW w:w="10080" w:type="dxa"/>
            <w:shd w:val="clear" w:color="auto" w:fill="FFFFFF" w:themeFill="background1"/>
          </w:tcPr>
          <w:p w14:paraId="2231268F" w14:textId="75E73143" w:rsidR="18A6B18F" w:rsidRDefault="18A6B18F" w:rsidP="18A6B18F">
            <w:r w:rsidRPr="18A6B18F">
              <w:rPr>
                <w:i/>
                <w:iCs/>
                <w:color w:val="777777"/>
                <w:sz w:val="16"/>
                <w:szCs w:val="16"/>
              </w:rPr>
              <w:t>Applicant response</w:t>
            </w:r>
          </w:p>
          <w:p w14:paraId="1C734B36" w14:textId="3C97B66A" w:rsidR="18A6B18F" w:rsidRDefault="18A6B18F" w:rsidP="18A6B18F">
            <w:r>
              <w:t>________________________________________________________________________________</w:t>
            </w:r>
          </w:p>
        </w:tc>
      </w:tr>
    </w:tbl>
    <w:p w14:paraId="3EAC8D9E" w14:textId="77777777" w:rsidR="00D13A0E" w:rsidRDefault="00D13A0E">
      <w:pPr>
        <w:spacing w:after="20"/>
        <w:rPr>
          <w:lang w:val="en-GB"/>
        </w:rPr>
      </w:pPr>
    </w:p>
    <w:p w14:paraId="7CC1BC30" w14:textId="253664DC" w:rsidR="00D13A0E" w:rsidRDefault="47896247">
      <w:pPr>
        <w:pStyle w:val="FormQuestion"/>
        <w:keepNext/>
        <w:rPr>
          <w:lang w:val="en-GB"/>
        </w:rPr>
      </w:pPr>
      <w:r>
        <w:t>B4</w:t>
      </w:r>
      <w:r w:rsidR="00D01CEA">
        <w:t>. Proposed start and end dates</w:t>
      </w:r>
    </w:p>
    <w:tbl>
      <w:tblPr>
        <w:tblW w:w="0" w:type="auto"/>
        <w:jc w:val="center"/>
        <w:tblLayout w:type="fixed"/>
        <w:tblLook w:val="04A0" w:firstRow="1" w:lastRow="0" w:firstColumn="1" w:lastColumn="0" w:noHBand="0" w:noVBand="1"/>
      </w:tblPr>
      <w:tblGrid>
        <w:gridCol w:w="10080"/>
      </w:tblGrid>
      <w:tr w:rsidR="00D13A0E" w14:paraId="4053B9D8" w14:textId="77777777" w:rsidTr="26B4DD0C">
        <w:trPr>
          <w:jc w:val="center"/>
        </w:trPr>
        <w:tc>
          <w:tcPr>
            <w:tcW w:w="10080" w:type="dxa"/>
            <w:shd w:val="clear" w:color="auto" w:fill="FFFFFF" w:themeFill="background1"/>
            <w:tcMar>
              <w:top w:w="120" w:type="dxa"/>
              <w:left w:w="120" w:type="dxa"/>
              <w:bottom w:w="120" w:type="dxa"/>
              <w:right w:w="120" w:type="dxa"/>
            </w:tcMar>
          </w:tcPr>
          <w:p w14:paraId="2F5D7CD1" w14:textId="77777777" w:rsidR="00D13A0E" w:rsidRDefault="00D01CEA">
            <w:pPr>
              <w:rPr>
                <w:i/>
                <w:color w:val="777777"/>
                <w:sz w:val="16"/>
                <w:szCs w:val="16"/>
                <w:lang w:val="en-GB"/>
              </w:rPr>
            </w:pPr>
            <w:r w:rsidRPr="26B4DD0C">
              <w:rPr>
                <w:i/>
                <w:color w:val="777777"/>
                <w:sz w:val="16"/>
                <w:szCs w:val="16"/>
                <w:lang w:val="en-GB"/>
              </w:rPr>
              <w:t>Applicant response</w:t>
            </w:r>
          </w:p>
          <w:p w14:paraId="308A2FAC" w14:textId="77777777" w:rsidR="00D13A0E" w:rsidRDefault="00D01CEA">
            <w:pPr>
              <w:rPr>
                <w:lang w:val="en-GB"/>
              </w:rPr>
            </w:pPr>
            <w:r w:rsidRPr="26B4DD0C">
              <w:rPr>
                <w:lang w:val="en-GB"/>
              </w:rPr>
              <w:t>________________________________________________________________________________</w:t>
            </w:r>
          </w:p>
        </w:tc>
      </w:tr>
    </w:tbl>
    <w:p w14:paraId="670D5D92" w14:textId="77777777" w:rsidR="00D13A0E" w:rsidRDefault="00D13A0E">
      <w:pPr>
        <w:spacing w:after="20"/>
        <w:rPr>
          <w:lang w:val="en-GB"/>
        </w:rPr>
      </w:pPr>
    </w:p>
    <w:p w14:paraId="06CB9C89" w14:textId="7D139F7E" w:rsidR="00D13A0E" w:rsidRDefault="06F3CEF7">
      <w:pPr>
        <w:pStyle w:val="FormQuestion"/>
        <w:keepNext/>
        <w:rPr>
          <w:lang w:val="en-GB"/>
        </w:rPr>
      </w:pPr>
      <w:r>
        <w:t>B5</w:t>
      </w:r>
      <w:r w:rsidR="00D01CEA">
        <w:t>. Application arrangement</w:t>
      </w:r>
    </w:p>
    <w:tbl>
      <w:tblPr>
        <w:tblStyle w:val="TableGrid"/>
        <w:tblW w:w="0" w:type="auto"/>
        <w:jc w:val="center"/>
        <w:tblLook w:val="04A0" w:firstRow="1" w:lastRow="0" w:firstColumn="1" w:lastColumn="0" w:noHBand="0" w:noVBand="1"/>
      </w:tblPr>
      <w:tblGrid>
        <w:gridCol w:w="5035"/>
        <w:gridCol w:w="5035"/>
      </w:tblGrid>
      <w:tr w:rsidR="00D13A0E" w14:paraId="72B4A9B4" w14:textId="77777777" w:rsidTr="28ADF43C">
        <w:trPr>
          <w:jc w:val="center"/>
        </w:trPr>
        <w:tc>
          <w:tcPr>
            <w:tcW w:w="5040" w:type="dxa"/>
            <w:shd w:val="clear" w:color="auto" w:fill="F3F6F8"/>
            <w:tcMar>
              <w:top w:w="90" w:type="dxa"/>
              <w:left w:w="100" w:type="dxa"/>
              <w:bottom w:w="90" w:type="dxa"/>
              <w:right w:w="100" w:type="dxa"/>
            </w:tcMar>
            <w:vAlign w:val="center"/>
          </w:tcPr>
          <w:p w14:paraId="4C40D5DD" w14:textId="7670616F" w:rsidR="00D13A0E" w:rsidRDefault="2959B516">
            <w:pPr>
              <w:rPr>
                <w:sz w:val="18"/>
                <w:szCs w:val="18"/>
                <w:lang w:val="en-GB"/>
              </w:rPr>
            </w:pPr>
            <w:r w:rsidRPr="342C33C6">
              <w:rPr>
                <w:sz w:val="18"/>
                <w:szCs w:val="18"/>
                <w:lang w:val="en-GB"/>
              </w:rPr>
              <w:t xml:space="preserve">☐ </w:t>
            </w:r>
            <w:r w:rsidR="5B525DB6" w:rsidRPr="342C33C6">
              <w:rPr>
                <w:sz w:val="18"/>
                <w:szCs w:val="18"/>
                <w:lang w:val="en-GB"/>
              </w:rPr>
              <w:t>Individual</w:t>
            </w:r>
            <w:r w:rsidR="56221ABA" w:rsidRPr="342C33C6">
              <w:rPr>
                <w:sz w:val="18"/>
                <w:szCs w:val="18"/>
                <w:lang w:val="en-GB"/>
              </w:rPr>
              <w:t xml:space="preserve"> </w:t>
            </w:r>
            <w:r w:rsidR="04E3D6BB" w:rsidRPr="342C33C6">
              <w:rPr>
                <w:sz w:val="18"/>
                <w:szCs w:val="18"/>
                <w:lang w:val="en-GB"/>
              </w:rPr>
              <w:t>organisation</w:t>
            </w:r>
          </w:p>
        </w:tc>
        <w:tc>
          <w:tcPr>
            <w:tcW w:w="5040" w:type="dxa"/>
            <w:shd w:val="clear" w:color="auto" w:fill="FFFFFF" w:themeFill="background1"/>
            <w:tcMar>
              <w:top w:w="90" w:type="dxa"/>
              <w:left w:w="100" w:type="dxa"/>
              <w:bottom w:w="90" w:type="dxa"/>
              <w:right w:w="100" w:type="dxa"/>
            </w:tcMar>
            <w:vAlign w:val="center"/>
          </w:tcPr>
          <w:p w14:paraId="6E594B8F" w14:textId="6518C687" w:rsidR="00D13A0E" w:rsidRDefault="68B84797">
            <w:pPr>
              <w:rPr>
                <w:sz w:val="18"/>
                <w:szCs w:val="18"/>
                <w:lang w:val="en-GB"/>
              </w:rPr>
            </w:pPr>
            <w:r w:rsidRPr="342C33C6">
              <w:rPr>
                <w:sz w:val="18"/>
                <w:szCs w:val="18"/>
                <w:lang w:val="en-GB"/>
              </w:rPr>
              <w:t xml:space="preserve">☐ Lead partner </w:t>
            </w:r>
            <w:r w:rsidR="068AFA5F" w:rsidRPr="342C33C6">
              <w:rPr>
                <w:sz w:val="18"/>
                <w:szCs w:val="18"/>
                <w:lang w:val="en-GB"/>
              </w:rPr>
              <w:t>for</w:t>
            </w:r>
            <w:r w:rsidRPr="342C33C6">
              <w:rPr>
                <w:sz w:val="18"/>
                <w:szCs w:val="18"/>
                <w:lang w:val="en-GB"/>
              </w:rPr>
              <w:t xml:space="preserve"> a joint bid</w:t>
            </w:r>
          </w:p>
        </w:tc>
      </w:tr>
    </w:tbl>
    <w:p w14:paraId="188C63A9" w14:textId="77777777" w:rsidR="00D13A0E" w:rsidRDefault="00D13A0E">
      <w:pPr>
        <w:spacing w:after="20"/>
        <w:rPr>
          <w:lang w:val="en-GB"/>
        </w:rPr>
      </w:pPr>
    </w:p>
    <w:p w14:paraId="5CD807FC" w14:textId="7E96DDA8" w:rsidR="00D13A0E" w:rsidRDefault="342C33C6">
      <w:pPr>
        <w:pStyle w:val="FormQuestion"/>
        <w:keepNext/>
        <w:rPr>
          <w:lang w:val="en-GB"/>
        </w:rPr>
      </w:pPr>
      <w:r>
        <w:t>B6</w:t>
      </w:r>
      <w:r w:rsidR="00D01CEA">
        <w:t xml:space="preserve">. If this is a </w:t>
      </w:r>
      <w:r w:rsidR="6B6170EE">
        <w:t>joint bid with a</w:t>
      </w:r>
      <w:r w:rsidR="00D01CEA">
        <w:t xml:space="preserve"> lead-partner application, list all delivery partners </w:t>
      </w:r>
      <w:r w:rsidR="56AC2DF2">
        <w:t>(</w:t>
      </w:r>
      <w:r w:rsidR="00D01CEA">
        <w:t xml:space="preserve">Maximum </w:t>
      </w:r>
      <w:r w:rsidR="008D44EC">
        <w:t xml:space="preserve">100 </w:t>
      </w:r>
      <w:r w:rsidR="00D01CEA">
        <w:t>words)</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6327A8BF" w14:textId="77777777" w:rsidTr="18A6B18F">
        <w:tc>
          <w:tcPr>
            <w:tcW w:w="10080" w:type="dxa"/>
            <w:shd w:val="clear" w:color="auto" w:fill="FFFFFF" w:themeFill="background1"/>
          </w:tcPr>
          <w:p w14:paraId="58407DB9" w14:textId="65D052D3" w:rsidR="18A6B18F" w:rsidRDefault="18A6B18F" w:rsidP="18A6B18F">
            <w:r w:rsidRPr="18A6B18F">
              <w:rPr>
                <w:i/>
                <w:iCs/>
                <w:color w:val="777777"/>
                <w:sz w:val="16"/>
                <w:szCs w:val="16"/>
              </w:rPr>
              <w:t>Applicant response</w:t>
            </w:r>
          </w:p>
          <w:p w14:paraId="32503578" w14:textId="373DFC6F" w:rsidR="18A6B18F" w:rsidRDefault="18A6B18F" w:rsidP="18A6B18F">
            <w:r>
              <w:t>________________________________________________________________________________</w:t>
            </w:r>
          </w:p>
          <w:p w14:paraId="49D71372" w14:textId="69FF22CA" w:rsidR="18A6B18F" w:rsidRDefault="18A6B18F" w:rsidP="18A6B18F">
            <w:r>
              <w:t>________________________________________________________________________________</w:t>
            </w:r>
          </w:p>
          <w:p w14:paraId="3330FABC" w14:textId="7445FA16" w:rsidR="18A6B18F" w:rsidRDefault="18A6B18F" w:rsidP="18A6B18F">
            <w:r>
              <w:t>________________________________________________________________________________</w:t>
            </w:r>
          </w:p>
        </w:tc>
      </w:tr>
    </w:tbl>
    <w:p w14:paraId="75808CAC" w14:textId="018DE765" w:rsidR="43F7E6C1" w:rsidRDefault="43F7E6C1" w:rsidP="43F7E6C1">
      <w:pPr>
        <w:spacing w:after="20"/>
        <w:rPr>
          <w:lang w:val="en-GB"/>
        </w:rPr>
      </w:pPr>
    </w:p>
    <w:p w14:paraId="67AB0B2F" w14:textId="6110EF29" w:rsidR="43F7E6C1" w:rsidRDefault="43F7E6C1" w:rsidP="43F7E6C1">
      <w:pPr>
        <w:spacing w:after="20"/>
        <w:rPr>
          <w:lang w:val="en-GB"/>
        </w:rPr>
      </w:pPr>
    </w:p>
    <w:p w14:paraId="6C281F23" w14:textId="29E05061" w:rsidR="00D13A0E" w:rsidRDefault="342C33C6">
      <w:pPr>
        <w:pStyle w:val="FormQuestion"/>
        <w:keepNext/>
        <w:rPr>
          <w:lang w:val="en-GB"/>
        </w:rPr>
      </w:pPr>
      <w:r>
        <w:t>B7</w:t>
      </w:r>
      <w:r w:rsidR="00D01CEA">
        <w:t xml:space="preserve">. List any Bristol City Council grants or </w:t>
      </w:r>
      <w:r w:rsidR="7999F351">
        <w:t>contracts for</w:t>
      </w:r>
      <w:r w:rsidR="00D01CEA">
        <w:t xml:space="preserve"> </w:t>
      </w:r>
      <w:r w:rsidR="0D0070DE">
        <w:t>y</w:t>
      </w:r>
      <w:r w:rsidR="07AF20E6">
        <w:t>o</w:t>
      </w:r>
      <w:r w:rsidR="6A83955B">
        <w:t xml:space="preserve">ur </w:t>
      </w:r>
      <w:r w:rsidR="502496A2">
        <w:t>organisation</w:t>
      </w:r>
      <w:r w:rsidR="00D01CEA">
        <w:t xml:space="preserve"> and key partners currently </w:t>
      </w:r>
      <w:r w:rsidR="4D20418E">
        <w:t>held</w:t>
      </w:r>
      <w:r w:rsidR="00D01CEA">
        <w:t xml:space="preserve"> or held in the last three years.</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6D04E20C" w14:textId="77777777" w:rsidTr="18A6B18F">
        <w:tc>
          <w:tcPr>
            <w:tcW w:w="10080" w:type="dxa"/>
            <w:shd w:val="clear" w:color="auto" w:fill="FFFFFF" w:themeFill="background1"/>
          </w:tcPr>
          <w:p w14:paraId="006441AB" w14:textId="6743322A" w:rsidR="18A6B18F" w:rsidRDefault="18A6B18F" w:rsidP="18A6B18F">
            <w:r w:rsidRPr="18A6B18F">
              <w:rPr>
                <w:i/>
                <w:iCs/>
                <w:color w:val="777777"/>
                <w:sz w:val="16"/>
                <w:szCs w:val="16"/>
              </w:rPr>
              <w:t>Applicant response</w:t>
            </w:r>
          </w:p>
          <w:p w14:paraId="320E14D7" w14:textId="41A7F2A0" w:rsidR="18A6B18F" w:rsidRDefault="18A6B18F" w:rsidP="18A6B18F">
            <w:r>
              <w:t>________________________________________________________________________________</w:t>
            </w:r>
          </w:p>
          <w:p w14:paraId="22D72390" w14:textId="1129C801" w:rsidR="18A6B18F" w:rsidRDefault="18A6B18F" w:rsidP="18A6B18F">
            <w:r>
              <w:t>________________________________________________________________________________</w:t>
            </w:r>
          </w:p>
          <w:p w14:paraId="46583B6E" w14:textId="354F2CDC" w:rsidR="18A6B18F" w:rsidRDefault="18A6B18F" w:rsidP="18A6B18F">
            <w:r>
              <w:t>________________________________________________________________________________</w:t>
            </w:r>
          </w:p>
        </w:tc>
      </w:tr>
    </w:tbl>
    <w:p w14:paraId="2CBF75CD" w14:textId="760E91A5" w:rsidR="00D13A0E" w:rsidRDefault="001D3A24" w:rsidP="0D2A3615">
      <w:pPr>
        <w:pStyle w:val="Heading1"/>
        <w:rPr>
          <w:lang w:val="en-GB"/>
        </w:rPr>
      </w:pPr>
      <w:r>
        <w:rPr>
          <w:rFonts w:ascii="Calibri" w:eastAsia="Calibri" w:hAnsi="Calibri" w:cs="Calibri"/>
        </w:rPr>
        <w:t xml:space="preserve">Part 6 </w:t>
      </w:r>
      <w:r w:rsidR="4CFFF382" w:rsidRPr="342C33C6">
        <w:rPr>
          <w:rFonts w:ascii="Calibri" w:eastAsia="Calibri" w:hAnsi="Calibri" w:cs="Calibri"/>
        </w:rPr>
        <w:t xml:space="preserve">Section </w:t>
      </w:r>
      <w:r w:rsidR="1C511C4F" w:rsidRPr="47B790C2">
        <w:rPr>
          <w:rFonts w:ascii="Calibri" w:eastAsia="Calibri" w:hAnsi="Calibri" w:cs="Calibri"/>
        </w:rPr>
        <w:t>C</w:t>
      </w:r>
      <w:r w:rsidR="4CFFF382" w:rsidRPr="342C33C6">
        <w:rPr>
          <w:rFonts w:ascii="Calibri" w:eastAsia="Calibri" w:hAnsi="Calibri" w:cs="Calibri"/>
        </w:rPr>
        <w:t xml:space="preserve">: </w:t>
      </w:r>
      <w:r w:rsidR="68E7D693" w:rsidRPr="342C33C6">
        <w:rPr>
          <w:rFonts w:ascii="Calibri" w:eastAsia="Calibri" w:hAnsi="Calibri" w:cs="Calibri"/>
        </w:rPr>
        <w:t>Outcomes and strategic fit</w:t>
      </w:r>
    </w:p>
    <w:p w14:paraId="5216C195" w14:textId="77777777" w:rsidR="00D13A0E" w:rsidRDefault="68E7D693" w:rsidP="43F7E6C1">
      <w:pPr>
        <w:pStyle w:val="HelpText"/>
        <w:rPr>
          <w:lang w:val="en-GB"/>
        </w:rPr>
      </w:pPr>
      <w:r w:rsidRPr="26B4DD0C">
        <w:rPr>
          <w:lang w:val="en-GB"/>
        </w:rPr>
        <w:t>Select the outcome area(s) that best match your proposal. Focus on a realistic number of outcomes that can be delivered well and measured.</w:t>
      </w:r>
    </w:p>
    <w:p w14:paraId="37D9B1D8" w14:textId="381FE4D2" w:rsidR="00D13A0E" w:rsidRDefault="68E7D693" w:rsidP="43F7E6C1">
      <w:pPr>
        <w:rPr>
          <w:sz w:val="18"/>
          <w:szCs w:val="18"/>
          <w:lang w:val="en-GB"/>
        </w:rPr>
      </w:pPr>
      <w:r w:rsidRPr="342C33C6">
        <w:rPr>
          <w:b/>
          <w:color w:val="17365D" w:themeColor="text2" w:themeShade="BF"/>
          <w:lang w:val="en-GB"/>
        </w:rPr>
        <w:t>Cross-cutting priorities and guiding principles</w:t>
      </w:r>
      <w:r w:rsidR="4CFFF382">
        <w:br/>
      </w:r>
      <w:r w:rsidRPr="342C33C6">
        <w:rPr>
          <w:lang w:val="en-GB"/>
        </w:rPr>
        <w:t xml:space="preserve">Every proposal must show how it </w:t>
      </w:r>
      <w:r w:rsidRPr="342C33C6">
        <w:rPr>
          <w:rFonts w:eastAsia="Arial" w:cs="Arial"/>
          <w:color w:val="242424"/>
          <w:lang w:val="en-GB"/>
        </w:rPr>
        <w:t>advances equity</w:t>
      </w:r>
      <w:r w:rsidR="7C231F53" w:rsidRPr="342C33C6">
        <w:rPr>
          <w:rFonts w:eastAsia="Arial" w:cs="Arial"/>
          <w:color w:val="242424"/>
          <w:lang w:val="en-GB"/>
        </w:rPr>
        <w:t xml:space="preserve"> and accessibility, early intervention, independence and belonging and efficiency and effectiveness.</w:t>
      </w:r>
      <w:r w:rsidR="30B67BB8" w:rsidRPr="342C33C6">
        <w:rPr>
          <w:sz w:val="18"/>
          <w:szCs w:val="18"/>
          <w:lang w:val="en-GB"/>
        </w:rPr>
        <w:t xml:space="preserve"> </w:t>
      </w:r>
    </w:p>
    <w:p w14:paraId="09590F2D" w14:textId="77777777" w:rsidR="00D13A0E" w:rsidRDefault="00D13A0E" w:rsidP="43F7E6C1">
      <w:pPr>
        <w:spacing w:after="20"/>
        <w:rPr>
          <w:lang w:val="en-GB"/>
        </w:rPr>
      </w:pPr>
    </w:p>
    <w:p w14:paraId="47CE2DBA" w14:textId="1716F9FA" w:rsidR="00D13A0E" w:rsidRDefault="342C33C6" w:rsidP="43F7E6C1">
      <w:pPr>
        <w:pStyle w:val="FormQuestion"/>
        <w:keepNext/>
        <w:rPr>
          <w:i/>
          <w:lang w:val="en-GB"/>
        </w:rPr>
      </w:pPr>
      <w:r>
        <w:t>C1</w:t>
      </w:r>
      <w:r w:rsidR="68E7D693">
        <w:t xml:space="preserve">. Please tick which outcomes you </w:t>
      </w:r>
      <w:r w:rsidR="34CD9568">
        <w:t xml:space="preserve">plan to </w:t>
      </w:r>
      <w:r w:rsidR="68E7D693">
        <w:t xml:space="preserve">deliver </w:t>
      </w:r>
      <w:r w:rsidR="029BC6EF">
        <w:t>against:</w:t>
      </w:r>
    </w:p>
    <w:p w14:paraId="50907A7F" w14:textId="1663066E" w:rsidR="00D13A0E" w:rsidRDefault="276EE895" w:rsidP="43F7E6C1">
      <w:pPr>
        <w:pStyle w:val="FormQuestion"/>
        <w:keepNext/>
        <w:rPr>
          <w:sz w:val="18"/>
          <w:szCs w:val="18"/>
          <w:lang w:val="en-GB"/>
        </w:rPr>
      </w:pPr>
      <w:r w:rsidRPr="342C33C6">
        <w:rPr>
          <w:i/>
          <w:sz w:val="18"/>
          <w:szCs w:val="18"/>
          <w:lang w:val="en-GB"/>
        </w:rPr>
        <w:t>[</w:t>
      </w:r>
      <w:r w:rsidR="68A6AE52" w:rsidRPr="342C33C6">
        <w:rPr>
          <w:i/>
          <w:sz w:val="18"/>
          <w:szCs w:val="18"/>
          <w:lang w:val="en-GB"/>
        </w:rPr>
        <w:t xml:space="preserve">Please complete this section </w:t>
      </w:r>
      <w:r w:rsidR="03DE2EFF" w:rsidRPr="342C33C6">
        <w:rPr>
          <w:i/>
          <w:sz w:val="18"/>
          <w:szCs w:val="18"/>
          <w:lang w:val="en-GB"/>
        </w:rPr>
        <w:t xml:space="preserve">in line with </w:t>
      </w:r>
      <w:r w:rsidR="68A6AE52" w:rsidRPr="342C33C6">
        <w:rPr>
          <w:i/>
          <w:sz w:val="18"/>
          <w:szCs w:val="18"/>
          <w:lang w:val="en-GB"/>
        </w:rPr>
        <w:t xml:space="preserve">the outcome document </w:t>
      </w:r>
      <w:r w:rsidR="5D1051F4" w:rsidRPr="342C33C6">
        <w:rPr>
          <w:i/>
          <w:sz w:val="18"/>
          <w:szCs w:val="18"/>
          <w:lang w:val="en-GB"/>
        </w:rPr>
        <w:t>provided</w:t>
      </w:r>
      <w:r w:rsidR="23876C6D" w:rsidRPr="342C33C6">
        <w:rPr>
          <w:i/>
          <w:sz w:val="18"/>
          <w:szCs w:val="18"/>
          <w:lang w:val="en-GB"/>
        </w:rPr>
        <w:t xml:space="preserve"> in the </w:t>
      </w:r>
      <w:r w:rsidR="611D29E7" w:rsidRPr="342C33C6">
        <w:rPr>
          <w:i/>
          <w:iCs/>
          <w:sz w:val="18"/>
          <w:szCs w:val="18"/>
          <w:lang w:val="en-GB"/>
        </w:rPr>
        <w:t xml:space="preserve">appendix A of the </w:t>
      </w:r>
      <w:r w:rsidR="23876C6D" w:rsidRPr="342C33C6">
        <w:rPr>
          <w:i/>
          <w:sz w:val="18"/>
          <w:szCs w:val="18"/>
          <w:lang w:val="en-GB"/>
        </w:rPr>
        <w:t>Application Pack</w:t>
      </w:r>
      <w:r w:rsidR="5D1051F4" w:rsidRPr="342C33C6">
        <w:rPr>
          <w:i/>
          <w:sz w:val="18"/>
          <w:szCs w:val="18"/>
          <w:lang w:val="en-GB"/>
        </w:rPr>
        <w:t>]</w:t>
      </w:r>
    </w:p>
    <w:p w14:paraId="2461EF6D" w14:textId="1710475F" w:rsidR="00D13A0E" w:rsidRDefault="00D13A0E" w:rsidP="43F7E6C1">
      <w:pPr>
        <w:spacing w:after="20"/>
        <w:rPr>
          <w:lang w:val="en-GB"/>
        </w:rPr>
      </w:pPr>
    </w:p>
    <w:p w14:paraId="3E93858F" w14:textId="77777777" w:rsidR="00D13A0E" w:rsidRDefault="432B5315" w:rsidP="43F7E6C1">
      <w:pPr>
        <w:pStyle w:val="Heading2"/>
        <w:rPr>
          <w:lang w:val="en-GB"/>
        </w:rPr>
      </w:pPr>
      <w:r w:rsidRPr="26B4DD0C">
        <w:rPr>
          <w:lang w:val="en-GB"/>
        </w:rPr>
        <w:t>Priority 1: Meeting Basic Needs</w:t>
      </w:r>
    </w:p>
    <w:tbl>
      <w:tblPr>
        <w:tblStyle w:val="TableGrid"/>
        <w:tblW w:w="0" w:type="auto"/>
        <w:jc w:val="center"/>
        <w:tblLook w:val="04A0" w:firstRow="1" w:lastRow="0" w:firstColumn="1" w:lastColumn="0" w:noHBand="0" w:noVBand="1"/>
      </w:tblPr>
      <w:tblGrid>
        <w:gridCol w:w="5035"/>
        <w:gridCol w:w="5035"/>
      </w:tblGrid>
      <w:tr w:rsidR="43F7E6C1" w14:paraId="16B24984" w14:textId="77777777" w:rsidTr="55D83D8F">
        <w:trPr>
          <w:trHeight w:val="300"/>
          <w:jc w:val="center"/>
        </w:trPr>
        <w:tc>
          <w:tcPr>
            <w:tcW w:w="5035" w:type="dxa"/>
            <w:shd w:val="clear" w:color="auto" w:fill="F3F6F8"/>
            <w:tcMar>
              <w:top w:w="90" w:type="dxa"/>
              <w:left w:w="100" w:type="dxa"/>
              <w:bottom w:w="90" w:type="dxa"/>
              <w:right w:w="100" w:type="dxa"/>
            </w:tcMar>
            <w:vAlign w:val="center"/>
          </w:tcPr>
          <w:p w14:paraId="455376B1" w14:textId="7A95F0DD" w:rsidR="43F7E6C1" w:rsidRDefault="43F7E6C1">
            <w:pPr>
              <w:rPr>
                <w:sz w:val="18"/>
                <w:szCs w:val="18"/>
                <w:lang w:val="en-GB"/>
              </w:rPr>
            </w:pPr>
            <w:r w:rsidRPr="342C33C6">
              <w:rPr>
                <w:sz w:val="18"/>
                <w:szCs w:val="18"/>
                <w:lang w:val="en-GB"/>
              </w:rPr>
              <w:t>☐ Outreach, information</w:t>
            </w:r>
            <w:r w:rsidR="00130D1D" w:rsidRPr="342C33C6">
              <w:rPr>
                <w:sz w:val="18"/>
                <w:szCs w:val="18"/>
                <w:lang w:val="en-GB"/>
              </w:rPr>
              <w:t>, advice</w:t>
            </w:r>
            <w:r w:rsidRPr="342C33C6">
              <w:rPr>
                <w:sz w:val="18"/>
                <w:szCs w:val="18"/>
                <w:lang w:val="en-GB"/>
              </w:rPr>
              <w:t xml:space="preserve"> and navigation</w:t>
            </w:r>
          </w:p>
        </w:tc>
        <w:tc>
          <w:tcPr>
            <w:tcW w:w="5035" w:type="dxa"/>
            <w:shd w:val="clear" w:color="auto" w:fill="FFFFFF" w:themeFill="background1"/>
            <w:tcMar>
              <w:top w:w="90" w:type="dxa"/>
              <w:left w:w="100" w:type="dxa"/>
              <w:bottom w:w="90" w:type="dxa"/>
              <w:right w:w="100" w:type="dxa"/>
            </w:tcMar>
            <w:vAlign w:val="center"/>
          </w:tcPr>
          <w:p w14:paraId="36E932A9" w14:textId="418CFFE7" w:rsidR="43F7E6C1" w:rsidRDefault="7CD33A07" w:rsidP="55D83D8F">
            <w:pPr>
              <w:rPr>
                <w:sz w:val="18"/>
                <w:szCs w:val="18"/>
                <w:lang w:val="en-GB"/>
              </w:rPr>
            </w:pPr>
            <w:r w:rsidRPr="26B4DD0C">
              <w:rPr>
                <w:sz w:val="18"/>
                <w:szCs w:val="18"/>
                <w:lang w:val="en-GB"/>
              </w:rPr>
              <w:t>☐ Legal and immigration support</w:t>
            </w:r>
          </w:p>
        </w:tc>
      </w:tr>
      <w:tr w:rsidR="43F7E6C1" w14:paraId="136A986C" w14:textId="77777777" w:rsidTr="55D83D8F">
        <w:trPr>
          <w:trHeight w:val="300"/>
          <w:jc w:val="center"/>
        </w:trPr>
        <w:tc>
          <w:tcPr>
            <w:tcW w:w="5035" w:type="dxa"/>
            <w:shd w:val="clear" w:color="auto" w:fill="F3F6F8"/>
            <w:tcMar>
              <w:top w:w="90" w:type="dxa"/>
              <w:left w:w="100" w:type="dxa"/>
              <w:bottom w:w="90" w:type="dxa"/>
              <w:right w:w="100" w:type="dxa"/>
            </w:tcMar>
            <w:vAlign w:val="center"/>
          </w:tcPr>
          <w:p w14:paraId="70B67F30" w14:textId="441E4B4C" w:rsidR="43F7E6C1" w:rsidRDefault="7CD33A07">
            <w:pPr>
              <w:rPr>
                <w:sz w:val="18"/>
                <w:szCs w:val="18"/>
                <w:lang w:val="en-GB"/>
              </w:rPr>
            </w:pPr>
            <w:r w:rsidRPr="26B4DD0C">
              <w:rPr>
                <w:sz w:val="18"/>
                <w:szCs w:val="18"/>
                <w:lang w:val="en-GB"/>
              </w:rPr>
              <w:t>☐ Access to essential items</w:t>
            </w:r>
          </w:p>
        </w:tc>
        <w:tc>
          <w:tcPr>
            <w:tcW w:w="5035" w:type="dxa"/>
            <w:shd w:val="clear" w:color="auto" w:fill="FFFFFF" w:themeFill="background1"/>
            <w:tcMar>
              <w:top w:w="90" w:type="dxa"/>
              <w:left w:w="100" w:type="dxa"/>
              <w:bottom w:w="90" w:type="dxa"/>
              <w:right w:w="100" w:type="dxa"/>
            </w:tcMar>
            <w:vAlign w:val="center"/>
          </w:tcPr>
          <w:p w14:paraId="2C0179AB" w14:textId="7C0A2358" w:rsidR="43F7E6C1" w:rsidRDefault="6EA089AF" w:rsidP="55D83D8F">
            <w:pPr>
              <w:rPr>
                <w:sz w:val="18"/>
                <w:szCs w:val="18"/>
                <w:lang w:val="en-GB"/>
              </w:rPr>
            </w:pPr>
            <w:r w:rsidRPr="26B4DD0C">
              <w:rPr>
                <w:sz w:val="18"/>
                <w:szCs w:val="18"/>
                <w:lang w:val="en-GB"/>
              </w:rPr>
              <w:t xml:space="preserve">☐ </w:t>
            </w:r>
            <w:r w:rsidR="01CD9B47" w:rsidRPr="26B4DD0C">
              <w:rPr>
                <w:sz w:val="18"/>
                <w:szCs w:val="18"/>
                <w:lang w:val="en-GB"/>
              </w:rPr>
              <w:t xml:space="preserve">Children, </w:t>
            </w:r>
            <w:r w:rsidR="3767D82D" w:rsidRPr="26B4DD0C">
              <w:rPr>
                <w:sz w:val="18"/>
                <w:szCs w:val="18"/>
                <w:lang w:val="en-GB"/>
              </w:rPr>
              <w:t>young people</w:t>
            </w:r>
            <w:r w:rsidR="01CD9B47" w:rsidRPr="26B4DD0C">
              <w:rPr>
                <w:sz w:val="18"/>
                <w:szCs w:val="18"/>
                <w:lang w:val="en-GB"/>
              </w:rPr>
              <w:t xml:space="preserve"> and </w:t>
            </w:r>
            <w:r w:rsidR="3767D82D" w:rsidRPr="26B4DD0C">
              <w:rPr>
                <w:sz w:val="18"/>
                <w:szCs w:val="18"/>
                <w:lang w:val="en-GB"/>
              </w:rPr>
              <w:t>families</w:t>
            </w:r>
          </w:p>
        </w:tc>
      </w:tr>
    </w:tbl>
    <w:p w14:paraId="6409FD4D" w14:textId="31C28514" w:rsidR="00D13A0E" w:rsidRDefault="00D13A0E" w:rsidP="43F7E6C1">
      <w:pPr>
        <w:spacing w:after="20"/>
        <w:rPr>
          <w:lang w:val="en-GB"/>
        </w:rPr>
      </w:pPr>
    </w:p>
    <w:p w14:paraId="14B5CFC0" w14:textId="77777777" w:rsidR="00D13A0E" w:rsidRDefault="432B5315" w:rsidP="43F7E6C1">
      <w:pPr>
        <w:pStyle w:val="Heading2"/>
        <w:rPr>
          <w:lang w:val="en-GB"/>
        </w:rPr>
      </w:pPr>
      <w:r w:rsidRPr="26B4DD0C">
        <w:rPr>
          <w:lang w:val="en-GB"/>
        </w:rPr>
        <w:t>Priority 2: Promoting Opportunity</w:t>
      </w:r>
    </w:p>
    <w:tbl>
      <w:tblPr>
        <w:tblStyle w:val="TableGrid"/>
        <w:tblW w:w="0" w:type="auto"/>
        <w:jc w:val="center"/>
        <w:tblLook w:val="04A0" w:firstRow="1" w:lastRow="0" w:firstColumn="1" w:lastColumn="0" w:noHBand="0" w:noVBand="1"/>
      </w:tblPr>
      <w:tblGrid>
        <w:gridCol w:w="5035"/>
        <w:gridCol w:w="5035"/>
      </w:tblGrid>
      <w:tr w:rsidR="43F7E6C1" w14:paraId="66053330" w14:textId="77777777" w:rsidTr="55D83D8F">
        <w:trPr>
          <w:trHeight w:val="300"/>
          <w:jc w:val="center"/>
        </w:trPr>
        <w:tc>
          <w:tcPr>
            <w:tcW w:w="5035" w:type="dxa"/>
            <w:shd w:val="clear" w:color="auto" w:fill="F3F6F8"/>
            <w:tcMar>
              <w:top w:w="90" w:type="dxa"/>
              <w:left w:w="100" w:type="dxa"/>
              <w:bottom w:w="90" w:type="dxa"/>
              <w:right w:w="100" w:type="dxa"/>
            </w:tcMar>
            <w:vAlign w:val="center"/>
          </w:tcPr>
          <w:p w14:paraId="58EF0F1B" w14:textId="2A3A6985" w:rsidR="43F7E6C1" w:rsidRDefault="43F7E6C1">
            <w:pPr>
              <w:rPr>
                <w:sz w:val="18"/>
                <w:szCs w:val="18"/>
                <w:lang w:val="en-GB"/>
              </w:rPr>
            </w:pPr>
            <w:r w:rsidRPr="26B4DD0C">
              <w:rPr>
                <w:sz w:val="18"/>
                <w:szCs w:val="18"/>
                <w:lang w:val="en-GB"/>
              </w:rPr>
              <w:t>☐ English-language learning and progression</w:t>
            </w:r>
          </w:p>
        </w:tc>
        <w:tc>
          <w:tcPr>
            <w:tcW w:w="5035" w:type="dxa"/>
            <w:shd w:val="clear" w:color="auto" w:fill="FFFFFF" w:themeFill="background1"/>
            <w:tcMar>
              <w:top w:w="90" w:type="dxa"/>
              <w:left w:w="100" w:type="dxa"/>
              <w:bottom w:w="90" w:type="dxa"/>
              <w:right w:w="100" w:type="dxa"/>
            </w:tcMar>
            <w:vAlign w:val="center"/>
          </w:tcPr>
          <w:p w14:paraId="75942B30" w14:textId="1961FB46" w:rsidR="43F7E6C1" w:rsidRDefault="43F7E6C1" w:rsidP="43F7E6C1">
            <w:pPr>
              <w:rPr>
                <w:sz w:val="18"/>
                <w:szCs w:val="18"/>
                <w:lang w:val="en-GB"/>
              </w:rPr>
            </w:pPr>
          </w:p>
        </w:tc>
      </w:tr>
    </w:tbl>
    <w:p w14:paraId="1F0E5DA1" w14:textId="587B533C" w:rsidR="3765517A" w:rsidRDefault="3765517A">
      <w:pPr>
        <w:rPr>
          <w:lang w:val="en-GB"/>
        </w:rPr>
      </w:pPr>
    </w:p>
    <w:p w14:paraId="432676DB" w14:textId="77777777" w:rsidR="00D13A0E" w:rsidRDefault="00D13A0E" w:rsidP="43F7E6C1">
      <w:pPr>
        <w:spacing w:after="20"/>
        <w:rPr>
          <w:lang w:val="en-GB"/>
        </w:rPr>
      </w:pPr>
    </w:p>
    <w:p w14:paraId="0D5205A1" w14:textId="77777777" w:rsidR="00D13A0E" w:rsidRDefault="432B5315" w:rsidP="43F7E6C1">
      <w:pPr>
        <w:pStyle w:val="Heading2"/>
        <w:rPr>
          <w:lang w:val="en-GB"/>
        </w:rPr>
      </w:pPr>
      <w:r w:rsidRPr="26B4DD0C">
        <w:rPr>
          <w:lang w:val="en-GB"/>
        </w:rPr>
        <w:t>Priority 3: Compassionate and Resilient Communities</w:t>
      </w:r>
    </w:p>
    <w:tbl>
      <w:tblPr>
        <w:tblStyle w:val="TableGrid"/>
        <w:tblW w:w="0" w:type="auto"/>
        <w:jc w:val="center"/>
        <w:tblLook w:val="04A0" w:firstRow="1" w:lastRow="0" w:firstColumn="1" w:lastColumn="0" w:noHBand="0" w:noVBand="1"/>
      </w:tblPr>
      <w:tblGrid>
        <w:gridCol w:w="5035"/>
        <w:gridCol w:w="5035"/>
      </w:tblGrid>
      <w:tr w:rsidR="43F7E6C1" w14:paraId="74B7B41E" w14:textId="77777777" w:rsidTr="55D83D8F">
        <w:trPr>
          <w:trHeight w:val="300"/>
          <w:jc w:val="center"/>
        </w:trPr>
        <w:tc>
          <w:tcPr>
            <w:tcW w:w="5035" w:type="dxa"/>
            <w:shd w:val="clear" w:color="auto" w:fill="F3F6F8"/>
            <w:tcMar>
              <w:top w:w="90" w:type="dxa"/>
              <w:left w:w="100" w:type="dxa"/>
              <w:bottom w:w="90" w:type="dxa"/>
              <w:right w:w="100" w:type="dxa"/>
            </w:tcMar>
            <w:vAlign w:val="center"/>
          </w:tcPr>
          <w:p w14:paraId="71904361" w14:textId="7781EDF8" w:rsidR="43F7E6C1" w:rsidRDefault="6EA089AF" w:rsidP="55D83D8F">
            <w:pPr>
              <w:rPr>
                <w:sz w:val="18"/>
                <w:szCs w:val="18"/>
                <w:lang w:val="en-GB"/>
              </w:rPr>
            </w:pPr>
            <w:r w:rsidRPr="26B4DD0C">
              <w:rPr>
                <w:sz w:val="18"/>
                <w:szCs w:val="18"/>
                <w:lang w:val="en-GB"/>
              </w:rPr>
              <w:t xml:space="preserve">☐ </w:t>
            </w:r>
            <w:r w:rsidR="40DC6265" w:rsidRPr="26B4DD0C">
              <w:rPr>
                <w:sz w:val="18"/>
                <w:szCs w:val="18"/>
                <w:lang w:val="en-GB"/>
              </w:rPr>
              <w:t>Belonging</w:t>
            </w:r>
            <w:r w:rsidRPr="26B4DD0C">
              <w:rPr>
                <w:sz w:val="18"/>
                <w:szCs w:val="18"/>
                <w:lang w:val="en-GB"/>
              </w:rPr>
              <w:t xml:space="preserve"> and </w:t>
            </w:r>
            <w:r w:rsidR="40DC6265" w:rsidRPr="26B4DD0C">
              <w:rPr>
                <w:sz w:val="18"/>
                <w:szCs w:val="18"/>
                <w:lang w:val="en-GB"/>
              </w:rPr>
              <w:t>safe</w:t>
            </w:r>
            <w:r w:rsidRPr="26B4DD0C">
              <w:rPr>
                <w:sz w:val="18"/>
                <w:szCs w:val="18"/>
                <w:lang w:val="en-GB"/>
              </w:rPr>
              <w:t xml:space="preserve"> community </w:t>
            </w:r>
            <w:r w:rsidR="40DC6265" w:rsidRPr="26B4DD0C">
              <w:rPr>
                <w:sz w:val="18"/>
                <w:szCs w:val="18"/>
                <w:lang w:val="en-GB"/>
              </w:rPr>
              <w:t>participation</w:t>
            </w:r>
          </w:p>
        </w:tc>
        <w:tc>
          <w:tcPr>
            <w:tcW w:w="5035" w:type="dxa"/>
            <w:shd w:val="clear" w:color="auto" w:fill="FFFFFF" w:themeFill="background1"/>
            <w:tcMar>
              <w:top w:w="90" w:type="dxa"/>
              <w:left w:w="100" w:type="dxa"/>
              <w:bottom w:w="90" w:type="dxa"/>
              <w:right w:w="100" w:type="dxa"/>
            </w:tcMar>
            <w:vAlign w:val="center"/>
          </w:tcPr>
          <w:p w14:paraId="6D0999D8" w14:textId="1C32E0B2" w:rsidR="43F7E6C1" w:rsidRDefault="40DC6265">
            <w:pPr>
              <w:rPr>
                <w:rFonts w:eastAsia="Arial" w:cs="Arial"/>
                <w:color w:val="000000" w:themeColor="text1"/>
                <w:sz w:val="18"/>
                <w:szCs w:val="18"/>
                <w:lang w:val="en-GB"/>
              </w:rPr>
            </w:pPr>
            <w:r w:rsidRPr="342C33C6">
              <w:rPr>
                <w:sz w:val="18"/>
                <w:szCs w:val="18"/>
                <w:lang w:val="en-GB"/>
              </w:rPr>
              <w:t xml:space="preserve">☐ </w:t>
            </w:r>
            <w:r w:rsidRPr="342C33C6">
              <w:rPr>
                <w:rFonts w:eastAsia="Arial" w:cs="Arial"/>
                <w:color w:val="000000" w:themeColor="text1"/>
                <w:sz w:val="18"/>
                <w:szCs w:val="18"/>
                <w:lang w:val="en-GB"/>
              </w:rPr>
              <w:t xml:space="preserve">Partnership and </w:t>
            </w:r>
            <w:r w:rsidR="15993192" w:rsidRPr="342C33C6">
              <w:rPr>
                <w:rFonts w:eastAsia="Arial" w:cs="Arial"/>
                <w:color w:val="000000" w:themeColor="text1"/>
                <w:sz w:val="18"/>
                <w:szCs w:val="18"/>
                <w:lang w:val="en-GB"/>
              </w:rPr>
              <w:t xml:space="preserve">service </w:t>
            </w:r>
            <w:r w:rsidR="7D954BB7" w:rsidRPr="342C33C6">
              <w:rPr>
                <w:rFonts w:eastAsia="Arial" w:cs="Arial"/>
                <w:color w:val="000000" w:themeColor="text1"/>
                <w:sz w:val="18"/>
                <w:szCs w:val="18"/>
                <w:lang w:val="en-GB"/>
              </w:rPr>
              <w:t>coordination</w:t>
            </w:r>
          </w:p>
        </w:tc>
      </w:tr>
    </w:tbl>
    <w:p w14:paraId="00B66A18" w14:textId="6584DB88" w:rsidR="00D13A0E" w:rsidRDefault="00D13A0E" w:rsidP="43F7E6C1">
      <w:pPr>
        <w:spacing w:after="20"/>
        <w:rPr>
          <w:lang w:val="en-GB"/>
        </w:rPr>
      </w:pPr>
    </w:p>
    <w:p w14:paraId="345D035B" w14:textId="08E443B1" w:rsidR="00D13A0E" w:rsidRDefault="6AC26080" w:rsidP="43F7E6C1">
      <w:pPr>
        <w:pStyle w:val="FormQuestion"/>
        <w:keepNext/>
        <w:rPr>
          <w:lang w:val="en-GB"/>
        </w:rPr>
      </w:pPr>
      <w:r>
        <w:t>C2</w:t>
      </w:r>
      <w:r w:rsidR="432B5315">
        <w:t xml:space="preserve">. State your </w:t>
      </w:r>
      <w:r w:rsidR="432B5315" w:rsidRPr="3765517A">
        <w:rPr>
          <w:i/>
        </w:rPr>
        <w:t xml:space="preserve">primary </w:t>
      </w:r>
      <w:r w:rsidR="432B5315">
        <w:t>outcome statement in clear, participant-focused language. (Maximum 100 words)</w:t>
      </w:r>
    </w:p>
    <w:p w14:paraId="6F21EB58" w14:textId="77777777" w:rsidR="00D13A0E" w:rsidRDefault="432B5315" w:rsidP="43F7E6C1">
      <w:pPr>
        <w:pStyle w:val="HelpText"/>
        <w:rPr>
          <w:lang w:val="en-GB"/>
        </w:rPr>
      </w:pPr>
      <w:r w:rsidRPr="18A6B18F">
        <w:rPr>
          <w:lang w:val="en-GB"/>
        </w:rPr>
        <w:t>Describe the change, not the activity. Example structure: “[Who] will [experience or achieve what change] because [brief contribution of the funded work].”</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12EB28ED" w14:textId="77777777" w:rsidTr="18A6B18F">
        <w:tc>
          <w:tcPr>
            <w:tcW w:w="10080" w:type="dxa"/>
            <w:shd w:val="clear" w:color="auto" w:fill="FFFFFF" w:themeFill="background1"/>
          </w:tcPr>
          <w:p w14:paraId="2AD25DE9" w14:textId="7BA5F90F" w:rsidR="18A6B18F" w:rsidRDefault="18A6B18F" w:rsidP="18A6B18F">
            <w:r w:rsidRPr="18A6B18F">
              <w:rPr>
                <w:i/>
                <w:iCs/>
                <w:color w:val="777777"/>
                <w:sz w:val="16"/>
                <w:szCs w:val="16"/>
              </w:rPr>
              <w:t>Applicant response</w:t>
            </w:r>
          </w:p>
          <w:p w14:paraId="6374EE32" w14:textId="5F6AE268" w:rsidR="18A6B18F" w:rsidRDefault="18A6B18F" w:rsidP="18A6B18F">
            <w:r>
              <w:t>________________________________________________________________________________</w:t>
            </w:r>
          </w:p>
          <w:p w14:paraId="22DD61FB" w14:textId="0EB036DF" w:rsidR="18A6B18F" w:rsidRDefault="18A6B18F" w:rsidP="18A6B18F">
            <w:r>
              <w:t>________________________________________________________________________________</w:t>
            </w:r>
          </w:p>
          <w:p w14:paraId="6874B1B5" w14:textId="6C99857A" w:rsidR="18A6B18F" w:rsidRDefault="18A6B18F" w:rsidP="18A6B18F">
            <w:r>
              <w:t>________________________________________________________________________________</w:t>
            </w:r>
          </w:p>
        </w:tc>
      </w:tr>
    </w:tbl>
    <w:p w14:paraId="1781E3BF" w14:textId="77777777" w:rsidR="00D13A0E" w:rsidRDefault="00D13A0E" w:rsidP="43F7E6C1">
      <w:pPr>
        <w:spacing w:after="20"/>
        <w:rPr>
          <w:lang w:val="en-GB"/>
        </w:rPr>
      </w:pPr>
    </w:p>
    <w:p w14:paraId="3FE0C8AC" w14:textId="3BB60348" w:rsidR="00D13A0E" w:rsidRDefault="00DFE33B" w:rsidP="43F7E6C1">
      <w:pPr>
        <w:pStyle w:val="FormQuestion"/>
        <w:keepNext/>
        <w:rPr>
          <w:lang w:val="en-GB"/>
        </w:rPr>
      </w:pPr>
      <w:r>
        <w:t>C3</w:t>
      </w:r>
      <w:r w:rsidR="432B5315">
        <w:t xml:space="preserve">. List up to four </w:t>
      </w:r>
      <w:r w:rsidR="432B5315" w:rsidRPr="3DD13199">
        <w:rPr>
          <w:i/>
          <w:u w:val="single"/>
        </w:rPr>
        <w:t xml:space="preserve">supporting </w:t>
      </w:r>
      <w:r w:rsidR="432B5315" w:rsidRPr="3DD13199">
        <w:rPr>
          <w:u w:val="single"/>
        </w:rPr>
        <w:t>outcomes</w:t>
      </w:r>
      <w:r w:rsidR="432B5315">
        <w:t xml:space="preserve"> and explain how each contributes to the primary outcome. (Maximum 500 words)</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653AAF0A" w14:textId="77777777" w:rsidTr="18A6B18F">
        <w:tc>
          <w:tcPr>
            <w:tcW w:w="10080" w:type="dxa"/>
            <w:shd w:val="clear" w:color="auto" w:fill="FFFFFF" w:themeFill="background1"/>
          </w:tcPr>
          <w:p w14:paraId="65FD58B0" w14:textId="61A6F039" w:rsidR="18A6B18F" w:rsidRDefault="18A6B18F" w:rsidP="18A6B18F">
            <w:r w:rsidRPr="18A6B18F">
              <w:rPr>
                <w:i/>
                <w:iCs/>
                <w:color w:val="777777"/>
                <w:sz w:val="16"/>
                <w:szCs w:val="16"/>
              </w:rPr>
              <w:t>Applicant response</w:t>
            </w:r>
          </w:p>
          <w:p w14:paraId="63CEEBF6" w14:textId="1DA41C63" w:rsidR="18A6B18F" w:rsidRDefault="18A6B18F" w:rsidP="18A6B18F">
            <w:r>
              <w:t>________________________________________________________________________________</w:t>
            </w:r>
          </w:p>
          <w:p w14:paraId="3E8CB468" w14:textId="69B859DA" w:rsidR="18A6B18F" w:rsidRDefault="18A6B18F" w:rsidP="18A6B18F">
            <w:r>
              <w:t>________________________________________________________________________________</w:t>
            </w:r>
          </w:p>
          <w:p w14:paraId="5FE80ADC" w14:textId="089A654E" w:rsidR="18A6B18F" w:rsidRDefault="18A6B18F" w:rsidP="18A6B18F">
            <w:r>
              <w:t>________________________________________________________________________________</w:t>
            </w:r>
          </w:p>
        </w:tc>
      </w:tr>
    </w:tbl>
    <w:p w14:paraId="3E8E57AB" w14:textId="77777777" w:rsidR="00D13A0E" w:rsidRDefault="00D13A0E" w:rsidP="43F7E6C1">
      <w:pPr>
        <w:spacing w:after="20"/>
        <w:rPr>
          <w:lang w:val="en-GB"/>
        </w:rPr>
      </w:pPr>
    </w:p>
    <w:p w14:paraId="6EBF03D1" w14:textId="158DDF4C" w:rsidR="2719A6A1" w:rsidRDefault="001D3A24" w:rsidP="4B5E0407">
      <w:pPr>
        <w:pStyle w:val="Heading1"/>
        <w:rPr>
          <w:lang w:val="en-GB"/>
        </w:rPr>
      </w:pPr>
      <w:r>
        <w:rPr>
          <w:rFonts w:ascii="Calibri" w:eastAsia="Calibri" w:hAnsi="Calibri" w:cs="Calibri"/>
        </w:rPr>
        <w:t xml:space="preserve">Part 7 </w:t>
      </w:r>
      <w:r w:rsidR="2719A6A1" w:rsidRPr="342C33C6">
        <w:rPr>
          <w:rFonts w:ascii="Calibri" w:eastAsia="Calibri" w:hAnsi="Calibri" w:cs="Calibri"/>
        </w:rPr>
        <w:t xml:space="preserve">Section </w:t>
      </w:r>
      <w:r w:rsidR="342C33C6" w:rsidRPr="342C33C6">
        <w:rPr>
          <w:rFonts w:ascii="Calibri" w:eastAsia="Calibri" w:hAnsi="Calibri" w:cs="Calibri"/>
        </w:rPr>
        <w:t>D</w:t>
      </w:r>
      <w:r w:rsidR="2719A6A1" w:rsidRPr="342C33C6">
        <w:rPr>
          <w:rFonts w:ascii="Calibri" w:eastAsia="Calibri" w:hAnsi="Calibri" w:cs="Calibri"/>
        </w:rPr>
        <w:t xml:space="preserve">: What, how and when </w:t>
      </w:r>
      <w:r w:rsidR="2E67A787" w:rsidRPr="342C33C6">
        <w:rPr>
          <w:rFonts w:ascii="Calibri" w:eastAsia="Calibri" w:hAnsi="Calibri" w:cs="Calibri"/>
        </w:rPr>
        <w:t>-</w:t>
      </w:r>
      <w:r w:rsidR="2719A6A1" w:rsidRPr="342C33C6">
        <w:rPr>
          <w:rFonts w:ascii="Calibri" w:eastAsia="Calibri" w:hAnsi="Calibri" w:cs="Calibri"/>
        </w:rPr>
        <w:t xml:space="preserve"> Activities delivery</w:t>
      </w:r>
    </w:p>
    <w:p w14:paraId="3AF58FCF" w14:textId="0BB67B07" w:rsidR="00D13A0E" w:rsidRDefault="342C33C6" w:rsidP="43F7E6C1">
      <w:pPr>
        <w:pStyle w:val="FormQuestion"/>
        <w:keepNext/>
        <w:rPr>
          <w:lang w:val="en-GB"/>
        </w:rPr>
      </w:pPr>
      <w:r>
        <w:t>D1</w:t>
      </w:r>
      <w:r w:rsidR="45D867B8">
        <w:t>.</w:t>
      </w:r>
      <w:r w:rsidR="432B5315">
        <w:t xml:space="preserve"> Delivery Plan </w:t>
      </w:r>
    </w:p>
    <w:p w14:paraId="4E8A0A94" w14:textId="64A8915C" w:rsidR="5704B0AA" w:rsidRDefault="5704B0AA" w:rsidP="4B5E0407">
      <w:pPr>
        <w:pStyle w:val="FormQuestion"/>
        <w:keepNext/>
      </w:pPr>
      <w:r w:rsidRPr="342C33C6">
        <w:rPr>
          <w:lang w:val="en-GB"/>
        </w:rPr>
        <w:t xml:space="preserve">Please complete the table </w:t>
      </w:r>
      <w:r w:rsidR="7CBAC698" w:rsidRPr="342C33C6">
        <w:rPr>
          <w:lang w:val="en-GB"/>
        </w:rPr>
        <w:t>on the Delivery, Evaluation and Risks Template</w:t>
      </w:r>
      <w:r w:rsidRPr="342C33C6">
        <w:rPr>
          <w:lang w:val="en-GB"/>
        </w:rPr>
        <w:t xml:space="preserve"> to show how your proposed activities will contribute to the outcomes you have selected.</w:t>
      </w:r>
    </w:p>
    <w:p w14:paraId="26B97B1D" w14:textId="228E10EE" w:rsidR="5704B0AA" w:rsidRDefault="5704B0AA" w:rsidP="1590C7F0">
      <w:pPr>
        <w:pStyle w:val="HelpText"/>
        <w:keepNext/>
        <w:rPr>
          <w:color w:val="auto"/>
          <w:sz w:val="21"/>
          <w:szCs w:val="21"/>
        </w:rPr>
      </w:pPr>
    </w:p>
    <w:p w14:paraId="43F4C67F" w14:textId="721780E3" w:rsidR="5704B0AA" w:rsidRDefault="50607E8D" w:rsidP="1590C7F0">
      <w:pPr>
        <w:pStyle w:val="HelpText"/>
        <w:keepNext/>
        <w:rPr>
          <w:b/>
          <w:bCs/>
          <w:color w:val="auto"/>
          <w:sz w:val="21"/>
          <w:szCs w:val="21"/>
          <w:lang w:val="en-GB"/>
        </w:rPr>
      </w:pPr>
      <w:r w:rsidRPr="1590C7F0">
        <w:rPr>
          <w:color w:val="auto"/>
          <w:sz w:val="21"/>
          <w:szCs w:val="21"/>
        </w:rPr>
        <w:t xml:space="preserve">The template can be downloaded from the Supporting Documents section on the Find a Grant platform.  </w:t>
      </w:r>
      <w:r w:rsidRPr="1590C7F0">
        <w:rPr>
          <w:b/>
          <w:bCs/>
          <w:color w:val="auto"/>
          <w:sz w:val="21"/>
          <w:szCs w:val="21"/>
          <w:lang w:val="en-GB"/>
        </w:rPr>
        <w:t>The Delivery, Evaluation and Risks Template provided will cover questions D1, D3, G1 and G5. Make sure they are all completed before you upload your response</w:t>
      </w:r>
    </w:p>
    <w:p w14:paraId="21169203" w14:textId="40057760" w:rsidR="5704B0AA" w:rsidRDefault="5704B0AA" w:rsidP="001D3176">
      <w:pPr>
        <w:pStyle w:val="FormQuestion"/>
        <w:keepNext/>
        <w:rPr>
          <w:b w:val="0"/>
          <w:highlight w:val="yellow"/>
        </w:rPr>
      </w:pPr>
      <w:r>
        <w:rPr>
          <w:b w:val="0"/>
        </w:rPr>
        <w:t xml:space="preserve">For each supporting outcome, tell us the key activities you will deliver, the measurable outputs those activities will produce, and your target for each year of the programme. Keep this section concise. You will have an opportunity to explain how your activities will work in practice in Question </w:t>
      </w:r>
      <w:r w:rsidR="0D451646">
        <w:rPr>
          <w:b w:val="0"/>
        </w:rPr>
        <w:t>D2</w:t>
      </w:r>
      <w:r>
        <w:rPr>
          <w:b w:val="0"/>
        </w:rPr>
        <w:t>.</w:t>
      </w:r>
    </w:p>
    <w:p w14:paraId="176A8DB2" w14:textId="5ED35364" w:rsidR="26B4DD0C" w:rsidRDefault="096882D8" w:rsidP="342C33C6">
      <w:pPr>
        <w:pStyle w:val="HelpText"/>
      </w:pPr>
      <w:r w:rsidRPr="26B4DD0C">
        <w:rPr>
          <w:lang w:val="en-GB"/>
        </w:rPr>
        <w:t xml:space="preserve"> An output is a measurable product of your activity, for example the number of sessions delivered, participants supported or organisations engaged. </w:t>
      </w:r>
    </w:p>
    <w:p w14:paraId="516B1E31" w14:textId="5A320D43" w:rsidR="18A6B18F" w:rsidRDefault="18A6B18F" w:rsidP="18A6B18F">
      <w:pPr>
        <w:pStyle w:val="HelpText"/>
        <w:rPr>
          <w:color w:val="auto"/>
          <w:sz w:val="20"/>
          <w:szCs w:val="20"/>
          <w:highlight w:val="yellow"/>
          <w:lang w:val="en-GB"/>
        </w:rPr>
      </w:pPr>
    </w:p>
    <w:tbl>
      <w:tblPr>
        <w:tblStyle w:val="TableGrid"/>
        <w:tblW w:w="8847" w:type="dxa"/>
        <w:tblLook w:val="04A0" w:firstRow="1" w:lastRow="0" w:firstColumn="1" w:lastColumn="0" w:noHBand="0" w:noVBand="1"/>
      </w:tblPr>
      <w:tblGrid>
        <w:gridCol w:w="1552"/>
        <w:gridCol w:w="2074"/>
        <w:gridCol w:w="2074"/>
        <w:gridCol w:w="1049"/>
        <w:gridCol w:w="1049"/>
        <w:gridCol w:w="1049"/>
      </w:tblGrid>
      <w:tr w:rsidR="43F7E6C1" w14:paraId="751ACA7C" w14:textId="77777777" w:rsidTr="004A1081">
        <w:trPr>
          <w:trHeight w:val="300"/>
        </w:trPr>
        <w:tc>
          <w:tcPr>
            <w:tcW w:w="1552" w:type="dxa"/>
            <w:shd w:val="clear" w:color="auto" w:fill="17365D" w:themeFill="text2" w:themeFillShade="BF"/>
            <w:tcMar>
              <w:top w:w="90" w:type="dxa"/>
              <w:left w:w="100" w:type="dxa"/>
              <w:bottom w:w="90" w:type="dxa"/>
              <w:right w:w="100" w:type="dxa"/>
            </w:tcMar>
            <w:vAlign w:val="center"/>
          </w:tcPr>
          <w:p w14:paraId="2F305421" w14:textId="681469DA" w:rsidR="43F7E6C1" w:rsidRDefault="1921A61D">
            <w:pPr>
              <w:rPr>
                <w:b/>
                <w:color w:val="FFFFFF" w:themeColor="background1"/>
                <w:sz w:val="18"/>
                <w:szCs w:val="18"/>
                <w:lang w:val="en-GB"/>
              </w:rPr>
            </w:pPr>
            <w:r w:rsidRPr="26B4DD0C">
              <w:rPr>
                <w:rFonts w:asciiTheme="minorHAnsi" w:hAnsiTheme="minorHAnsi"/>
                <w:b/>
                <w:color w:val="FFFFFF" w:themeColor="background1"/>
                <w:sz w:val="18"/>
                <w:szCs w:val="18"/>
                <w:lang w:val="en-GB"/>
              </w:rPr>
              <w:t>Supporting</w:t>
            </w:r>
            <w:r w:rsidR="004A1081" w:rsidRPr="26B4DD0C">
              <w:rPr>
                <w:rFonts w:asciiTheme="minorHAnsi" w:hAnsiTheme="minorHAnsi"/>
                <w:b/>
                <w:color w:val="FFFFFF" w:themeColor="background1"/>
                <w:sz w:val="18"/>
                <w:szCs w:val="18"/>
                <w:lang w:val="en-GB"/>
              </w:rPr>
              <w:t xml:space="preserve"> Outcomes</w:t>
            </w:r>
          </w:p>
        </w:tc>
        <w:tc>
          <w:tcPr>
            <w:tcW w:w="2074" w:type="dxa"/>
            <w:shd w:val="clear" w:color="auto" w:fill="17365D" w:themeFill="text2" w:themeFillShade="BF"/>
            <w:tcMar>
              <w:top w:w="90" w:type="dxa"/>
              <w:left w:w="100" w:type="dxa"/>
              <w:bottom w:w="90" w:type="dxa"/>
              <w:right w:w="100" w:type="dxa"/>
            </w:tcMar>
            <w:vAlign w:val="center"/>
          </w:tcPr>
          <w:p w14:paraId="45FE89C2" w14:textId="5BF707E9" w:rsidR="43F7E6C1" w:rsidRDefault="43F7E6C1">
            <w:pPr>
              <w:rPr>
                <w:b/>
                <w:color w:val="FFFFFF" w:themeColor="background1"/>
                <w:sz w:val="18"/>
                <w:szCs w:val="18"/>
                <w:lang w:val="en-GB"/>
              </w:rPr>
            </w:pPr>
            <w:r w:rsidRPr="342C33C6">
              <w:rPr>
                <w:b/>
                <w:color w:val="FFFFFF" w:themeColor="background1"/>
                <w:sz w:val="18"/>
                <w:szCs w:val="18"/>
                <w:lang w:val="en-GB"/>
              </w:rPr>
              <w:t xml:space="preserve">Key activities </w:t>
            </w:r>
          </w:p>
        </w:tc>
        <w:tc>
          <w:tcPr>
            <w:tcW w:w="2074" w:type="dxa"/>
            <w:shd w:val="clear" w:color="auto" w:fill="17365D" w:themeFill="text2" w:themeFillShade="BF"/>
            <w:tcMar>
              <w:top w:w="90" w:type="dxa"/>
              <w:left w:w="100" w:type="dxa"/>
              <w:bottom w:w="90" w:type="dxa"/>
              <w:right w:w="100" w:type="dxa"/>
            </w:tcMar>
            <w:vAlign w:val="center"/>
          </w:tcPr>
          <w:p w14:paraId="475E9190" w14:textId="362A884F" w:rsidR="004A1081" w:rsidRPr="4B5E0407" w:rsidRDefault="004A1081">
            <w:pPr>
              <w:rPr>
                <w:b/>
                <w:color w:val="FFFFFF" w:themeColor="background1"/>
                <w:sz w:val="18"/>
                <w:szCs w:val="18"/>
                <w:lang w:val="en-GB"/>
              </w:rPr>
            </w:pPr>
            <w:r w:rsidRPr="342C33C6">
              <w:rPr>
                <w:b/>
                <w:color w:val="FFFFFF" w:themeColor="background1"/>
                <w:sz w:val="18"/>
                <w:szCs w:val="18"/>
                <w:lang w:val="en-GB"/>
              </w:rPr>
              <w:t>Outputs from activities</w:t>
            </w:r>
          </w:p>
        </w:tc>
        <w:tc>
          <w:tcPr>
            <w:tcW w:w="1049" w:type="dxa"/>
            <w:shd w:val="clear" w:color="auto" w:fill="17365D" w:themeFill="text2" w:themeFillShade="BF"/>
            <w:tcMar>
              <w:top w:w="90" w:type="dxa"/>
              <w:left w:w="100" w:type="dxa"/>
              <w:bottom w:w="90" w:type="dxa"/>
              <w:right w:w="100" w:type="dxa"/>
            </w:tcMar>
            <w:vAlign w:val="center"/>
          </w:tcPr>
          <w:p w14:paraId="1C8834F7" w14:textId="2DF0AD93" w:rsidR="43F7E6C1" w:rsidRDefault="004A1081">
            <w:pPr>
              <w:rPr>
                <w:b/>
                <w:color w:val="FFFFFF" w:themeColor="background1"/>
                <w:sz w:val="18"/>
                <w:szCs w:val="18"/>
                <w:lang w:val="en-GB"/>
              </w:rPr>
            </w:pPr>
            <w:r w:rsidRPr="26B4DD0C">
              <w:rPr>
                <w:b/>
                <w:color w:val="FFFFFF" w:themeColor="background1"/>
                <w:sz w:val="18"/>
                <w:szCs w:val="18"/>
                <w:lang w:val="en-GB"/>
              </w:rPr>
              <w:t>Year 1</w:t>
            </w:r>
            <w:r w:rsidR="43F7E6C1" w:rsidRPr="26B4DD0C">
              <w:rPr>
                <w:b/>
                <w:color w:val="FFFFFF" w:themeColor="background1"/>
                <w:sz w:val="18"/>
                <w:szCs w:val="18"/>
                <w:lang w:val="en-GB"/>
              </w:rPr>
              <w:t xml:space="preserve"> target</w:t>
            </w:r>
          </w:p>
        </w:tc>
        <w:tc>
          <w:tcPr>
            <w:tcW w:w="1049" w:type="dxa"/>
            <w:shd w:val="clear" w:color="auto" w:fill="17365D" w:themeFill="text2" w:themeFillShade="BF"/>
            <w:tcMar>
              <w:top w:w="90" w:type="dxa"/>
              <w:left w:w="100" w:type="dxa"/>
              <w:bottom w:w="90" w:type="dxa"/>
              <w:right w:w="100" w:type="dxa"/>
            </w:tcMar>
            <w:vAlign w:val="center"/>
          </w:tcPr>
          <w:p w14:paraId="2739D297" w14:textId="6C3F406C" w:rsidR="004A1081" w:rsidRPr="4B5E0407" w:rsidRDefault="004A1081" w:rsidP="4B5E0407">
            <w:pPr>
              <w:rPr>
                <w:b/>
                <w:color w:val="FFFFFF" w:themeColor="background1"/>
                <w:sz w:val="18"/>
                <w:szCs w:val="18"/>
                <w:lang w:val="en-GB"/>
              </w:rPr>
            </w:pPr>
            <w:r w:rsidRPr="26B4DD0C">
              <w:rPr>
                <w:b/>
                <w:color w:val="FFFFFF" w:themeColor="background1"/>
                <w:sz w:val="18"/>
                <w:szCs w:val="18"/>
                <w:lang w:val="en-GB"/>
              </w:rPr>
              <w:t>Year 2 target</w:t>
            </w:r>
          </w:p>
        </w:tc>
        <w:tc>
          <w:tcPr>
            <w:tcW w:w="1049" w:type="dxa"/>
            <w:shd w:val="clear" w:color="auto" w:fill="17365D" w:themeFill="text2" w:themeFillShade="BF"/>
            <w:tcMar>
              <w:top w:w="90" w:type="dxa"/>
              <w:left w:w="100" w:type="dxa"/>
              <w:bottom w:w="90" w:type="dxa"/>
              <w:right w:w="100" w:type="dxa"/>
            </w:tcMar>
            <w:vAlign w:val="center"/>
          </w:tcPr>
          <w:p w14:paraId="308E4C58" w14:textId="45B71E5A" w:rsidR="004A1081" w:rsidRPr="4B5E0407" w:rsidRDefault="004A1081">
            <w:pPr>
              <w:rPr>
                <w:b/>
                <w:color w:val="FFFFFF" w:themeColor="background1"/>
                <w:sz w:val="18"/>
                <w:szCs w:val="18"/>
                <w:lang w:val="en-GB"/>
              </w:rPr>
            </w:pPr>
            <w:r w:rsidRPr="26B4DD0C">
              <w:rPr>
                <w:b/>
                <w:color w:val="FFFFFF" w:themeColor="background1"/>
                <w:sz w:val="18"/>
                <w:szCs w:val="18"/>
                <w:lang w:val="en-GB"/>
              </w:rPr>
              <w:t>Year 3 target</w:t>
            </w:r>
          </w:p>
        </w:tc>
      </w:tr>
      <w:tr w:rsidR="43F7E6C1" w14:paraId="14B417F7" w14:textId="77777777" w:rsidTr="004A1081">
        <w:trPr>
          <w:trHeight w:val="300"/>
        </w:trPr>
        <w:tc>
          <w:tcPr>
            <w:tcW w:w="1552" w:type="dxa"/>
            <w:tcMar>
              <w:top w:w="90" w:type="dxa"/>
              <w:left w:w="100" w:type="dxa"/>
              <w:bottom w:w="90" w:type="dxa"/>
              <w:right w:w="100" w:type="dxa"/>
            </w:tcMar>
            <w:vAlign w:val="center"/>
          </w:tcPr>
          <w:p w14:paraId="2FEB473C" w14:textId="256F4F09" w:rsidR="43F7E6C1" w:rsidRDefault="43F7E6C1">
            <w:r>
              <w:br/>
            </w:r>
          </w:p>
        </w:tc>
        <w:tc>
          <w:tcPr>
            <w:tcW w:w="2074" w:type="dxa"/>
            <w:tcMar>
              <w:top w:w="90" w:type="dxa"/>
              <w:left w:w="100" w:type="dxa"/>
              <w:bottom w:w="90" w:type="dxa"/>
              <w:right w:w="100" w:type="dxa"/>
            </w:tcMar>
            <w:vAlign w:val="center"/>
          </w:tcPr>
          <w:p w14:paraId="07D03E6B" w14:textId="05E3C0A5" w:rsidR="43F7E6C1" w:rsidRDefault="43F7E6C1"/>
        </w:tc>
        <w:tc>
          <w:tcPr>
            <w:tcW w:w="2074" w:type="dxa"/>
            <w:tcMar>
              <w:top w:w="90" w:type="dxa"/>
              <w:left w:w="100" w:type="dxa"/>
              <w:bottom w:w="90" w:type="dxa"/>
              <w:right w:w="100" w:type="dxa"/>
            </w:tcMar>
            <w:vAlign w:val="center"/>
          </w:tcPr>
          <w:p w14:paraId="4AAE72E9" w14:textId="7E11F4BA" w:rsidR="004A1081" w:rsidRDefault="004A1081" w:rsidP="4B5E0407">
            <w:pPr>
              <w:rPr>
                <w:lang w:val="en-GB"/>
              </w:rPr>
            </w:pPr>
          </w:p>
        </w:tc>
        <w:tc>
          <w:tcPr>
            <w:tcW w:w="1049" w:type="dxa"/>
            <w:tcMar>
              <w:top w:w="90" w:type="dxa"/>
              <w:left w:w="100" w:type="dxa"/>
              <w:bottom w:w="90" w:type="dxa"/>
              <w:right w:w="100" w:type="dxa"/>
            </w:tcMar>
            <w:vAlign w:val="center"/>
          </w:tcPr>
          <w:p w14:paraId="45CD9ACE" w14:textId="65682770" w:rsidR="43F7E6C1" w:rsidRDefault="43F7E6C1"/>
        </w:tc>
        <w:tc>
          <w:tcPr>
            <w:tcW w:w="1049" w:type="dxa"/>
            <w:tcMar>
              <w:top w:w="90" w:type="dxa"/>
              <w:left w:w="100" w:type="dxa"/>
              <w:bottom w:w="90" w:type="dxa"/>
              <w:right w:w="100" w:type="dxa"/>
            </w:tcMar>
            <w:vAlign w:val="center"/>
          </w:tcPr>
          <w:p w14:paraId="52DEB66B" w14:textId="6EFD8A16" w:rsidR="004A1081" w:rsidRDefault="004A1081" w:rsidP="4B5E0407">
            <w:pPr>
              <w:rPr>
                <w:lang w:val="en-GB"/>
              </w:rPr>
            </w:pPr>
          </w:p>
        </w:tc>
        <w:tc>
          <w:tcPr>
            <w:tcW w:w="1049" w:type="dxa"/>
            <w:tcMar>
              <w:top w:w="90" w:type="dxa"/>
              <w:left w:w="100" w:type="dxa"/>
              <w:bottom w:w="90" w:type="dxa"/>
              <w:right w:w="100" w:type="dxa"/>
            </w:tcMar>
            <w:vAlign w:val="center"/>
          </w:tcPr>
          <w:p w14:paraId="408F0E34" w14:textId="5CED7028" w:rsidR="004A1081" w:rsidRDefault="004A1081" w:rsidP="4B5E0407">
            <w:pPr>
              <w:rPr>
                <w:lang w:val="en-GB"/>
              </w:rPr>
            </w:pPr>
          </w:p>
        </w:tc>
      </w:tr>
      <w:tr w:rsidR="342C33C6" w14:paraId="3A12D54F" w14:textId="77777777" w:rsidTr="342C33C6">
        <w:trPr>
          <w:trHeight w:val="300"/>
        </w:trPr>
        <w:tc>
          <w:tcPr>
            <w:tcW w:w="1552" w:type="dxa"/>
            <w:tcMar>
              <w:top w:w="90" w:type="dxa"/>
              <w:left w:w="100" w:type="dxa"/>
              <w:bottom w:w="90" w:type="dxa"/>
              <w:right w:w="100" w:type="dxa"/>
            </w:tcMar>
            <w:vAlign w:val="center"/>
          </w:tcPr>
          <w:p w14:paraId="1A9C4ACE" w14:textId="081D3E03" w:rsidR="342C33C6" w:rsidRDefault="342C33C6" w:rsidP="342C33C6"/>
        </w:tc>
        <w:tc>
          <w:tcPr>
            <w:tcW w:w="2074" w:type="dxa"/>
            <w:tcMar>
              <w:top w:w="90" w:type="dxa"/>
              <w:left w:w="100" w:type="dxa"/>
              <w:bottom w:w="90" w:type="dxa"/>
              <w:right w:w="100" w:type="dxa"/>
            </w:tcMar>
            <w:vAlign w:val="center"/>
          </w:tcPr>
          <w:p w14:paraId="10185C53" w14:textId="30FB7DE6" w:rsidR="342C33C6" w:rsidRDefault="342C33C6" w:rsidP="342C33C6"/>
        </w:tc>
        <w:tc>
          <w:tcPr>
            <w:tcW w:w="2074" w:type="dxa"/>
            <w:tcMar>
              <w:top w:w="90" w:type="dxa"/>
              <w:left w:w="100" w:type="dxa"/>
              <w:bottom w:w="90" w:type="dxa"/>
              <w:right w:w="100" w:type="dxa"/>
            </w:tcMar>
            <w:vAlign w:val="center"/>
          </w:tcPr>
          <w:p w14:paraId="55ADFB8E" w14:textId="7B641C4C" w:rsidR="342C33C6" w:rsidRDefault="342C33C6" w:rsidP="342C33C6">
            <w:pPr>
              <w:rPr>
                <w:lang w:val="en-GB"/>
              </w:rPr>
            </w:pPr>
          </w:p>
        </w:tc>
        <w:tc>
          <w:tcPr>
            <w:tcW w:w="1049" w:type="dxa"/>
            <w:tcMar>
              <w:top w:w="90" w:type="dxa"/>
              <w:left w:w="100" w:type="dxa"/>
              <w:bottom w:w="90" w:type="dxa"/>
              <w:right w:w="100" w:type="dxa"/>
            </w:tcMar>
            <w:vAlign w:val="center"/>
          </w:tcPr>
          <w:p w14:paraId="18A81EBD" w14:textId="0722011A" w:rsidR="342C33C6" w:rsidRDefault="342C33C6" w:rsidP="342C33C6"/>
        </w:tc>
        <w:tc>
          <w:tcPr>
            <w:tcW w:w="1049" w:type="dxa"/>
            <w:tcMar>
              <w:top w:w="90" w:type="dxa"/>
              <w:left w:w="100" w:type="dxa"/>
              <w:bottom w:w="90" w:type="dxa"/>
              <w:right w:w="100" w:type="dxa"/>
            </w:tcMar>
            <w:vAlign w:val="center"/>
          </w:tcPr>
          <w:p w14:paraId="55CFEEB3" w14:textId="6579A7C8" w:rsidR="342C33C6" w:rsidRDefault="342C33C6" w:rsidP="342C33C6">
            <w:pPr>
              <w:rPr>
                <w:lang w:val="en-GB"/>
              </w:rPr>
            </w:pPr>
          </w:p>
        </w:tc>
        <w:tc>
          <w:tcPr>
            <w:tcW w:w="1049" w:type="dxa"/>
            <w:tcMar>
              <w:top w:w="90" w:type="dxa"/>
              <w:left w:w="100" w:type="dxa"/>
              <w:bottom w:w="90" w:type="dxa"/>
              <w:right w:w="100" w:type="dxa"/>
            </w:tcMar>
            <w:vAlign w:val="center"/>
          </w:tcPr>
          <w:p w14:paraId="2CF31060" w14:textId="687FD9D7" w:rsidR="342C33C6" w:rsidRDefault="342C33C6" w:rsidP="342C33C6">
            <w:pPr>
              <w:rPr>
                <w:lang w:val="en-GB"/>
              </w:rPr>
            </w:pPr>
          </w:p>
        </w:tc>
      </w:tr>
    </w:tbl>
    <w:p w14:paraId="5C7B28BD" w14:textId="285085E5" w:rsidR="00D13A0E" w:rsidRDefault="00D13A0E" w:rsidP="0D2A3615">
      <w:pPr>
        <w:pStyle w:val="Heading1"/>
        <w:rPr>
          <w:lang w:val="en-GB"/>
        </w:rPr>
      </w:pPr>
    </w:p>
    <w:p w14:paraId="4A92B3FE" w14:textId="71F973D8" w:rsidR="26B4DD0C" w:rsidRDefault="342C33C6" w:rsidP="342C33C6">
      <w:pPr>
        <w:pStyle w:val="FormQuestion"/>
        <w:rPr>
          <w:lang w:val="en-GB"/>
        </w:rPr>
      </w:pPr>
      <w:r>
        <w:t xml:space="preserve">D2. How will you deliver your activities:   Describe how the activities identified in your Delivery Plan will work in practice. (Maximum </w:t>
      </w:r>
      <w:r w:rsidR="341F86DA">
        <w:t>10</w:t>
      </w:r>
      <w:r>
        <w:t>00 words)</w:t>
      </w:r>
    </w:p>
    <w:p w14:paraId="1AAAACC7" w14:textId="2FCCDD67" w:rsidR="00D13A0E" w:rsidRDefault="623DD320" w:rsidP="00C85825">
      <w:pPr>
        <w:pStyle w:val="FormQuestion"/>
        <w:keepNext/>
        <w:rPr>
          <w:b w:val="0"/>
          <w:lang w:val="en-GB"/>
        </w:rPr>
      </w:pPr>
      <w:r w:rsidRPr="26B4DD0C">
        <w:rPr>
          <w:b w:val="0"/>
          <w:lang w:val="en-GB"/>
        </w:rPr>
        <w:t>Tell us about the activities you will provide, where and how frequently they will take place, and how participants will access and move through the support.</w:t>
      </w:r>
    </w:p>
    <w:p w14:paraId="5D5DC755" w14:textId="42ECEFE9" w:rsidR="00D13A0E" w:rsidRDefault="623DD320" w:rsidP="00C85825">
      <w:pPr>
        <w:pStyle w:val="FormQuestion"/>
        <w:keepNext/>
        <w:rPr>
          <w:b w:val="0"/>
          <w:lang w:val="en-GB"/>
        </w:rPr>
      </w:pPr>
      <w:r w:rsidRPr="26B4DD0C">
        <w:rPr>
          <w:b w:val="0"/>
          <w:lang w:val="en-GB"/>
        </w:rPr>
        <w:t>We want to understand what delivery will look like from a participant's perspective. You can also tell us about any important features of your delivery approach that will help you meet participants' needs and achieve the proposed outcomes.</w:t>
      </w:r>
    </w:p>
    <w:p w14:paraId="09E23C8D" w14:textId="5B9D377B" w:rsidR="00D13A0E" w:rsidRDefault="623DD320" w:rsidP="00C85825">
      <w:pPr>
        <w:keepNext/>
        <w:rPr>
          <w:i/>
          <w:color w:val="777777"/>
          <w:sz w:val="16"/>
          <w:szCs w:val="16"/>
          <w:lang w:val="en-GB"/>
        </w:rPr>
      </w:pPr>
      <w:r w:rsidRPr="18A6B18F">
        <w:rPr>
          <w:i/>
          <w:color w:val="777777"/>
          <w:sz w:val="16"/>
          <w:szCs w:val="16"/>
          <w:lang w:val="en-GB"/>
        </w:rPr>
        <w:t>You do not need to repeat the outputs and annual targets provided in your Delivery Plan</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3ED16A88" w14:textId="77777777" w:rsidTr="18A6B18F">
        <w:tc>
          <w:tcPr>
            <w:tcW w:w="10080" w:type="dxa"/>
            <w:shd w:val="clear" w:color="auto" w:fill="FFFFFF" w:themeFill="background1"/>
          </w:tcPr>
          <w:p w14:paraId="35F86FB3" w14:textId="0C4A9DAD" w:rsidR="18A6B18F" w:rsidRDefault="18A6B18F" w:rsidP="18A6B18F">
            <w:r w:rsidRPr="18A6B18F">
              <w:rPr>
                <w:i/>
                <w:iCs/>
                <w:color w:val="777777"/>
                <w:sz w:val="16"/>
                <w:szCs w:val="16"/>
              </w:rPr>
              <w:t>Applicant response</w:t>
            </w:r>
          </w:p>
          <w:p w14:paraId="346837D0" w14:textId="72317B01" w:rsidR="18A6B18F" w:rsidRDefault="18A6B18F" w:rsidP="18A6B18F">
            <w:r>
              <w:t>________________________________________________________________________________</w:t>
            </w:r>
          </w:p>
          <w:p w14:paraId="177FB69B" w14:textId="25CE378E" w:rsidR="18A6B18F" w:rsidRDefault="18A6B18F" w:rsidP="18A6B18F">
            <w:r>
              <w:t>________________________________________________________________________________</w:t>
            </w:r>
          </w:p>
          <w:p w14:paraId="60230988" w14:textId="73516703" w:rsidR="18A6B18F" w:rsidRDefault="18A6B18F" w:rsidP="18A6B18F">
            <w:r>
              <w:t>________________________________________________________________________________</w:t>
            </w:r>
          </w:p>
        </w:tc>
      </w:tr>
    </w:tbl>
    <w:p w14:paraId="1AEDA36B" w14:textId="77777777" w:rsidR="00D13A0E" w:rsidRDefault="00D13A0E" w:rsidP="43F7E6C1">
      <w:pPr>
        <w:spacing w:after="20"/>
        <w:rPr>
          <w:lang w:val="en-GB"/>
        </w:rPr>
      </w:pPr>
    </w:p>
    <w:p w14:paraId="78C1AF70" w14:textId="6B27F4C6" w:rsidR="00D13A0E" w:rsidRDefault="342C33C6" w:rsidP="43F7E6C1">
      <w:pPr>
        <w:pStyle w:val="FormQuestion"/>
        <w:keepNext/>
        <w:rPr>
          <w:lang w:val="en-GB"/>
        </w:rPr>
      </w:pPr>
      <w:r>
        <w:t>D3</w:t>
      </w:r>
      <w:r w:rsidR="08DCAA6F">
        <w:t>. Delivery milestones</w:t>
      </w:r>
      <w:r w:rsidR="425ACC83">
        <w:t xml:space="preserve">: </w:t>
      </w:r>
    </w:p>
    <w:p w14:paraId="1EF9FAE2" w14:textId="59A1DBA3" w:rsidR="61632FFE" w:rsidRDefault="6A094DFC" w:rsidP="4B5E0407">
      <w:pPr>
        <w:pStyle w:val="FormQuestion"/>
        <w:keepNext/>
        <w:rPr>
          <w:b w:val="0"/>
          <w:lang w:val="en-GB"/>
        </w:rPr>
      </w:pPr>
      <w:r w:rsidRPr="26B4DD0C">
        <w:rPr>
          <w:b w:val="0"/>
          <w:lang w:val="en-GB"/>
        </w:rPr>
        <w:t xml:space="preserve">Please set out the key milestones for mobilising, </w:t>
      </w:r>
      <w:r w:rsidR="30947D53" w:rsidRPr="26B4DD0C">
        <w:rPr>
          <w:b w:val="0"/>
          <w:lang w:val="en-GB"/>
        </w:rPr>
        <w:t>delivering,</w:t>
      </w:r>
      <w:r w:rsidRPr="26B4DD0C">
        <w:rPr>
          <w:b w:val="0"/>
          <w:lang w:val="en-GB"/>
        </w:rPr>
        <w:t xml:space="preserve"> and completing your project.</w:t>
      </w:r>
    </w:p>
    <w:p w14:paraId="329CF3FA" w14:textId="2EE7FCB1" w:rsidR="61632FFE" w:rsidRDefault="61632FFE" w:rsidP="00E87C02">
      <w:pPr>
        <w:pStyle w:val="FormQuestion"/>
        <w:keepNext/>
        <w:rPr>
          <w:b w:val="0"/>
          <w:lang w:val="en-GB"/>
        </w:rPr>
      </w:pPr>
      <w:r>
        <w:rPr>
          <w:b w:val="0"/>
        </w:rPr>
        <w:t xml:space="preserve">Focus on the significant stages or developments in your project rather than repeating the activities described in Questions </w:t>
      </w:r>
      <w:r w:rsidR="7DDFB494">
        <w:rPr>
          <w:b w:val="0"/>
        </w:rPr>
        <w:t>D1</w:t>
      </w:r>
      <w:r>
        <w:rPr>
          <w:b w:val="0"/>
        </w:rPr>
        <w:t xml:space="preserve"> and </w:t>
      </w:r>
      <w:r w:rsidR="5B130380">
        <w:rPr>
          <w:b w:val="0"/>
        </w:rPr>
        <w:t>D2</w:t>
      </w:r>
      <w:r>
        <w:rPr>
          <w:b w:val="0"/>
        </w:rPr>
        <w:t xml:space="preserve">. This could include mobilisation, staff or participant recruitment, the start of delivery, reaching key delivery stages, partnership developments, </w:t>
      </w:r>
      <w:r w:rsidR="7DA13F97">
        <w:rPr>
          <w:b w:val="0"/>
        </w:rPr>
        <w:t>etc</w:t>
      </w:r>
      <w:r>
        <w:rPr>
          <w:b w:val="0"/>
        </w:rPr>
        <w:t>.</w:t>
      </w:r>
    </w:p>
    <w:p w14:paraId="58AEA0B1" w14:textId="5A0C9CA8" w:rsidR="61632FFE" w:rsidRDefault="61632FFE" w:rsidP="00E87C02">
      <w:pPr>
        <w:pStyle w:val="FormQuestion"/>
        <w:keepNext/>
        <w:rPr>
          <w:b w:val="0"/>
          <w:lang w:val="en-GB"/>
        </w:rPr>
      </w:pPr>
      <w:r w:rsidRPr="342C33C6">
        <w:rPr>
          <w:b w:val="0"/>
          <w:lang w:val="en-GB"/>
        </w:rPr>
        <w:t>Where delivery involves more than one organisation, tell us which organisation will take the lead responsibility for each milestone or deliverable.</w:t>
      </w:r>
    </w:p>
    <w:p w14:paraId="6D916649" w14:textId="2BB5C28C" w:rsidR="3064A705" w:rsidRDefault="3064A705" w:rsidP="342C33C6">
      <w:pPr>
        <w:pStyle w:val="HelpText"/>
      </w:pPr>
      <w:r w:rsidRPr="342C33C6">
        <w:rPr>
          <w:highlight w:val="yellow"/>
          <w:lang w:val="en-GB"/>
        </w:rPr>
        <w:t xml:space="preserve">[Your response for this question should have been </w:t>
      </w:r>
      <w:r w:rsidR="2326C3FB" w:rsidRPr="342C33C6">
        <w:rPr>
          <w:highlight w:val="yellow"/>
          <w:lang w:val="en-GB"/>
        </w:rPr>
        <w:t>u</w:t>
      </w:r>
      <w:r w:rsidR="31539038" w:rsidRPr="342C33C6">
        <w:rPr>
          <w:highlight w:val="yellow"/>
          <w:lang w:val="en-GB"/>
        </w:rPr>
        <w:t>p</w:t>
      </w:r>
      <w:r w:rsidR="2326C3FB" w:rsidRPr="342C33C6">
        <w:rPr>
          <w:highlight w:val="yellow"/>
          <w:lang w:val="en-GB"/>
        </w:rPr>
        <w:t xml:space="preserve">loaded as part of question D1, within the </w:t>
      </w:r>
      <w:r w:rsidRPr="342C33C6">
        <w:rPr>
          <w:highlight w:val="yellow"/>
          <w:lang w:val="en-GB"/>
        </w:rPr>
        <w:t xml:space="preserve">The Delivery, Evaluation and Risks </w:t>
      </w:r>
      <w:r w:rsidR="13200C42" w:rsidRPr="342C33C6">
        <w:rPr>
          <w:highlight w:val="yellow"/>
          <w:lang w:val="en-GB"/>
        </w:rPr>
        <w:t>t</w:t>
      </w:r>
      <w:r w:rsidRPr="342C33C6">
        <w:rPr>
          <w:highlight w:val="yellow"/>
          <w:lang w:val="en-GB"/>
        </w:rPr>
        <w:t>emplate provided</w:t>
      </w:r>
      <w:r w:rsidR="68AB33C7" w:rsidRPr="342C33C6">
        <w:rPr>
          <w:highlight w:val="yellow"/>
          <w:lang w:val="en-GB"/>
        </w:rPr>
        <w:t>. This template</w:t>
      </w:r>
      <w:r w:rsidRPr="342C33C6">
        <w:rPr>
          <w:highlight w:val="yellow"/>
          <w:lang w:val="en-GB"/>
        </w:rPr>
        <w:t xml:space="preserve"> cover</w:t>
      </w:r>
      <w:r w:rsidR="28AF359E" w:rsidRPr="342C33C6">
        <w:rPr>
          <w:highlight w:val="yellow"/>
          <w:lang w:val="en-GB"/>
        </w:rPr>
        <w:t>s</w:t>
      </w:r>
      <w:r w:rsidRPr="342C33C6">
        <w:rPr>
          <w:highlight w:val="yellow"/>
          <w:lang w:val="en-GB"/>
        </w:rPr>
        <w:t xml:space="preserve"> questions D1, D3, G1 and G5. Make sure they are all completed before you upload your </w:t>
      </w:r>
      <w:r w:rsidR="40221877" w:rsidRPr="342C33C6">
        <w:rPr>
          <w:highlight w:val="yellow"/>
          <w:lang w:val="en-GB"/>
        </w:rPr>
        <w:t>response</w:t>
      </w:r>
      <w:r w:rsidRPr="342C33C6">
        <w:rPr>
          <w:highlight w:val="yellow"/>
          <w:lang w:val="en-GB"/>
        </w:rPr>
        <w:t>]</w:t>
      </w:r>
    </w:p>
    <w:p w14:paraId="34DD9227" w14:textId="59365946" w:rsidR="342C33C6" w:rsidRDefault="342C33C6" w:rsidP="342C33C6">
      <w:pPr>
        <w:pStyle w:val="HelpText"/>
        <w:rPr>
          <w:lang w:val="en-GB"/>
        </w:rPr>
      </w:pPr>
    </w:p>
    <w:p w14:paraId="10A4C99C" w14:textId="0E3F35C1" w:rsidR="4B5E0407" w:rsidRDefault="4B5E0407" w:rsidP="4B5E0407">
      <w:pPr>
        <w:pStyle w:val="FormQuestion"/>
        <w:keepNext/>
        <w:rPr>
          <w:lang w:val="en-GB"/>
        </w:rPr>
      </w:pPr>
    </w:p>
    <w:tbl>
      <w:tblPr>
        <w:tblStyle w:val="TableGrid"/>
        <w:tblW w:w="0" w:type="auto"/>
        <w:tblLook w:val="04A0" w:firstRow="1" w:lastRow="0" w:firstColumn="1" w:lastColumn="0" w:noHBand="0" w:noVBand="1"/>
      </w:tblPr>
      <w:tblGrid>
        <w:gridCol w:w="2517"/>
        <w:gridCol w:w="4141"/>
        <w:gridCol w:w="3118"/>
      </w:tblGrid>
      <w:tr w:rsidR="43F7E6C1" w14:paraId="1AA6396F" w14:textId="77777777" w:rsidTr="00E87C02">
        <w:trPr>
          <w:trHeight w:val="300"/>
        </w:trPr>
        <w:tc>
          <w:tcPr>
            <w:tcW w:w="2517" w:type="dxa"/>
            <w:shd w:val="clear" w:color="auto" w:fill="17365D" w:themeFill="text2" w:themeFillShade="BF"/>
            <w:tcMar>
              <w:top w:w="90" w:type="dxa"/>
              <w:left w:w="100" w:type="dxa"/>
              <w:bottom w:w="90" w:type="dxa"/>
              <w:right w:w="100" w:type="dxa"/>
            </w:tcMar>
            <w:vAlign w:val="center"/>
          </w:tcPr>
          <w:p w14:paraId="4D0A2783" w14:textId="77777777" w:rsidR="43F7E6C1" w:rsidRDefault="43F7E6C1">
            <w:pPr>
              <w:rPr>
                <w:b/>
                <w:color w:val="FFFFFF" w:themeColor="background1"/>
                <w:sz w:val="18"/>
                <w:szCs w:val="18"/>
                <w:lang w:val="en-GB"/>
              </w:rPr>
            </w:pPr>
            <w:r w:rsidRPr="26B4DD0C">
              <w:rPr>
                <w:b/>
                <w:color w:val="FFFFFF" w:themeColor="background1"/>
                <w:sz w:val="18"/>
                <w:szCs w:val="18"/>
                <w:lang w:val="en-GB"/>
              </w:rPr>
              <w:t>Period</w:t>
            </w:r>
          </w:p>
        </w:tc>
        <w:tc>
          <w:tcPr>
            <w:tcW w:w="4141" w:type="dxa"/>
            <w:shd w:val="clear" w:color="auto" w:fill="17365D" w:themeFill="text2" w:themeFillShade="BF"/>
            <w:tcMar>
              <w:top w:w="90" w:type="dxa"/>
              <w:left w:w="100" w:type="dxa"/>
              <w:bottom w:w="90" w:type="dxa"/>
              <w:right w:w="100" w:type="dxa"/>
            </w:tcMar>
            <w:vAlign w:val="center"/>
          </w:tcPr>
          <w:p w14:paraId="6B1DADD8" w14:textId="21014F24" w:rsidR="43F7E6C1" w:rsidRDefault="00E87C02">
            <w:pPr>
              <w:rPr>
                <w:b/>
                <w:color w:val="FFFFFF" w:themeColor="background1"/>
                <w:sz w:val="18"/>
                <w:szCs w:val="18"/>
                <w:lang w:val="en-GB"/>
              </w:rPr>
            </w:pPr>
            <w:r w:rsidRPr="26B4DD0C">
              <w:rPr>
                <w:b/>
                <w:color w:val="FFFFFF" w:themeColor="background1"/>
                <w:sz w:val="18"/>
                <w:szCs w:val="18"/>
                <w:lang w:val="en-GB"/>
              </w:rPr>
              <w:t xml:space="preserve">Key </w:t>
            </w:r>
            <w:r w:rsidR="43F7E6C1" w:rsidRPr="26B4DD0C">
              <w:rPr>
                <w:b/>
                <w:color w:val="FFFFFF" w:themeColor="background1"/>
                <w:sz w:val="18"/>
                <w:szCs w:val="18"/>
                <w:lang w:val="en-GB"/>
              </w:rPr>
              <w:t>Milestones / deliverables</w:t>
            </w:r>
          </w:p>
        </w:tc>
        <w:tc>
          <w:tcPr>
            <w:tcW w:w="3118" w:type="dxa"/>
            <w:shd w:val="clear" w:color="auto" w:fill="17365D" w:themeFill="text2" w:themeFillShade="BF"/>
            <w:tcMar>
              <w:top w:w="90" w:type="dxa"/>
              <w:left w:w="100" w:type="dxa"/>
              <w:bottom w:w="90" w:type="dxa"/>
              <w:right w:w="100" w:type="dxa"/>
            </w:tcMar>
            <w:vAlign w:val="center"/>
          </w:tcPr>
          <w:p w14:paraId="78440F6A" w14:textId="77777777" w:rsidR="43F7E6C1" w:rsidRDefault="43F7E6C1">
            <w:pPr>
              <w:rPr>
                <w:b/>
                <w:color w:val="FFFFFF" w:themeColor="background1"/>
                <w:sz w:val="18"/>
                <w:szCs w:val="18"/>
                <w:lang w:val="en-GB"/>
              </w:rPr>
            </w:pPr>
            <w:r w:rsidRPr="26B4DD0C">
              <w:rPr>
                <w:b/>
                <w:color w:val="FFFFFF" w:themeColor="background1"/>
                <w:sz w:val="18"/>
                <w:szCs w:val="18"/>
                <w:lang w:val="en-GB"/>
              </w:rPr>
              <w:t>Lead organisation</w:t>
            </w:r>
          </w:p>
        </w:tc>
      </w:tr>
      <w:tr w:rsidR="43F7E6C1" w14:paraId="65594FAC" w14:textId="77777777" w:rsidTr="00E87C02">
        <w:trPr>
          <w:trHeight w:val="300"/>
        </w:trPr>
        <w:tc>
          <w:tcPr>
            <w:tcW w:w="2517" w:type="dxa"/>
            <w:tcMar>
              <w:top w:w="90" w:type="dxa"/>
              <w:left w:w="100" w:type="dxa"/>
              <w:bottom w:w="90" w:type="dxa"/>
              <w:right w:w="100" w:type="dxa"/>
            </w:tcMar>
            <w:vAlign w:val="center"/>
          </w:tcPr>
          <w:p w14:paraId="20362ED8" w14:textId="2177B079" w:rsidR="43F7E6C1" w:rsidRDefault="43F7E6C1">
            <w:pPr>
              <w:rPr>
                <w:b/>
                <w:color w:val="17365D" w:themeColor="text2" w:themeShade="BF"/>
                <w:sz w:val="16"/>
                <w:szCs w:val="16"/>
                <w:lang w:val="en-GB"/>
              </w:rPr>
            </w:pPr>
            <w:r w:rsidRPr="26B4DD0C">
              <w:rPr>
                <w:b/>
                <w:color w:val="17365D" w:themeColor="text2" w:themeShade="BF"/>
                <w:sz w:val="16"/>
                <w:szCs w:val="16"/>
                <w:lang w:val="en-GB"/>
              </w:rPr>
              <w:t>Mobilisation pre</w:t>
            </w:r>
            <w:r w:rsidR="2E352DA4" w:rsidRPr="26B4DD0C">
              <w:rPr>
                <w:b/>
                <w:color w:val="17365D" w:themeColor="text2" w:themeShade="BF"/>
                <w:sz w:val="16"/>
                <w:szCs w:val="16"/>
                <w:lang w:val="en-GB"/>
              </w:rPr>
              <w:t>-1st</w:t>
            </w:r>
            <w:r w:rsidRPr="26B4DD0C">
              <w:rPr>
                <w:b/>
                <w:color w:val="17365D" w:themeColor="text2" w:themeShade="BF"/>
                <w:sz w:val="16"/>
                <w:szCs w:val="16"/>
                <w:lang w:val="en-GB"/>
              </w:rPr>
              <w:t xml:space="preserve"> April 27</w:t>
            </w:r>
          </w:p>
        </w:tc>
        <w:tc>
          <w:tcPr>
            <w:tcW w:w="4141" w:type="dxa"/>
            <w:tcMar>
              <w:top w:w="90" w:type="dxa"/>
              <w:left w:w="100" w:type="dxa"/>
              <w:bottom w:w="90" w:type="dxa"/>
              <w:right w:w="100" w:type="dxa"/>
            </w:tcMar>
            <w:vAlign w:val="center"/>
          </w:tcPr>
          <w:p w14:paraId="31227C99" w14:textId="77777777" w:rsidR="43F7E6C1" w:rsidRDefault="43F7E6C1">
            <w:pPr>
              <w:rPr>
                <w:lang w:val="en-GB"/>
              </w:rPr>
            </w:pPr>
            <w:r>
              <w:br/>
            </w:r>
            <w:r>
              <w:br/>
            </w:r>
          </w:p>
        </w:tc>
        <w:tc>
          <w:tcPr>
            <w:tcW w:w="3118" w:type="dxa"/>
            <w:tcMar>
              <w:top w:w="90" w:type="dxa"/>
              <w:left w:w="100" w:type="dxa"/>
              <w:bottom w:w="90" w:type="dxa"/>
              <w:right w:w="100" w:type="dxa"/>
            </w:tcMar>
            <w:vAlign w:val="center"/>
          </w:tcPr>
          <w:p w14:paraId="537F8D8C" w14:textId="77777777" w:rsidR="43F7E6C1" w:rsidRDefault="43F7E6C1">
            <w:pPr>
              <w:rPr>
                <w:lang w:val="en-GB"/>
              </w:rPr>
            </w:pPr>
            <w:r>
              <w:br/>
            </w:r>
            <w:r>
              <w:br/>
            </w:r>
          </w:p>
        </w:tc>
      </w:tr>
      <w:tr w:rsidR="43F7E6C1" w14:paraId="44BF0B75" w14:textId="77777777" w:rsidTr="00E87C02">
        <w:trPr>
          <w:trHeight w:val="300"/>
        </w:trPr>
        <w:tc>
          <w:tcPr>
            <w:tcW w:w="2517" w:type="dxa"/>
            <w:tcMar>
              <w:top w:w="90" w:type="dxa"/>
              <w:left w:w="100" w:type="dxa"/>
              <w:bottom w:w="90" w:type="dxa"/>
              <w:right w:w="100" w:type="dxa"/>
            </w:tcMar>
            <w:vAlign w:val="center"/>
          </w:tcPr>
          <w:p w14:paraId="4D07B249" w14:textId="77777777" w:rsidR="43F7E6C1" w:rsidRDefault="43F7E6C1">
            <w:pPr>
              <w:rPr>
                <w:b/>
                <w:color w:val="17365D" w:themeColor="text2" w:themeShade="BF"/>
                <w:sz w:val="16"/>
                <w:szCs w:val="16"/>
                <w:lang w:val="en-GB"/>
              </w:rPr>
            </w:pPr>
            <w:r w:rsidRPr="26B4DD0C">
              <w:rPr>
                <w:b/>
                <w:color w:val="17365D" w:themeColor="text2" w:themeShade="BF"/>
                <w:sz w:val="16"/>
                <w:szCs w:val="16"/>
                <w:lang w:val="en-GB"/>
              </w:rPr>
              <w:t>Year 1 / Phase 1</w:t>
            </w:r>
          </w:p>
        </w:tc>
        <w:tc>
          <w:tcPr>
            <w:tcW w:w="4141" w:type="dxa"/>
            <w:tcMar>
              <w:top w:w="90" w:type="dxa"/>
              <w:left w:w="100" w:type="dxa"/>
              <w:bottom w:w="90" w:type="dxa"/>
              <w:right w:w="100" w:type="dxa"/>
            </w:tcMar>
            <w:vAlign w:val="center"/>
          </w:tcPr>
          <w:p w14:paraId="4F81A99D" w14:textId="77777777" w:rsidR="43F7E6C1" w:rsidRDefault="43F7E6C1">
            <w:pPr>
              <w:rPr>
                <w:lang w:val="en-GB"/>
              </w:rPr>
            </w:pPr>
            <w:r>
              <w:br/>
            </w:r>
            <w:r>
              <w:br/>
            </w:r>
          </w:p>
        </w:tc>
        <w:tc>
          <w:tcPr>
            <w:tcW w:w="3118" w:type="dxa"/>
            <w:tcMar>
              <w:top w:w="90" w:type="dxa"/>
              <w:left w:w="100" w:type="dxa"/>
              <w:bottom w:w="90" w:type="dxa"/>
              <w:right w:w="100" w:type="dxa"/>
            </w:tcMar>
            <w:vAlign w:val="center"/>
          </w:tcPr>
          <w:p w14:paraId="4AB73835" w14:textId="77777777" w:rsidR="43F7E6C1" w:rsidRDefault="43F7E6C1">
            <w:pPr>
              <w:rPr>
                <w:lang w:val="en-GB"/>
              </w:rPr>
            </w:pPr>
            <w:r>
              <w:br/>
            </w:r>
            <w:r>
              <w:br/>
            </w:r>
          </w:p>
        </w:tc>
      </w:tr>
      <w:tr w:rsidR="43F7E6C1" w14:paraId="74BCC252" w14:textId="77777777" w:rsidTr="00E87C02">
        <w:trPr>
          <w:trHeight w:val="300"/>
        </w:trPr>
        <w:tc>
          <w:tcPr>
            <w:tcW w:w="2517" w:type="dxa"/>
            <w:tcMar>
              <w:top w:w="90" w:type="dxa"/>
              <w:left w:w="100" w:type="dxa"/>
              <w:bottom w:w="90" w:type="dxa"/>
              <w:right w:w="100" w:type="dxa"/>
            </w:tcMar>
            <w:vAlign w:val="center"/>
          </w:tcPr>
          <w:p w14:paraId="5A0F83E6" w14:textId="77777777" w:rsidR="43F7E6C1" w:rsidRDefault="43F7E6C1">
            <w:pPr>
              <w:rPr>
                <w:b/>
                <w:color w:val="17365D" w:themeColor="text2" w:themeShade="BF"/>
                <w:sz w:val="16"/>
                <w:szCs w:val="16"/>
                <w:lang w:val="en-GB"/>
              </w:rPr>
            </w:pPr>
            <w:r w:rsidRPr="26B4DD0C">
              <w:rPr>
                <w:b/>
                <w:color w:val="17365D" w:themeColor="text2" w:themeShade="BF"/>
                <w:sz w:val="16"/>
                <w:szCs w:val="16"/>
                <w:lang w:val="en-GB"/>
              </w:rPr>
              <w:t>Year 2 / Phase 2</w:t>
            </w:r>
          </w:p>
        </w:tc>
        <w:tc>
          <w:tcPr>
            <w:tcW w:w="4141" w:type="dxa"/>
            <w:tcMar>
              <w:top w:w="90" w:type="dxa"/>
              <w:left w:w="100" w:type="dxa"/>
              <w:bottom w:w="90" w:type="dxa"/>
              <w:right w:w="100" w:type="dxa"/>
            </w:tcMar>
            <w:vAlign w:val="center"/>
          </w:tcPr>
          <w:p w14:paraId="3B4A01D5" w14:textId="77777777" w:rsidR="43F7E6C1" w:rsidRDefault="43F7E6C1">
            <w:pPr>
              <w:rPr>
                <w:lang w:val="en-GB"/>
              </w:rPr>
            </w:pPr>
            <w:r>
              <w:br/>
            </w:r>
            <w:r>
              <w:br/>
            </w:r>
          </w:p>
        </w:tc>
        <w:tc>
          <w:tcPr>
            <w:tcW w:w="3118" w:type="dxa"/>
            <w:tcMar>
              <w:top w:w="90" w:type="dxa"/>
              <w:left w:w="100" w:type="dxa"/>
              <w:bottom w:w="90" w:type="dxa"/>
              <w:right w:w="100" w:type="dxa"/>
            </w:tcMar>
            <w:vAlign w:val="center"/>
          </w:tcPr>
          <w:p w14:paraId="5A7E1CAA" w14:textId="77777777" w:rsidR="43F7E6C1" w:rsidRDefault="43F7E6C1">
            <w:pPr>
              <w:rPr>
                <w:lang w:val="en-GB"/>
              </w:rPr>
            </w:pPr>
            <w:r>
              <w:br/>
            </w:r>
            <w:r>
              <w:br/>
            </w:r>
          </w:p>
        </w:tc>
      </w:tr>
      <w:tr w:rsidR="43F7E6C1" w14:paraId="708BB160" w14:textId="77777777" w:rsidTr="00E87C02">
        <w:trPr>
          <w:trHeight w:val="300"/>
        </w:trPr>
        <w:tc>
          <w:tcPr>
            <w:tcW w:w="2517" w:type="dxa"/>
            <w:tcMar>
              <w:top w:w="90" w:type="dxa"/>
              <w:left w:w="100" w:type="dxa"/>
              <w:bottom w:w="90" w:type="dxa"/>
              <w:right w:w="100" w:type="dxa"/>
            </w:tcMar>
            <w:vAlign w:val="center"/>
          </w:tcPr>
          <w:p w14:paraId="7DCCD2A9" w14:textId="1E40A77C" w:rsidR="43F7E6C1" w:rsidRDefault="43F7E6C1">
            <w:pPr>
              <w:rPr>
                <w:b/>
                <w:color w:val="17365D" w:themeColor="text2" w:themeShade="BF"/>
                <w:sz w:val="16"/>
                <w:szCs w:val="16"/>
                <w:lang w:val="en-GB"/>
              </w:rPr>
            </w:pPr>
            <w:r w:rsidRPr="26B4DD0C">
              <w:rPr>
                <w:b/>
                <w:color w:val="17365D" w:themeColor="text2" w:themeShade="BF"/>
                <w:sz w:val="16"/>
                <w:szCs w:val="16"/>
                <w:lang w:val="en-GB"/>
              </w:rPr>
              <w:t>Year 3 / Exit / transition</w:t>
            </w:r>
          </w:p>
        </w:tc>
        <w:tc>
          <w:tcPr>
            <w:tcW w:w="4141" w:type="dxa"/>
            <w:tcMar>
              <w:top w:w="90" w:type="dxa"/>
              <w:left w:w="100" w:type="dxa"/>
              <w:bottom w:w="90" w:type="dxa"/>
              <w:right w:w="100" w:type="dxa"/>
            </w:tcMar>
            <w:vAlign w:val="center"/>
          </w:tcPr>
          <w:p w14:paraId="4ED5A24A" w14:textId="77777777" w:rsidR="43F7E6C1" w:rsidRDefault="43F7E6C1">
            <w:pPr>
              <w:rPr>
                <w:lang w:val="en-GB"/>
              </w:rPr>
            </w:pPr>
            <w:r>
              <w:br/>
            </w:r>
            <w:r>
              <w:br/>
            </w:r>
          </w:p>
        </w:tc>
        <w:tc>
          <w:tcPr>
            <w:tcW w:w="3118" w:type="dxa"/>
            <w:tcMar>
              <w:top w:w="90" w:type="dxa"/>
              <w:left w:w="100" w:type="dxa"/>
              <w:bottom w:w="90" w:type="dxa"/>
              <w:right w:w="100" w:type="dxa"/>
            </w:tcMar>
            <w:vAlign w:val="center"/>
          </w:tcPr>
          <w:p w14:paraId="28BAECDD" w14:textId="77777777" w:rsidR="43F7E6C1" w:rsidRDefault="43F7E6C1">
            <w:pPr>
              <w:rPr>
                <w:lang w:val="en-GB"/>
              </w:rPr>
            </w:pPr>
            <w:r>
              <w:br/>
            </w:r>
            <w:r>
              <w:br/>
            </w:r>
          </w:p>
        </w:tc>
      </w:tr>
    </w:tbl>
    <w:p w14:paraId="24A74657" w14:textId="0D5C2249" w:rsidR="00D13A0E" w:rsidRDefault="00D13A0E" w:rsidP="24EABD33">
      <w:pPr>
        <w:pStyle w:val="FormQuestion"/>
        <w:keepNext/>
        <w:spacing w:after="20"/>
        <w:rPr>
          <w:lang w:val="en-GB"/>
        </w:rPr>
      </w:pPr>
    </w:p>
    <w:p w14:paraId="4E670D53" w14:textId="1AFDF95B" w:rsidR="00D13A0E" w:rsidRDefault="0790A8B7" w:rsidP="43F7E6C1">
      <w:pPr>
        <w:pStyle w:val="FormQuestion"/>
        <w:keepNext/>
        <w:rPr>
          <w:lang w:val="en-GB"/>
        </w:rPr>
      </w:pPr>
      <w:r>
        <w:t>D4</w:t>
      </w:r>
      <w:r w:rsidR="08DCAA6F">
        <w:t xml:space="preserve">. Practical accessibility: </w:t>
      </w:r>
      <w:r w:rsidR="2734AC68">
        <w:t>How</w:t>
      </w:r>
      <w:r w:rsidR="08DCAA6F">
        <w:t xml:space="preserve"> will you address language, literacy, digital access, transport, childcare, location, timing</w:t>
      </w:r>
      <w:r w:rsidR="358C695A">
        <w:t>,</w:t>
      </w:r>
      <w:r w:rsidR="08DCAA6F">
        <w:t xml:space="preserve"> and other barriers? (Maximum 500 words)</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429B6872" w14:textId="77777777" w:rsidTr="18A6B18F">
        <w:tc>
          <w:tcPr>
            <w:tcW w:w="10080" w:type="dxa"/>
            <w:shd w:val="clear" w:color="auto" w:fill="FFFFFF" w:themeFill="background1"/>
          </w:tcPr>
          <w:p w14:paraId="40153A73" w14:textId="77A68767" w:rsidR="18A6B18F" w:rsidRDefault="18A6B18F" w:rsidP="18A6B18F">
            <w:r w:rsidRPr="18A6B18F">
              <w:rPr>
                <w:i/>
                <w:iCs/>
                <w:color w:val="777777"/>
                <w:sz w:val="16"/>
                <w:szCs w:val="16"/>
              </w:rPr>
              <w:t>Applicant response</w:t>
            </w:r>
          </w:p>
          <w:p w14:paraId="6F2A9B56" w14:textId="25D97DFF" w:rsidR="18A6B18F" w:rsidRDefault="18A6B18F" w:rsidP="18A6B18F">
            <w:r>
              <w:t>________________________________________________________________________________</w:t>
            </w:r>
          </w:p>
          <w:p w14:paraId="5FD183A3" w14:textId="3A964DBA" w:rsidR="18A6B18F" w:rsidRDefault="18A6B18F" w:rsidP="18A6B18F">
            <w:r>
              <w:t>________________________________________________________________________________</w:t>
            </w:r>
          </w:p>
          <w:p w14:paraId="2C4E9238" w14:textId="2CAA2DD3" w:rsidR="18A6B18F" w:rsidRDefault="18A6B18F" w:rsidP="18A6B18F">
            <w:r>
              <w:t>________________________________________________________________________________</w:t>
            </w:r>
          </w:p>
        </w:tc>
      </w:tr>
    </w:tbl>
    <w:p w14:paraId="6909B1CF" w14:textId="582B44E3" w:rsidR="00D13A0E" w:rsidRDefault="001D3A24" w:rsidP="0D2A3615">
      <w:pPr>
        <w:pStyle w:val="Heading1"/>
        <w:rPr>
          <w:lang w:val="en-GB"/>
        </w:rPr>
      </w:pPr>
      <w:r>
        <w:rPr>
          <w:rFonts w:ascii="Calibri" w:eastAsia="Calibri" w:hAnsi="Calibri" w:cs="Calibri"/>
        </w:rPr>
        <w:t xml:space="preserve">Part 8 </w:t>
      </w:r>
      <w:r w:rsidR="1151024D" w:rsidRPr="342C33C6">
        <w:rPr>
          <w:rFonts w:ascii="Calibri" w:eastAsia="Calibri" w:hAnsi="Calibri" w:cs="Calibri"/>
        </w:rPr>
        <w:t xml:space="preserve">Section </w:t>
      </w:r>
      <w:r w:rsidR="642C299E" w:rsidRPr="1BF8B696">
        <w:rPr>
          <w:rFonts w:ascii="Calibri" w:eastAsia="Calibri" w:hAnsi="Calibri" w:cs="Calibri"/>
        </w:rPr>
        <w:t>E</w:t>
      </w:r>
      <w:r w:rsidR="1151024D" w:rsidRPr="342C33C6">
        <w:rPr>
          <w:rFonts w:ascii="Calibri" w:eastAsia="Calibri" w:hAnsi="Calibri" w:cs="Calibri"/>
        </w:rPr>
        <w:t xml:space="preserve">: </w:t>
      </w:r>
      <w:r w:rsidR="4CFFF382" w:rsidRPr="342C33C6">
        <w:rPr>
          <w:rFonts w:ascii="Calibri" w:eastAsia="Calibri" w:hAnsi="Calibri" w:cs="Calibri"/>
        </w:rPr>
        <w:t>Who and where</w:t>
      </w:r>
    </w:p>
    <w:p w14:paraId="33F74404" w14:textId="04727EDC" w:rsidR="00D13A0E" w:rsidRDefault="00D01CEA">
      <w:pPr>
        <w:pStyle w:val="HelpText"/>
        <w:rPr>
          <w:lang w:val="en-GB"/>
        </w:rPr>
      </w:pPr>
      <w:r w:rsidRPr="26B4DD0C">
        <w:rPr>
          <w:lang w:val="en-GB"/>
        </w:rPr>
        <w:t xml:space="preserve">Identify the people who will benefit, the places in which delivery will </w:t>
      </w:r>
      <w:r w:rsidR="6384F497" w:rsidRPr="26B4DD0C">
        <w:rPr>
          <w:lang w:val="en-GB"/>
        </w:rPr>
        <w:t>happen,</w:t>
      </w:r>
      <w:r w:rsidRPr="26B4DD0C">
        <w:rPr>
          <w:lang w:val="en-GB"/>
        </w:rPr>
        <w:t xml:space="preserve"> and how your approach responds to different needs.</w:t>
      </w:r>
    </w:p>
    <w:p w14:paraId="2FF923EC" w14:textId="48C535AA" w:rsidR="00D13A0E" w:rsidRDefault="002235CD">
      <w:pPr>
        <w:pStyle w:val="FormQuestion"/>
        <w:keepNext/>
        <w:rPr>
          <w:lang w:val="en-GB"/>
        </w:rPr>
      </w:pPr>
      <w:r>
        <w:t>E1</w:t>
      </w:r>
      <w:r w:rsidR="00D01CEA">
        <w:t>. Which eligible cohorts will be the main focus?</w:t>
      </w:r>
    </w:p>
    <w:tbl>
      <w:tblPr>
        <w:tblStyle w:val="TableGrid"/>
        <w:tblW w:w="0" w:type="auto"/>
        <w:jc w:val="center"/>
        <w:tblLook w:val="04A0" w:firstRow="1" w:lastRow="0" w:firstColumn="1" w:lastColumn="0" w:noHBand="0" w:noVBand="1"/>
      </w:tblPr>
      <w:tblGrid>
        <w:gridCol w:w="5035"/>
        <w:gridCol w:w="5035"/>
      </w:tblGrid>
      <w:tr w:rsidR="00D13A0E" w14:paraId="3F247EF1" w14:textId="77777777" w:rsidTr="1A687FD1">
        <w:trPr>
          <w:jc w:val="center"/>
        </w:trPr>
        <w:tc>
          <w:tcPr>
            <w:tcW w:w="5040" w:type="dxa"/>
            <w:shd w:val="clear" w:color="auto" w:fill="F3F6F8"/>
            <w:tcMar>
              <w:top w:w="90" w:type="dxa"/>
              <w:left w:w="100" w:type="dxa"/>
              <w:bottom w:w="90" w:type="dxa"/>
              <w:right w:w="100" w:type="dxa"/>
            </w:tcMar>
            <w:vAlign w:val="center"/>
          </w:tcPr>
          <w:p w14:paraId="03E3DFBE" w14:textId="1CE17A6D" w:rsidR="00D13A0E" w:rsidRDefault="3DFF85D3">
            <w:pPr>
              <w:rPr>
                <w:sz w:val="18"/>
                <w:szCs w:val="18"/>
                <w:lang w:val="en-GB"/>
              </w:rPr>
            </w:pPr>
            <w:r w:rsidRPr="26B4DD0C">
              <w:rPr>
                <w:sz w:val="18"/>
                <w:szCs w:val="18"/>
                <w:lang w:val="en-GB"/>
              </w:rPr>
              <w:t>☐ People</w:t>
            </w:r>
            <w:r w:rsidR="00D01CEA" w:rsidRPr="26B4DD0C">
              <w:rPr>
                <w:sz w:val="18"/>
                <w:szCs w:val="18"/>
                <w:lang w:val="en-GB"/>
              </w:rPr>
              <w:t xml:space="preserve"> seeking asylum</w:t>
            </w:r>
            <w:r w:rsidR="14B3ABEA" w:rsidRPr="26B4DD0C">
              <w:rPr>
                <w:sz w:val="18"/>
                <w:szCs w:val="18"/>
                <w:lang w:val="en-GB"/>
              </w:rPr>
              <w:t xml:space="preserve"> (Asylum Seekers)</w:t>
            </w:r>
          </w:p>
        </w:tc>
        <w:tc>
          <w:tcPr>
            <w:tcW w:w="5040" w:type="dxa"/>
            <w:shd w:val="clear" w:color="auto" w:fill="FFFFFF" w:themeFill="background1"/>
            <w:tcMar>
              <w:top w:w="90" w:type="dxa"/>
              <w:left w:w="100" w:type="dxa"/>
              <w:bottom w:w="90" w:type="dxa"/>
              <w:right w:w="100" w:type="dxa"/>
            </w:tcMar>
            <w:vAlign w:val="center"/>
          </w:tcPr>
          <w:p w14:paraId="580B28AE" w14:textId="0A8DE522" w:rsidR="00D13A0E" w:rsidRDefault="6B553436">
            <w:pPr>
              <w:rPr>
                <w:sz w:val="18"/>
                <w:szCs w:val="18"/>
                <w:lang w:val="en-GB"/>
              </w:rPr>
            </w:pPr>
            <w:r w:rsidRPr="26B4DD0C">
              <w:rPr>
                <w:sz w:val="18"/>
                <w:szCs w:val="18"/>
                <w:lang w:val="en-GB"/>
              </w:rPr>
              <w:t>☐ Refugees</w:t>
            </w:r>
            <w:r w:rsidR="00D01CEA" w:rsidRPr="26B4DD0C">
              <w:rPr>
                <w:sz w:val="18"/>
                <w:szCs w:val="18"/>
                <w:lang w:val="en-GB"/>
              </w:rPr>
              <w:t xml:space="preserve"> / people granted status</w:t>
            </w:r>
          </w:p>
        </w:tc>
      </w:tr>
      <w:tr w:rsidR="00D13A0E" w14:paraId="566607B1" w14:textId="77777777" w:rsidTr="1A687FD1">
        <w:trPr>
          <w:jc w:val="center"/>
        </w:trPr>
        <w:tc>
          <w:tcPr>
            <w:tcW w:w="5040" w:type="dxa"/>
            <w:shd w:val="clear" w:color="auto" w:fill="F3F6F8"/>
            <w:tcMar>
              <w:top w:w="90" w:type="dxa"/>
              <w:left w:w="100" w:type="dxa"/>
              <w:bottom w:w="90" w:type="dxa"/>
              <w:right w:w="100" w:type="dxa"/>
            </w:tcMar>
            <w:vAlign w:val="center"/>
          </w:tcPr>
          <w:p w14:paraId="7626B452" w14:textId="328569C9" w:rsidR="00D13A0E" w:rsidRDefault="72CB7953">
            <w:pPr>
              <w:rPr>
                <w:sz w:val="18"/>
                <w:szCs w:val="18"/>
                <w:lang w:val="en-GB"/>
              </w:rPr>
            </w:pPr>
            <w:r w:rsidRPr="26B4DD0C">
              <w:rPr>
                <w:sz w:val="18"/>
                <w:szCs w:val="18"/>
                <w:lang w:val="en-GB"/>
              </w:rPr>
              <w:t>☐ Resettled</w:t>
            </w:r>
            <w:r w:rsidR="00D01CEA" w:rsidRPr="26B4DD0C">
              <w:rPr>
                <w:sz w:val="18"/>
                <w:szCs w:val="18"/>
                <w:lang w:val="en-GB"/>
              </w:rPr>
              <w:t xml:space="preserve"> families</w:t>
            </w:r>
          </w:p>
        </w:tc>
        <w:tc>
          <w:tcPr>
            <w:tcW w:w="5040" w:type="dxa"/>
            <w:shd w:val="clear" w:color="auto" w:fill="FFFFFF" w:themeFill="background1"/>
            <w:tcMar>
              <w:top w:w="90" w:type="dxa"/>
              <w:left w:w="100" w:type="dxa"/>
              <w:bottom w:w="90" w:type="dxa"/>
              <w:right w:w="100" w:type="dxa"/>
            </w:tcMar>
            <w:vAlign w:val="center"/>
          </w:tcPr>
          <w:p w14:paraId="45E0A6A6" w14:textId="0569F067" w:rsidR="00D13A0E" w:rsidRDefault="59D61DE5">
            <w:pPr>
              <w:rPr>
                <w:sz w:val="18"/>
                <w:szCs w:val="18"/>
                <w:lang w:val="en-GB"/>
              </w:rPr>
            </w:pPr>
            <w:r w:rsidRPr="26B4DD0C">
              <w:rPr>
                <w:sz w:val="18"/>
                <w:szCs w:val="18"/>
                <w:lang w:val="en-GB"/>
              </w:rPr>
              <w:t>☐ Homes</w:t>
            </w:r>
            <w:r w:rsidR="00D01CEA" w:rsidRPr="26B4DD0C">
              <w:rPr>
                <w:sz w:val="18"/>
                <w:szCs w:val="18"/>
                <w:lang w:val="en-GB"/>
              </w:rPr>
              <w:t xml:space="preserve"> for Ukraine participants</w:t>
            </w:r>
          </w:p>
        </w:tc>
      </w:tr>
      <w:tr w:rsidR="00D13A0E" w14:paraId="1B3D6B1C" w14:textId="77777777" w:rsidTr="1A687FD1">
        <w:trPr>
          <w:jc w:val="center"/>
        </w:trPr>
        <w:tc>
          <w:tcPr>
            <w:tcW w:w="5040" w:type="dxa"/>
            <w:shd w:val="clear" w:color="auto" w:fill="F3F6F8"/>
            <w:tcMar>
              <w:top w:w="90" w:type="dxa"/>
              <w:left w:w="100" w:type="dxa"/>
              <w:bottom w:w="90" w:type="dxa"/>
              <w:right w:w="100" w:type="dxa"/>
            </w:tcMar>
            <w:vAlign w:val="center"/>
          </w:tcPr>
          <w:p w14:paraId="234205E4" w14:textId="62D5D4CC" w:rsidR="00D13A0E" w:rsidRDefault="7FC4A845">
            <w:pPr>
              <w:rPr>
                <w:sz w:val="18"/>
                <w:szCs w:val="18"/>
                <w:lang w:val="en-GB"/>
              </w:rPr>
            </w:pPr>
            <w:r w:rsidRPr="26B4DD0C">
              <w:rPr>
                <w:sz w:val="18"/>
                <w:szCs w:val="18"/>
                <w:lang w:val="en-GB"/>
              </w:rPr>
              <w:t>☐ People</w:t>
            </w:r>
            <w:r w:rsidR="00D01CEA" w:rsidRPr="26B4DD0C">
              <w:rPr>
                <w:sz w:val="18"/>
                <w:szCs w:val="18"/>
                <w:lang w:val="en-GB"/>
              </w:rPr>
              <w:t xml:space="preserve"> with No Recourse to Public Funds</w:t>
            </w:r>
          </w:p>
        </w:tc>
        <w:tc>
          <w:tcPr>
            <w:tcW w:w="5040" w:type="dxa"/>
            <w:shd w:val="clear" w:color="auto" w:fill="FFFFFF" w:themeFill="background1"/>
            <w:tcMar>
              <w:top w:w="90" w:type="dxa"/>
              <w:left w:w="100" w:type="dxa"/>
              <w:bottom w:w="90" w:type="dxa"/>
              <w:right w:w="100" w:type="dxa"/>
            </w:tcMar>
            <w:vAlign w:val="center"/>
          </w:tcPr>
          <w:p w14:paraId="36E8C795" w14:textId="41B0E671" w:rsidR="00D13A0E" w:rsidRDefault="66A0376D">
            <w:pPr>
              <w:rPr>
                <w:sz w:val="18"/>
                <w:szCs w:val="18"/>
                <w:lang w:val="en-GB"/>
              </w:rPr>
            </w:pPr>
            <w:r w:rsidRPr="26B4DD0C">
              <w:rPr>
                <w:sz w:val="18"/>
                <w:szCs w:val="18"/>
                <w:lang w:val="en-GB"/>
              </w:rPr>
              <w:t>☐ Children</w:t>
            </w:r>
            <w:r w:rsidR="00D01CEA" w:rsidRPr="26B4DD0C">
              <w:rPr>
                <w:sz w:val="18"/>
                <w:szCs w:val="18"/>
                <w:lang w:val="en-GB"/>
              </w:rPr>
              <w:t xml:space="preserve"> and young people</w:t>
            </w:r>
          </w:p>
        </w:tc>
      </w:tr>
      <w:tr w:rsidR="00D13A0E" w14:paraId="572462EE" w14:textId="77777777" w:rsidTr="1A687FD1">
        <w:trPr>
          <w:jc w:val="center"/>
        </w:trPr>
        <w:tc>
          <w:tcPr>
            <w:tcW w:w="5040" w:type="dxa"/>
            <w:shd w:val="clear" w:color="auto" w:fill="F3F6F8"/>
            <w:tcMar>
              <w:top w:w="90" w:type="dxa"/>
              <w:left w:w="100" w:type="dxa"/>
              <w:bottom w:w="90" w:type="dxa"/>
              <w:right w:w="100" w:type="dxa"/>
            </w:tcMar>
            <w:vAlign w:val="center"/>
          </w:tcPr>
          <w:p w14:paraId="1E42CBB1" w14:textId="454F4CA5" w:rsidR="00D13A0E" w:rsidRDefault="2133C366">
            <w:pPr>
              <w:rPr>
                <w:sz w:val="18"/>
                <w:szCs w:val="18"/>
                <w:lang w:val="en-GB"/>
              </w:rPr>
            </w:pPr>
            <w:r w:rsidRPr="26B4DD0C">
              <w:rPr>
                <w:sz w:val="18"/>
                <w:szCs w:val="18"/>
                <w:lang w:val="en-GB"/>
              </w:rPr>
              <w:t>☐ Families</w:t>
            </w:r>
          </w:p>
        </w:tc>
        <w:tc>
          <w:tcPr>
            <w:tcW w:w="5040" w:type="dxa"/>
            <w:shd w:val="clear" w:color="auto" w:fill="FFFFFF" w:themeFill="background1"/>
            <w:tcMar>
              <w:top w:w="90" w:type="dxa"/>
              <w:left w:w="100" w:type="dxa"/>
              <w:bottom w:w="90" w:type="dxa"/>
              <w:right w:w="100" w:type="dxa"/>
            </w:tcMar>
            <w:vAlign w:val="center"/>
          </w:tcPr>
          <w:p w14:paraId="038D19D3" w14:textId="75980BB3" w:rsidR="00D13A0E" w:rsidRDefault="44BC5575">
            <w:pPr>
              <w:rPr>
                <w:sz w:val="18"/>
                <w:szCs w:val="18"/>
                <w:lang w:val="en-GB"/>
              </w:rPr>
            </w:pPr>
            <w:r w:rsidRPr="26B4DD0C">
              <w:rPr>
                <w:sz w:val="18"/>
                <w:szCs w:val="18"/>
                <w:lang w:val="en-GB"/>
              </w:rPr>
              <w:t>☐ Adults</w:t>
            </w:r>
            <w:r w:rsidR="3B2B8109" w:rsidRPr="26B4DD0C">
              <w:rPr>
                <w:sz w:val="18"/>
                <w:szCs w:val="18"/>
                <w:lang w:val="en-GB"/>
              </w:rPr>
              <w:t xml:space="preserve"> only</w:t>
            </w:r>
          </w:p>
        </w:tc>
      </w:tr>
      <w:tr w:rsidR="00BD261E" w14:paraId="404D4AB5" w14:textId="77777777" w:rsidTr="1A687FD1">
        <w:trPr>
          <w:trHeight w:val="300"/>
          <w:jc w:val="center"/>
        </w:trPr>
        <w:tc>
          <w:tcPr>
            <w:tcW w:w="5040" w:type="dxa"/>
            <w:shd w:val="clear" w:color="auto" w:fill="F3F6F8"/>
            <w:tcMar>
              <w:top w:w="90" w:type="dxa"/>
              <w:left w:w="100" w:type="dxa"/>
              <w:bottom w:w="90" w:type="dxa"/>
              <w:right w:w="100" w:type="dxa"/>
            </w:tcMar>
            <w:vAlign w:val="center"/>
          </w:tcPr>
          <w:p w14:paraId="09D02F41" w14:textId="5767F2CC" w:rsidR="00BD261E" w:rsidRDefault="082DBD08" w:rsidP="1A687FD1">
            <w:pPr>
              <w:rPr>
                <w:sz w:val="18"/>
                <w:szCs w:val="18"/>
                <w:lang w:val="en-GB"/>
              </w:rPr>
            </w:pPr>
            <w:r w:rsidRPr="26B4DD0C">
              <w:rPr>
                <w:sz w:val="18"/>
                <w:szCs w:val="18"/>
                <w:lang w:val="en-GB"/>
              </w:rPr>
              <w:t>☐ Other</w:t>
            </w:r>
            <w:r w:rsidR="43A87C7B" w:rsidRPr="26B4DD0C">
              <w:rPr>
                <w:sz w:val="18"/>
                <w:szCs w:val="18"/>
                <w:lang w:val="en-GB"/>
              </w:rPr>
              <w:t xml:space="preserve"> eligible cohort, specify</w:t>
            </w:r>
            <w:r w:rsidR="44D341C9" w:rsidRPr="26B4DD0C">
              <w:rPr>
                <w:sz w:val="18"/>
                <w:szCs w:val="18"/>
                <w:lang w:val="en-GB"/>
              </w:rPr>
              <w:t>:</w:t>
            </w:r>
          </w:p>
        </w:tc>
        <w:tc>
          <w:tcPr>
            <w:tcW w:w="5040" w:type="dxa"/>
            <w:shd w:val="clear" w:color="auto" w:fill="FFFFFF" w:themeFill="background1"/>
            <w:tcMar>
              <w:top w:w="90" w:type="dxa"/>
              <w:left w:w="100" w:type="dxa"/>
              <w:bottom w:w="90" w:type="dxa"/>
              <w:right w:w="100" w:type="dxa"/>
            </w:tcMar>
            <w:vAlign w:val="center"/>
          </w:tcPr>
          <w:p w14:paraId="12B18BCF" w14:textId="77777777" w:rsidR="00BD261E" w:rsidRDefault="00BD261E" w:rsidP="1A687FD1">
            <w:pPr>
              <w:rPr>
                <w:sz w:val="18"/>
                <w:szCs w:val="18"/>
                <w:lang w:val="en-GB"/>
              </w:rPr>
            </w:pPr>
          </w:p>
        </w:tc>
      </w:tr>
    </w:tbl>
    <w:p w14:paraId="5DEE24AC" w14:textId="0E40A833" w:rsidR="00D13A0E" w:rsidRDefault="00D13A0E" w:rsidP="3765517A">
      <w:pPr>
        <w:keepNext/>
        <w:spacing w:after="20"/>
        <w:rPr>
          <w:lang w:val="en-GB"/>
        </w:rPr>
      </w:pPr>
    </w:p>
    <w:p w14:paraId="0636F775" w14:textId="38ECC987" w:rsidR="26B4DD0C" w:rsidRDefault="342C33C6" w:rsidP="26B4DD0C">
      <w:pPr>
        <w:pStyle w:val="FormQuestion"/>
        <w:rPr>
          <w:lang w:val="en-GB"/>
        </w:rPr>
      </w:pPr>
      <w:r>
        <w:t>E2. Will the work have a particular equality or inclusion focus?</w:t>
      </w:r>
    </w:p>
    <w:tbl>
      <w:tblPr>
        <w:tblStyle w:val="TableGrid"/>
        <w:tblW w:w="0" w:type="auto"/>
        <w:jc w:val="center"/>
        <w:tblLook w:val="04A0" w:firstRow="1" w:lastRow="0" w:firstColumn="1" w:lastColumn="0" w:noHBand="0" w:noVBand="1"/>
      </w:tblPr>
      <w:tblGrid>
        <w:gridCol w:w="5035"/>
        <w:gridCol w:w="5035"/>
      </w:tblGrid>
      <w:tr w:rsidR="00D13A0E" w14:paraId="00C1DA6C" w14:textId="77777777" w:rsidTr="1A687FD1">
        <w:trPr>
          <w:jc w:val="center"/>
        </w:trPr>
        <w:tc>
          <w:tcPr>
            <w:tcW w:w="5040" w:type="dxa"/>
            <w:shd w:val="clear" w:color="auto" w:fill="F3F6F8"/>
            <w:tcMar>
              <w:top w:w="90" w:type="dxa"/>
              <w:left w:w="100" w:type="dxa"/>
              <w:bottom w:w="90" w:type="dxa"/>
              <w:right w:w="100" w:type="dxa"/>
            </w:tcMar>
            <w:vAlign w:val="center"/>
          </w:tcPr>
          <w:p w14:paraId="21C2E208" w14:textId="6814042F" w:rsidR="00D13A0E" w:rsidRDefault="2D8F37FF">
            <w:pPr>
              <w:rPr>
                <w:sz w:val="18"/>
                <w:szCs w:val="18"/>
                <w:lang w:val="en-GB"/>
              </w:rPr>
            </w:pPr>
            <w:r w:rsidRPr="26B4DD0C">
              <w:rPr>
                <w:sz w:val="18"/>
                <w:szCs w:val="18"/>
                <w:lang w:val="en-GB"/>
              </w:rPr>
              <w:t>☐ Women</w:t>
            </w:r>
            <w:r w:rsidR="00D01CEA" w:rsidRPr="26B4DD0C">
              <w:rPr>
                <w:sz w:val="18"/>
                <w:szCs w:val="18"/>
                <w:lang w:val="en-GB"/>
              </w:rPr>
              <w:t xml:space="preserve"> and girls</w:t>
            </w:r>
          </w:p>
        </w:tc>
        <w:tc>
          <w:tcPr>
            <w:tcW w:w="5040" w:type="dxa"/>
            <w:shd w:val="clear" w:color="auto" w:fill="FFFFFF" w:themeFill="background1"/>
            <w:tcMar>
              <w:top w:w="90" w:type="dxa"/>
              <w:left w:w="100" w:type="dxa"/>
              <w:bottom w:w="90" w:type="dxa"/>
              <w:right w:w="100" w:type="dxa"/>
            </w:tcMar>
            <w:vAlign w:val="center"/>
          </w:tcPr>
          <w:p w14:paraId="4C66045A" w14:textId="2922D0AA" w:rsidR="00D13A0E" w:rsidRDefault="18D236CC">
            <w:pPr>
              <w:rPr>
                <w:sz w:val="18"/>
                <w:szCs w:val="18"/>
                <w:lang w:val="en-GB"/>
              </w:rPr>
            </w:pPr>
            <w:r w:rsidRPr="26B4DD0C">
              <w:rPr>
                <w:sz w:val="18"/>
                <w:szCs w:val="18"/>
                <w:lang w:val="en-GB"/>
              </w:rPr>
              <w:t>☐ Children</w:t>
            </w:r>
            <w:r w:rsidR="00D01CEA" w:rsidRPr="26B4DD0C">
              <w:rPr>
                <w:sz w:val="18"/>
                <w:szCs w:val="18"/>
                <w:lang w:val="en-GB"/>
              </w:rPr>
              <w:t xml:space="preserve"> and young people</w:t>
            </w:r>
          </w:p>
        </w:tc>
      </w:tr>
      <w:tr w:rsidR="00D13A0E" w14:paraId="564EAEC3" w14:textId="77777777" w:rsidTr="1A687FD1">
        <w:trPr>
          <w:jc w:val="center"/>
        </w:trPr>
        <w:tc>
          <w:tcPr>
            <w:tcW w:w="5040" w:type="dxa"/>
            <w:shd w:val="clear" w:color="auto" w:fill="F3F6F8"/>
            <w:tcMar>
              <w:top w:w="90" w:type="dxa"/>
              <w:left w:w="100" w:type="dxa"/>
              <w:bottom w:w="90" w:type="dxa"/>
              <w:right w:w="100" w:type="dxa"/>
            </w:tcMar>
            <w:vAlign w:val="center"/>
          </w:tcPr>
          <w:p w14:paraId="27E52007" w14:textId="1E427CB6" w:rsidR="00D13A0E" w:rsidRDefault="0619CE5A">
            <w:pPr>
              <w:rPr>
                <w:sz w:val="18"/>
                <w:szCs w:val="18"/>
                <w:lang w:val="en-GB"/>
              </w:rPr>
            </w:pPr>
            <w:r w:rsidRPr="26B4DD0C">
              <w:rPr>
                <w:sz w:val="18"/>
                <w:szCs w:val="18"/>
                <w:lang w:val="en-GB"/>
              </w:rPr>
              <w:t>☐ Disabled</w:t>
            </w:r>
            <w:r w:rsidR="00D01CEA" w:rsidRPr="26B4DD0C">
              <w:rPr>
                <w:sz w:val="18"/>
                <w:szCs w:val="18"/>
                <w:lang w:val="en-GB"/>
              </w:rPr>
              <w:t xml:space="preserve"> people</w:t>
            </w:r>
          </w:p>
        </w:tc>
        <w:tc>
          <w:tcPr>
            <w:tcW w:w="5040" w:type="dxa"/>
            <w:shd w:val="clear" w:color="auto" w:fill="FFFFFF" w:themeFill="background1"/>
            <w:tcMar>
              <w:top w:w="90" w:type="dxa"/>
              <w:left w:w="100" w:type="dxa"/>
              <w:bottom w:w="90" w:type="dxa"/>
              <w:right w:w="100" w:type="dxa"/>
            </w:tcMar>
            <w:vAlign w:val="center"/>
          </w:tcPr>
          <w:p w14:paraId="1C0A6844" w14:textId="18FABA6D" w:rsidR="00D13A0E" w:rsidRDefault="3F9B1682">
            <w:pPr>
              <w:rPr>
                <w:sz w:val="18"/>
                <w:szCs w:val="18"/>
                <w:lang w:val="en-GB"/>
              </w:rPr>
            </w:pPr>
            <w:r w:rsidRPr="26B4DD0C">
              <w:rPr>
                <w:sz w:val="18"/>
                <w:szCs w:val="18"/>
                <w:lang w:val="en-GB"/>
              </w:rPr>
              <w:t>☐ LGBT</w:t>
            </w:r>
            <w:r w:rsidR="00D01CEA" w:rsidRPr="26B4DD0C">
              <w:rPr>
                <w:sz w:val="18"/>
                <w:szCs w:val="18"/>
                <w:lang w:val="en-GB"/>
              </w:rPr>
              <w:t>+ people</w:t>
            </w:r>
          </w:p>
        </w:tc>
      </w:tr>
      <w:tr w:rsidR="00D13A0E" w14:paraId="3FEEC76E" w14:textId="77777777" w:rsidTr="1A687FD1">
        <w:trPr>
          <w:jc w:val="center"/>
        </w:trPr>
        <w:tc>
          <w:tcPr>
            <w:tcW w:w="5040" w:type="dxa"/>
            <w:shd w:val="clear" w:color="auto" w:fill="F3F6F8"/>
            <w:tcMar>
              <w:top w:w="90" w:type="dxa"/>
              <w:left w:w="100" w:type="dxa"/>
              <w:bottom w:w="90" w:type="dxa"/>
              <w:right w:w="100" w:type="dxa"/>
            </w:tcMar>
            <w:vAlign w:val="center"/>
          </w:tcPr>
          <w:p w14:paraId="23935DEC" w14:textId="70EE144D" w:rsidR="00D13A0E" w:rsidRDefault="403DE834">
            <w:pPr>
              <w:rPr>
                <w:sz w:val="18"/>
                <w:szCs w:val="18"/>
                <w:lang w:val="en-GB"/>
              </w:rPr>
            </w:pPr>
            <w:r w:rsidRPr="26B4DD0C">
              <w:rPr>
                <w:sz w:val="18"/>
                <w:szCs w:val="18"/>
                <w:lang w:val="en-GB"/>
              </w:rPr>
              <w:t>☐ Older</w:t>
            </w:r>
            <w:r w:rsidR="00D01CEA" w:rsidRPr="26B4DD0C">
              <w:rPr>
                <w:sz w:val="18"/>
                <w:szCs w:val="18"/>
                <w:lang w:val="en-GB"/>
              </w:rPr>
              <w:t xml:space="preserve"> people</w:t>
            </w:r>
          </w:p>
        </w:tc>
        <w:tc>
          <w:tcPr>
            <w:tcW w:w="5040" w:type="dxa"/>
            <w:shd w:val="clear" w:color="auto" w:fill="FFFFFF" w:themeFill="background1"/>
            <w:tcMar>
              <w:top w:w="90" w:type="dxa"/>
              <w:left w:w="100" w:type="dxa"/>
              <w:bottom w:w="90" w:type="dxa"/>
              <w:right w:w="100" w:type="dxa"/>
            </w:tcMar>
            <w:vAlign w:val="center"/>
          </w:tcPr>
          <w:p w14:paraId="6786F841" w14:textId="38992B28" w:rsidR="00D13A0E" w:rsidRDefault="60596076">
            <w:pPr>
              <w:rPr>
                <w:sz w:val="18"/>
                <w:szCs w:val="18"/>
                <w:lang w:val="en-GB"/>
              </w:rPr>
            </w:pPr>
            <w:r w:rsidRPr="26B4DD0C">
              <w:rPr>
                <w:sz w:val="18"/>
                <w:szCs w:val="18"/>
                <w:lang w:val="en-GB"/>
              </w:rPr>
              <w:t>☐ People</w:t>
            </w:r>
            <w:r w:rsidR="00D01CEA" w:rsidRPr="26B4DD0C">
              <w:rPr>
                <w:sz w:val="18"/>
                <w:szCs w:val="18"/>
                <w:lang w:val="en-GB"/>
              </w:rPr>
              <w:t xml:space="preserve"> from racially </w:t>
            </w:r>
            <w:r w:rsidR="771ABE0C" w:rsidRPr="26B4DD0C">
              <w:rPr>
                <w:sz w:val="18"/>
                <w:szCs w:val="18"/>
                <w:lang w:val="en-GB"/>
              </w:rPr>
              <w:t>minoritized</w:t>
            </w:r>
            <w:r w:rsidR="00D01CEA" w:rsidRPr="26B4DD0C">
              <w:rPr>
                <w:sz w:val="18"/>
                <w:szCs w:val="18"/>
                <w:lang w:val="en-GB"/>
              </w:rPr>
              <w:t xml:space="preserve"> communities</w:t>
            </w:r>
          </w:p>
        </w:tc>
      </w:tr>
      <w:tr w:rsidR="00D13A0E" w14:paraId="3AE989C0" w14:textId="77777777" w:rsidTr="1A687FD1">
        <w:trPr>
          <w:jc w:val="center"/>
        </w:trPr>
        <w:tc>
          <w:tcPr>
            <w:tcW w:w="5040" w:type="dxa"/>
            <w:shd w:val="clear" w:color="auto" w:fill="F3F6F8"/>
            <w:tcMar>
              <w:top w:w="90" w:type="dxa"/>
              <w:left w:w="100" w:type="dxa"/>
              <w:bottom w:w="90" w:type="dxa"/>
              <w:right w:w="100" w:type="dxa"/>
            </w:tcMar>
            <w:vAlign w:val="center"/>
          </w:tcPr>
          <w:p w14:paraId="46659D6E" w14:textId="532503AC" w:rsidR="00D13A0E" w:rsidRDefault="2D62105B">
            <w:pPr>
              <w:rPr>
                <w:sz w:val="18"/>
                <w:szCs w:val="18"/>
                <w:lang w:val="en-GB"/>
              </w:rPr>
            </w:pPr>
            <w:r w:rsidRPr="26B4DD0C">
              <w:rPr>
                <w:sz w:val="18"/>
                <w:szCs w:val="18"/>
                <w:lang w:val="en-GB"/>
              </w:rPr>
              <w:t>☐ People</w:t>
            </w:r>
            <w:r w:rsidR="00D01CEA" w:rsidRPr="26B4DD0C">
              <w:rPr>
                <w:sz w:val="18"/>
                <w:szCs w:val="18"/>
                <w:lang w:val="en-GB"/>
              </w:rPr>
              <w:t xml:space="preserve"> with low literacy or digital exclusion</w:t>
            </w:r>
          </w:p>
        </w:tc>
        <w:tc>
          <w:tcPr>
            <w:tcW w:w="5040" w:type="dxa"/>
            <w:shd w:val="clear" w:color="auto" w:fill="FFFFFF" w:themeFill="background1"/>
            <w:tcMar>
              <w:top w:w="90" w:type="dxa"/>
              <w:left w:w="100" w:type="dxa"/>
              <w:bottom w:w="90" w:type="dxa"/>
              <w:right w:w="100" w:type="dxa"/>
            </w:tcMar>
            <w:vAlign w:val="center"/>
          </w:tcPr>
          <w:p w14:paraId="43554FF7" w14:textId="735D3173" w:rsidR="00D13A0E" w:rsidRDefault="45C17191">
            <w:pPr>
              <w:rPr>
                <w:sz w:val="18"/>
                <w:szCs w:val="18"/>
                <w:lang w:val="en-GB"/>
              </w:rPr>
            </w:pPr>
            <w:r w:rsidRPr="26B4DD0C">
              <w:rPr>
                <w:sz w:val="18"/>
                <w:szCs w:val="18"/>
                <w:lang w:val="en-GB"/>
              </w:rPr>
              <w:t>☐ People</w:t>
            </w:r>
            <w:r w:rsidR="00D01CEA" w:rsidRPr="26B4DD0C">
              <w:rPr>
                <w:sz w:val="18"/>
                <w:szCs w:val="18"/>
                <w:lang w:val="en-GB"/>
              </w:rPr>
              <w:t xml:space="preserve"> experiencing destitution or homelessness</w:t>
            </w:r>
          </w:p>
        </w:tc>
      </w:tr>
      <w:tr w:rsidR="00D13A0E" w14:paraId="49E49C00" w14:textId="77777777" w:rsidTr="1A687FD1">
        <w:trPr>
          <w:jc w:val="center"/>
        </w:trPr>
        <w:tc>
          <w:tcPr>
            <w:tcW w:w="5040" w:type="dxa"/>
            <w:shd w:val="clear" w:color="auto" w:fill="F3F6F8"/>
            <w:tcMar>
              <w:top w:w="90" w:type="dxa"/>
              <w:left w:w="100" w:type="dxa"/>
              <w:bottom w:w="90" w:type="dxa"/>
              <w:right w:w="100" w:type="dxa"/>
            </w:tcMar>
            <w:vAlign w:val="center"/>
          </w:tcPr>
          <w:p w14:paraId="2C566E7B" w14:textId="4D2CDB42" w:rsidR="00D13A0E" w:rsidRDefault="72AB026F">
            <w:pPr>
              <w:rPr>
                <w:sz w:val="18"/>
                <w:szCs w:val="18"/>
                <w:lang w:val="en-GB"/>
              </w:rPr>
            </w:pPr>
            <w:r w:rsidRPr="26B4DD0C">
              <w:rPr>
                <w:sz w:val="18"/>
                <w:szCs w:val="18"/>
                <w:lang w:val="en-GB"/>
              </w:rPr>
              <w:t>☐ People</w:t>
            </w:r>
            <w:r w:rsidR="00D01CEA" w:rsidRPr="26B4DD0C">
              <w:rPr>
                <w:sz w:val="18"/>
                <w:szCs w:val="18"/>
                <w:lang w:val="en-GB"/>
              </w:rPr>
              <w:t xml:space="preserve"> with caring responsibilities</w:t>
            </w:r>
          </w:p>
        </w:tc>
        <w:tc>
          <w:tcPr>
            <w:tcW w:w="5040" w:type="dxa"/>
            <w:shd w:val="clear" w:color="auto" w:fill="FFFFFF" w:themeFill="background1"/>
            <w:tcMar>
              <w:top w:w="90" w:type="dxa"/>
              <w:left w:w="100" w:type="dxa"/>
              <w:bottom w:w="90" w:type="dxa"/>
              <w:right w:w="100" w:type="dxa"/>
            </w:tcMar>
            <w:vAlign w:val="center"/>
          </w:tcPr>
          <w:p w14:paraId="0AD93576" w14:textId="3EBDD4F6" w:rsidR="00D13A0E" w:rsidRDefault="0683BFFC">
            <w:pPr>
              <w:rPr>
                <w:sz w:val="18"/>
                <w:szCs w:val="18"/>
                <w:lang w:val="en-GB"/>
              </w:rPr>
            </w:pPr>
            <w:r w:rsidRPr="26B4DD0C">
              <w:rPr>
                <w:sz w:val="18"/>
                <w:szCs w:val="18"/>
                <w:lang w:val="en-GB"/>
              </w:rPr>
              <w:t>☐ People</w:t>
            </w:r>
            <w:r w:rsidR="00D01CEA" w:rsidRPr="26B4DD0C">
              <w:rPr>
                <w:sz w:val="18"/>
                <w:szCs w:val="18"/>
                <w:lang w:val="en-GB"/>
              </w:rPr>
              <w:t xml:space="preserve"> affected by trauma or poor health</w:t>
            </w:r>
          </w:p>
        </w:tc>
      </w:tr>
      <w:tr w:rsidR="00D13A0E" w14:paraId="65927872" w14:textId="77777777" w:rsidTr="1A687FD1">
        <w:trPr>
          <w:jc w:val="center"/>
        </w:trPr>
        <w:tc>
          <w:tcPr>
            <w:tcW w:w="5040" w:type="dxa"/>
            <w:shd w:val="clear" w:color="auto" w:fill="F3F6F8"/>
            <w:tcMar>
              <w:top w:w="90" w:type="dxa"/>
              <w:left w:w="100" w:type="dxa"/>
              <w:bottom w:w="90" w:type="dxa"/>
              <w:right w:w="100" w:type="dxa"/>
            </w:tcMar>
            <w:vAlign w:val="center"/>
          </w:tcPr>
          <w:p w14:paraId="62418550" w14:textId="0F9ED07A" w:rsidR="00D13A0E" w:rsidRDefault="155F369C">
            <w:pPr>
              <w:rPr>
                <w:sz w:val="18"/>
                <w:szCs w:val="18"/>
                <w:lang w:val="en-GB"/>
              </w:rPr>
            </w:pPr>
            <w:r w:rsidRPr="26B4DD0C">
              <w:rPr>
                <w:sz w:val="18"/>
                <w:szCs w:val="18"/>
                <w:lang w:val="en-GB"/>
              </w:rPr>
              <w:t>☐ Other</w:t>
            </w:r>
            <w:r w:rsidR="00D01CEA" w:rsidRPr="26B4DD0C">
              <w:rPr>
                <w:sz w:val="18"/>
                <w:szCs w:val="18"/>
                <w:lang w:val="en-GB"/>
              </w:rPr>
              <w:t>, specify</w:t>
            </w:r>
          </w:p>
        </w:tc>
        <w:tc>
          <w:tcPr>
            <w:tcW w:w="5040" w:type="dxa"/>
          </w:tcPr>
          <w:p w14:paraId="06A43BB0" w14:textId="77777777" w:rsidR="00D13A0E" w:rsidRDefault="00D13A0E">
            <w:pPr>
              <w:rPr>
                <w:lang w:val="en-GB"/>
              </w:rPr>
            </w:pPr>
          </w:p>
        </w:tc>
      </w:tr>
    </w:tbl>
    <w:p w14:paraId="3F239F61" w14:textId="77777777" w:rsidR="00D13A0E" w:rsidRDefault="00D13A0E">
      <w:pPr>
        <w:spacing w:after="20"/>
        <w:rPr>
          <w:lang w:val="en-GB"/>
        </w:rPr>
      </w:pPr>
    </w:p>
    <w:p w14:paraId="47F69310" w14:textId="1993F38D" w:rsidR="00D13A0E" w:rsidRDefault="00D13A0E" w:rsidP="24EABD33">
      <w:pPr>
        <w:keepNext/>
        <w:spacing w:after="20"/>
        <w:rPr>
          <w:lang w:val="en-GB"/>
        </w:rPr>
      </w:pPr>
    </w:p>
    <w:p w14:paraId="29256EA6" w14:textId="33E89B5A" w:rsidR="00D13A0E" w:rsidRDefault="002235CD">
      <w:pPr>
        <w:pStyle w:val="FormQuestion"/>
        <w:keepNext/>
        <w:rPr>
          <w:lang w:val="en-GB"/>
        </w:rPr>
      </w:pPr>
      <w:r>
        <w:t>E3</w:t>
      </w:r>
      <w:r w:rsidR="72FC555F">
        <w:t xml:space="preserve">. Equity: how will delivery </w:t>
      </w:r>
      <w:r w:rsidR="23382469">
        <w:t xml:space="preserve">be designed to meet </w:t>
      </w:r>
      <w:r w:rsidR="72FC555F">
        <w:t>different intersectional needs and experiences including of women, children, men, LGBT+ people, disabled people and others</w:t>
      </w:r>
      <w:r w:rsidR="5A954BBF">
        <w:t xml:space="preserve"> as relevant</w:t>
      </w:r>
      <w:r w:rsidR="72FC555F">
        <w:t>? (Maximum 400 words)</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7824EF2A" w14:textId="77777777" w:rsidTr="18A6B18F">
        <w:tc>
          <w:tcPr>
            <w:tcW w:w="10080" w:type="dxa"/>
            <w:shd w:val="clear" w:color="auto" w:fill="FFFFFF" w:themeFill="background1"/>
          </w:tcPr>
          <w:p w14:paraId="11B80B9A" w14:textId="1F16FF23" w:rsidR="18A6B18F" w:rsidRDefault="18A6B18F" w:rsidP="18A6B18F">
            <w:r w:rsidRPr="18A6B18F">
              <w:rPr>
                <w:i/>
                <w:iCs/>
                <w:color w:val="777777"/>
                <w:sz w:val="16"/>
                <w:szCs w:val="16"/>
              </w:rPr>
              <w:t>Applicant response</w:t>
            </w:r>
          </w:p>
          <w:p w14:paraId="424715CA" w14:textId="1202B8E3" w:rsidR="18A6B18F" w:rsidRDefault="18A6B18F" w:rsidP="18A6B18F">
            <w:r>
              <w:t>________________________________________________________________________________</w:t>
            </w:r>
          </w:p>
          <w:p w14:paraId="2ABD53D8" w14:textId="09C3C6D0" w:rsidR="18A6B18F" w:rsidRDefault="18A6B18F" w:rsidP="18A6B18F">
            <w:r>
              <w:t>________________________________________________________________________________</w:t>
            </w:r>
          </w:p>
          <w:p w14:paraId="4B1790D8" w14:textId="290967CA" w:rsidR="18A6B18F" w:rsidRDefault="18A6B18F" w:rsidP="18A6B18F">
            <w:r>
              <w:t>________________________________________________________________________________</w:t>
            </w:r>
          </w:p>
        </w:tc>
      </w:tr>
    </w:tbl>
    <w:p w14:paraId="5364173D" w14:textId="77777777" w:rsidR="00D13A0E" w:rsidRDefault="00D13A0E">
      <w:pPr>
        <w:spacing w:after="20"/>
        <w:rPr>
          <w:lang w:val="en-GB"/>
        </w:rPr>
      </w:pPr>
    </w:p>
    <w:p w14:paraId="41DC6B95" w14:textId="03595228" w:rsidR="00D13A0E" w:rsidRDefault="002235CD">
      <w:pPr>
        <w:pStyle w:val="FormQuestion"/>
        <w:keepNext/>
        <w:rPr>
          <w:rFonts w:eastAsia="Arial" w:cs="Arial"/>
          <w:sz w:val="20"/>
          <w:szCs w:val="20"/>
          <w:lang w:val="en-GB"/>
        </w:rPr>
      </w:pPr>
      <w:r>
        <w:t>E4</w:t>
      </w:r>
      <w:r w:rsidR="00D01CEA">
        <w:t xml:space="preserve">. Where will the work take place? List </w:t>
      </w:r>
      <w:r w:rsidR="3A136369">
        <w:t>neighborhoods</w:t>
      </w:r>
      <w:r w:rsidR="00D01CEA">
        <w:t>, wards, venues, outreach locations and any citywide or cross-authority coverage. (Maximum 250 words)</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31FEB8ED" w14:textId="77777777" w:rsidTr="18A6B18F">
        <w:tc>
          <w:tcPr>
            <w:tcW w:w="10080" w:type="dxa"/>
            <w:shd w:val="clear" w:color="auto" w:fill="FFFFFF" w:themeFill="background1"/>
          </w:tcPr>
          <w:p w14:paraId="5302A20A" w14:textId="5A899EAC" w:rsidR="18A6B18F" w:rsidRDefault="18A6B18F" w:rsidP="18A6B18F">
            <w:r w:rsidRPr="18A6B18F">
              <w:rPr>
                <w:i/>
                <w:iCs/>
                <w:color w:val="777777"/>
                <w:sz w:val="16"/>
                <w:szCs w:val="16"/>
              </w:rPr>
              <w:t>Applicant response</w:t>
            </w:r>
          </w:p>
          <w:p w14:paraId="0D42298F" w14:textId="1CB34968" w:rsidR="18A6B18F" w:rsidRDefault="18A6B18F" w:rsidP="18A6B18F">
            <w:r>
              <w:t>________________________________________________________________________________</w:t>
            </w:r>
          </w:p>
          <w:p w14:paraId="4AAA2535" w14:textId="79A27540" w:rsidR="18A6B18F" w:rsidRDefault="18A6B18F" w:rsidP="18A6B18F">
            <w:r>
              <w:t>________________________________________________________________________________</w:t>
            </w:r>
          </w:p>
          <w:p w14:paraId="438F02A7" w14:textId="30510816" w:rsidR="18A6B18F" w:rsidRDefault="18A6B18F" w:rsidP="18A6B18F">
            <w:r>
              <w:t>________________________________________________________________________________</w:t>
            </w:r>
          </w:p>
        </w:tc>
      </w:tr>
    </w:tbl>
    <w:p w14:paraId="229BE0EE" w14:textId="4630E4BC" w:rsidR="00D13A0E" w:rsidRDefault="001D3A24" w:rsidP="0D2A3615">
      <w:pPr>
        <w:pStyle w:val="Heading1"/>
        <w:rPr>
          <w:lang w:val="en-GB"/>
        </w:rPr>
      </w:pPr>
      <w:r>
        <w:rPr>
          <w:rFonts w:ascii="Calibri" w:eastAsia="Calibri" w:hAnsi="Calibri" w:cs="Calibri"/>
        </w:rPr>
        <w:t xml:space="preserve">Part 9 </w:t>
      </w:r>
      <w:r w:rsidR="7214F55B" w:rsidRPr="342C33C6">
        <w:rPr>
          <w:rFonts w:ascii="Calibri" w:eastAsia="Calibri" w:hAnsi="Calibri" w:cs="Calibri"/>
        </w:rPr>
        <w:t xml:space="preserve">Section </w:t>
      </w:r>
      <w:r w:rsidR="342C33C6" w:rsidRPr="342C33C6">
        <w:rPr>
          <w:rFonts w:ascii="Calibri" w:eastAsia="Calibri" w:hAnsi="Calibri" w:cs="Calibri"/>
        </w:rPr>
        <w:t>F</w:t>
      </w:r>
      <w:r w:rsidR="7214F55B" w:rsidRPr="342C33C6">
        <w:rPr>
          <w:rFonts w:ascii="Calibri" w:eastAsia="Calibri" w:hAnsi="Calibri" w:cs="Calibri"/>
        </w:rPr>
        <w:t xml:space="preserve">: Why: </w:t>
      </w:r>
      <w:r w:rsidR="218F5DED" w:rsidRPr="342C33C6">
        <w:rPr>
          <w:rFonts w:ascii="Calibri" w:eastAsia="Calibri" w:hAnsi="Calibri" w:cs="Calibri"/>
        </w:rPr>
        <w:t>rationale,</w:t>
      </w:r>
      <w:r w:rsidR="7214F55B" w:rsidRPr="342C33C6">
        <w:rPr>
          <w:rFonts w:ascii="Calibri" w:eastAsia="Calibri" w:hAnsi="Calibri" w:cs="Calibri"/>
        </w:rPr>
        <w:t xml:space="preserve"> evidence and community </w:t>
      </w:r>
      <w:r w:rsidR="42FB6AC5" w:rsidRPr="342C33C6">
        <w:rPr>
          <w:rFonts w:ascii="Calibri" w:eastAsia="Calibri" w:hAnsi="Calibri" w:cs="Calibri"/>
        </w:rPr>
        <w:t>influence</w:t>
      </w:r>
    </w:p>
    <w:p w14:paraId="5110D5C3" w14:textId="5C3619E0" w:rsidR="00D13A0E" w:rsidRDefault="00D01CEA">
      <w:pPr>
        <w:pStyle w:val="HelpText"/>
        <w:rPr>
          <w:lang w:val="en-GB"/>
        </w:rPr>
      </w:pPr>
      <w:r w:rsidRPr="26B4DD0C">
        <w:rPr>
          <w:lang w:val="en-GB"/>
        </w:rPr>
        <w:t>Explain the issue you are responding to, the evidence for it and how sanctuary seekers have shaped the proposal.</w:t>
      </w:r>
    </w:p>
    <w:p w14:paraId="25B4B4CD" w14:textId="1141E072" w:rsidR="00D13A0E" w:rsidRDefault="342C33C6" w:rsidP="26B4DD0C">
      <w:pPr>
        <w:pStyle w:val="FormQuestion"/>
      </w:pPr>
      <w:r>
        <w:t>F1</w:t>
      </w:r>
      <w:r w:rsidR="40F6E83A">
        <w:t xml:space="preserve">. </w:t>
      </w:r>
      <w:r w:rsidR="3C285710">
        <w:t>Evidence and rationale for your approach.</w:t>
      </w:r>
      <w:r w:rsidR="5A61E024">
        <w:t xml:space="preserve"> Why have you chosen this project design and delivery approach?</w:t>
      </w:r>
      <w:r w:rsidR="2926D038">
        <w:t xml:space="preserve"> (Maximum 500 words)</w:t>
      </w:r>
    </w:p>
    <w:p w14:paraId="17AFDE97" w14:textId="509916C6" w:rsidR="00D13A0E" w:rsidRDefault="5A61E024" w:rsidP="26B4DD0C">
      <w:pPr>
        <w:pStyle w:val="FormQuestion"/>
        <w:rPr>
          <w:b w:val="0"/>
          <w:lang w:val="en-GB"/>
        </w:rPr>
      </w:pPr>
      <w:r w:rsidRPr="342C33C6">
        <w:rPr>
          <w:b w:val="0"/>
          <w:lang w:val="en-GB"/>
        </w:rPr>
        <w:t xml:space="preserve">Summarise the evidence, learning, </w:t>
      </w:r>
      <w:r w:rsidR="1A9967F6" w:rsidRPr="342C33C6">
        <w:rPr>
          <w:b w:val="0"/>
          <w:lang w:val="en-GB"/>
        </w:rPr>
        <w:t xml:space="preserve">research, needs analysis and </w:t>
      </w:r>
      <w:r w:rsidRPr="342C33C6">
        <w:rPr>
          <w:b w:val="0"/>
          <w:lang w:val="en-GB"/>
        </w:rPr>
        <w:t xml:space="preserve">consultation that </w:t>
      </w:r>
      <w:r w:rsidR="1A9967F6" w:rsidRPr="342C33C6">
        <w:rPr>
          <w:b w:val="0"/>
          <w:u w:val="single"/>
          <w:lang w:val="en-GB"/>
        </w:rPr>
        <w:t xml:space="preserve">informed </w:t>
      </w:r>
      <w:r w:rsidR="1A9967F6" w:rsidRPr="342C33C6">
        <w:rPr>
          <w:b w:val="0"/>
          <w:lang w:val="en-GB"/>
        </w:rPr>
        <w:t>your proposal. Explain</w:t>
      </w:r>
      <w:r w:rsidRPr="342C33C6">
        <w:rPr>
          <w:b w:val="0"/>
          <w:lang w:val="en-GB"/>
        </w:rPr>
        <w:t xml:space="preserve"> why </w:t>
      </w:r>
      <w:r w:rsidR="1A9967F6" w:rsidRPr="342C33C6">
        <w:rPr>
          <w:b w:val="0"/>
          <w:lang w:val="en-GB"/>
        </w:rPr>
        <w:t>you believe the approach</w:t>
      </w:r>
      <w:r w:rsidRPr="342C33C6">
        <w:rPr>
          <w:b w:val="0"/>
          <w:lang w:val="en-GB"/>
        </w:rPr>
        <w:t xml:space="preserve"> is likely to achieve the intended outcomes</w:t>
      </w:r>
      <w:r w:rsidR="1A9967F6" w:rsidRPr="342C33C6">
        <w:rPr>
          <w:b w:val="0"/>
          <w:lang w:val="en-GB"/>
        </w:rPr>
        <w:t>.</w:t>
      </w:r>
    </w:p>
    <w:p w14:paraId="47C90A16" w14:textId="11BEDF8E" w:rsidR="00D13A0E" w:rsidRDefault="19C854E2" w:rsidP="3765517A">
      <w:pPr>
        <w:pStyle w:val="Question"/>
        <w:rPr>
          <w:rFonts w:ascii="Arial" w:eastAsia="Arial" w:hAnsi="Arial" w:cs="Arial"/>
          <w:i/>
          <w:sz w:val="20"/>
          <w:szCs w:val="20"/>
          <w:lang w:val="en-GB"/>
        </w:rPr>
      </w:pPr>
      <w:r w:rsidRPr="342C33C6">
        <w:rPr>
          <w:rFonts w:ascii="Arial" w:eastAsia="Arial" w:hAnsi="Arial" w:cs="Arial"/>
          <w:i/>
          <w:iCs/>
          <w:sz w:val="20"/>
          <w:szCs w:val="20"/>
          <w:lang w:val="en-GB"/>
        </w:rPr>
        <w:t xml:space="preserve"> </w:t>
      </w:r>
    </w:p>
    <w:p w14:paraId="0DE588BD" w14:textId="00211740" w:rsidR="00D13A0E" w:rsidRDefault="00D13A0E">
      <w:pPr>
        <w:pStyle w:val="FormQuestion"/>
        <w:keepNext/>
        <w:rPr>
          <w:lang w:val="en-GB"/>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0361A9A8" w14:textId="77777777" w:rsidTr="18A6B18F">
        <w:tc>
          <w:tcPr>
            <w:tcW w:w="10080" w:type="dxa"/>
            <w:shd w:val="clear" w:color="auto" w:fill="FFFFFF" w:themeFill="background1"/>
          </w:tcPr>
          <w:p w14:paraId="219D336F" w14:textId="4D88AF19" w:rsidR="18A6B18F" w:rsidRDefault="18A6B18F" w:rsidP="18A6B18F">
            <w:r w:rsidRPr="18A6B18F">
              <w:rPr>
                <w:i/>
                <w:iCs/>
                <w:color w:val="777777"/>
                <w:sz w:val="16"/>
                <w:szCs w:val="16"/>
              </w:rPr>
              <w:t>Applicant response</w:t>
            </w:r>
          </w:p>
          <w:p w14:paraId="5FABACD5" w14:textId="07417D29" w:rsidR="18A6B18F" w:rsidRDefault="18A6B18F" w:rsidP="18A6B18F">
            <w:r>
              <w:t>________________________________________________________________________________</w:t>
            </w:r>
          </w:p>
          <w:p w14:paraId="4A7E5DC6" w14:textId="582F295B" w:rsidR="18A6B18F" w:rsidRDefault="18A6B18F" w:rsidP="18A6B18F">
            <w:r>
              <w:t>________________________________________________________________________________</w:t>
            </w:r>
          </w:p>
          <w:p w14:paraId="2AA21578" w14:textId="2021B31B" w:rsidR="18A6B18F" w:rsidRDefault="18A6B18F" w:rsidP="18A6B18F">
            <w:r>
              <w:t>________________________________________________________________________________</w:t>
            </w:r>
          </w:p>
        </w:tc>
      </w:tr>
    </w:tbl>
    <w:p w14:paraId="0336B2E5" w14:textId="07683158" w:rsidR="00D13A0E" w:rsidRDefault="342C33C6" w:rsidP="342C33C6">
      <w:pPr>
        <w:pStyle w:val="FormQuestion"/>
        <w:rPr>
          <w:rFonts w:eastAsia="Arial" w:cs="Arial"/>
          <w:color w:val="17365D" w:themeColor="text2" w:themeShade="BF"/>
          <w:sz w:val="20"/>
          <w:szCs w:val="20"/>
          <w:lang w:val="en-GB"/>
        </w:rPr>
      </w:pPr>
      <w:r>
        <w:t>F2</w:t>
      </w:r>
      <w:r w:rsidR="786C298F">
        <w:t xml:space="preserve">. How have sanctuary seekers influenced </w:t>
      </w:r>
      <w:r w:rsidR="4D6914A8">
        <w:t>this</w:t>
      </w:r>
      <w:r w:rsidR="786C298F">
        <w:t xml:space="preserve"> proposal, and how will they continue to influence </w:t>
      </w:r>
      <w:r w:rsidR="4D6914A8">
        <w:t>the project?</w:t>
      </w:r>
      <w:r w:rsidR="04D11D25">
        <w:t xml:space="preserve"> </w:t>
      </w:r>
      <w:r w:rsidR="04D11D25" w:rsidRPr="342C33C6">
        <w:rPr>
          <w:rFonts w:eastAsia="Arial" w:cs="Arial"/>
          <w:color w:val="17365D" w:themeColor="text2" w:themeShade="BF"/>
          <w:sz w:val="20"/>
          <w:szCs w:val="20"/>
          <w:lang w:val="en-GB"/>
        </w:rPr>
        <w:t>(Maximum 400 words)</w:t>
      </w:r>
    </w:p>
    <w:p w14:paraId="150D952C" w14:textId="7D333CF4" w:rsidR="00D13A0E" w:rsidRDefault="7D9B89D1" w:rsidP="26B4DD0C">
      <w:pPr>
        <w:pStyle w:val="FormQuestion"/>
        <w:rPr>
          <w:b w:val="0"/>
          <w:lang w:val="en-GB"/>
        </w:rPr>
      </w:pPr>
      <w:r w:rsidRPr="26B4DD0C">
        <w:rPr>
          <w:b w:val="0"/>
          <w:lang w:val="en-GB"/>
        </w:rPr>
        <w:t xml:space="preserve">Describe how sanctuary seekers have shaped the development of your proposal and how they will be involved in ongoing </w:t>
      </w:r>
      <w:r w:rsidR="786C298F" w:rsidRPr="26B4DD0C">
        <w:rPr>
          <w:b w:val="0"/>
          <w:lang w:val="en-GB"/>
        </w:rPr>
        <w:t>design, delivery, governance, monitoring, and improvement</w:t>
      </w:r>
      <w:r w:rsidRPr="26B4DD0C">
        <w:rPr>
          <w:b w:val="0"/>
          <w:lang w:val="en-GB"/>
        </w:rPr>
        <w:t>.</w:t>
      </w:r>
    </w:p>
    <w:p w14:paraId="0BDAAE26" w14:textId="4DE8754C" w:rsidR="00D13A0E" w:rsidRPr="001D3176" w:rsidRDefault="00D13A0E" w:rsidP="3765517A">
      <w:pPr>
        <w:pStyle w:val="HelpText"/>
        <w:keepNext/>
        <w:spacing w:after="20"/>
        <w:rPr>
          <w:rFonts w:eastAsia="Arial" w:cs="Arial"/>
          <w:color w:val="17365D" w:themeColor="text2" w:themeShade="BF"/>
          <w:sz w:val="20"/>
          <w:szCs w:val="20"/>
          <w:lang w:val="en-GB"/>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3EB93528" w14:textId="77777777" w:rsidTr="18A6B18F">
        <w:tc>
          <w:tcPr>
            <w:tcW w:w="10080" w:type="dxa"/>
            <w:shd w:val="clear" w:color="auto" w:fill="FFFFFF" w:themeFill="background1"/>
          </w:tcPr>
          <w:p w14:paraId="613EC4DE" w14:textId="158A561C" w:rsidR="18A6B18F" w:rsidRDefault="18A6B18F" w:rsidP="18A6B18F">
            <w:r w:rsidRPr="18A6B18F">
              <w:rPr>
                <w:i/>
                <w:iCs/>
                <w:color w:val="777777"/>
                <w:sz w:val="16"/>
                <w:szCs w:val="16"/>
              </w:rPr>
              <w:t>Applicant response</w:t>
            </w:r>
          </w:p>
          <w:p w14:paraId="43524ECE" w14:textId="7FA7CAFD" w:rsidR="18A6B18F" w:rsidRDefault="18A6B18F" w:rsidP="18A6B18F">
            <w:r>
              <w:t>________________________________________________________________________________</w:t>
            </w:r>
          </w:p>
          <w:p w14:paraId="554386E4" w14:textId="5287B3A0" w:rsidR="18A6B18F" w:rsidRDefault="18A6B18F" w:rsidP="18A6B18F">
            <w:r>
              <w:t>________________________________________________________________________________</w:t>
            </w:r>
          </w:p>
          <w:p w14:paraId="736F43BB" w14:textId="30CECD02" w:rsidR="18A6B18F" w:rsidRDefault="18A6B18F" w:rsidP="18A6B18F">
            <w:r>
              <w:t>________________________________________________________________________________</w:t>
            </w:r>
          </w:p>
        </w:tc>
      </w:tr>
    </w:tbl>
    <w:p w14:paraId="24CC0261" w14:textId="13DDA6BF" w:rsidR="00D13A0E" w:rsidRDefault="00D13A0E" w:rsidP="3765517A">
      <w:pPr>
        <w:pStyle w:val="FormQuestion"/>
        <w:spacing w:after="20"/>
        <w:rPr>
          <w:lang w:val="en-GB"/>
        </w:rPr>
      </w:pPr>
    </w:p>
    <w:p w14:paraId="7C6CDE6D" w14:textId="4691BD93" w:rsidR="00D13A0E" w:rsidRDefault="001D3A24" w:rsidP="3765517A">
      <w:pPr>
        <w:pStyle w:val="Heading1"/>
        <w:spacing w:after="20"/>
        <w:rPr>
          <w:lang w:val="en-GB"/>
        </w:rPr>
      </w:pPr>
      <w:r>
        <w:rPr>
          <w:rFonts w:ascii="Calibri" w:eastAsia="Calibri" w:hAnsi="Calibri" w:cs="Calibri"/>
        </w:rPr>
        <w:t xml:space="preserve">Part 10, </w:t>
      </w:r>
      <w:r w:rsidR="4CFFF382" w:rsidRPr="342C33C6">
        <w:rPr>
          <w:rFonts w:ascii="Calibri" w:eastAsia="Calibri" w:hAnsi="Calibri" w:cs="Calibri"/>
        </w:rPr>
        <w:t xml:space="preserve">Section </w:t>
      </w:r>
      <w:r>
        <w:rPr>
          <w:rFonts w:ascii="Calibri" w:eastAsia="Calibri" w:hAnsi="Calibri" w:cs="Calibri"/>
        </w:rPr>
        <w:t>G</w:t>
      </w:r>
      <w:r w:rsidR="4CFFF382" w:rsidRPr="342C33C6">
        <w:rPr>
          <w:rFonts w:ascii="Calibri" w:eastAsia="Calibri" w:hAnsi="Calibri" w:cs="Calibri"/>
        </w:rPr>
        <w:t>: Monitoring, learning, risk and safeguarding</w:t>
      </w:r>
    </w:p>
    <w:p w14:paraId="779DFB6C" w14:textId="5EC38D73" w:rsidR="00D13A0E" w:rsidRDefault="00D01CEA">
      <w:pPr>
        <w:pStyle w:val="HelpText"/>
        <w:rPr>
          <w:lang w:val="en-GB"/>
        </w:rPr>
      </w:pPr>
      <w:r w:rsidRPr="26B4DD0C">
        <w:rPr>
          <w:lang w:val="en-GB"/>
        </w:rPr>
        <w:t>Show how delivery will be safe, accountable, adaptive</w:t>
      </w:r>
      <w:r w:rsidR="607FF85C" w:rsidRPr="26B4DD0C">
        <w:rPr>
          <w:lang w:val="en-GB"/>
        </w:rPr>
        <w:t>,</w:t>
      </w:r>
      <w:r w:rsidRPr="26B4DD0C">
        <w:rPr>
          <w:lang w:val="en-GB"/>
        </w:rPr>
        <w:t xml:space="preserve"> and capable of demonstrating results.</w:t>
      </w:r>
    </w:p>
    <w:p w14:paraId="7E12C784" w14:textId="046C107C" w:rsidR="4B5E0407" w:rsidRDefault="4B5E0407" w:rsidP="4B5E0407">
      <w:pPr>
        <w:pStyle w:val="HelpText"/>
        <w:rPr>
          <w:lang w:val="en-GB"/>
        </w:rPr>
      </w:pPr>
    </w:p>
    <w:p w14:paraId="0D0E5A14" w14:textId="20CBEB6E" w:rsidR="7FF04445" w:rsidRDefault="342C33C6" w:rsidP="26B4DD0C">
      <w:pPr>
        <w:pStyle w:val="FormQuestion"/>
        <w:rPr>
          <w:b w:val="0"/>
          <w:lang w:val="en-GB"/>
        </w:rPr>
      </w:pPr>
      <w:r>
        <w:t>G1. How will you monitor and evaluate progress towards your Supporting Outcomes? (Complete the Monitoring and Evaluation Template provided and upload it with your application.)</w:t>
      </w:r>
      <w:r w:rsidR="7FF04445">
        <w:br/>
      </w:r>
      <w:r>
        <w:rPr>
          <w:b w:val="0"/>
        </w:rPr>
        <w:t>For each Supporting Outcome, set out the indicators you will use to measure progress, how evidence will be collected, who will provide it, and when it will be gathered and reported. Indicators should focus on demonstrating that the intended change or benefit has occurred for participants, rather than simply reporting activities delivered or numbers reached.</w:t>
      </w:r>
    </w:p>
    <w:p w14:paraId="2455FB22" w14:textId="02AA1544" w:rsidR="342C33C6" w:rsidRDefault="342C33C6" w:rsidP="342C33C6">
      <w:pPr>
        <w:pStyle w:val="HelpText"/>
        <w:rPr>
          <w:highlight w:val="yellow"/>
          <w:lang w:val="en-GB"/>
        </w:rPr>
      </w:pPr>
    </w:p>
    <w:p w14:paraId="1141BF0B" w14:textId="1045DFBE" w:rsidR="29A428D7" w:rsidRDefault="29A428D7" w:rsidP="342C33C6">
      <w:pPr>
        <w:pStyle w:val="HelpText"/>
        <w:rPr>
          <w:lang w:val="en-GB"/>
        </w:rPr>
      </w:pPr>
      <w:r w:rsidRPr="17C5FACF">
        <w:rPr>
          <w:lang w:val="en-GB"/>
        </w:rPr>
        <w:t xml:space="preserve">Your response for this question should </w:t>
      </w:r>
      <w:r w:rsidR="4962D31E" w:rsidRPr="17C5FACF">
        <w:rPr>
          <w:lang w:val="en-GB"/>
        </w:rPr>
        <w:t>be</w:t>
      </w:r>
      <w:r w:rsidRPr="17C5FACF">
        <w:rPr>
          <w:lang w:val="en-GB"/>
        </w:rPr>
        <w:t xml:space="preserve"> </w:t>
      </w:r>
      <w:r w:rsidR="4A814276" w:rsidRPr="17C5FACF">
        <w:rPr>
          <w:lang w:val="en-GB"/>
        </w:rPr>
        <w:t>uploaded</w:t>
      </w:r>
      <w:r w:rsidRPr="17C5FACF">
        <w:rPr>
          <w:lang w:val="en-GB"/>
        </w:rPr>
        <w:t xml:space="preserve"> a</w:t>
      </w:r>
      <w:r w:rsidR="75BE02CA" w:rsidRPr="17C5FACF">
        <w:rPr>
          <w:lang w:val="en-GB"/>
        </w:rPr>
        <w:t>t</w:t>
      </w:r>
      <w:r w:rsidRPr="17C5FACF">
        <w:rPr>
          <w:lang w:val="en-GB"/>
        </w:rPr>
        <w:t xml:space="preserve"> D1, </w:t>
      </w:r>
      <w:r w:rsidR="45DF9287" w:rsidRPr="17C5FACF">
        <w:rPr>
          <w:lang w:val="en-GB"/>
        </w:rPr>
        <w:t>as part of th</w:t>
      </w:r>
      <w:r w:rsidRPr="17C5FACF">
        <w:rPr>
          <w:lang w:val="en-GB"/>
        </w:rPr>
        <w:t>e Delivery, Evaluation and Risks Template provided. This template covers questions D1, D3, G1 and G5. Make sure they are all completed before you upload your response</w:t>
      </w:r>
    </w:p>
    <w:p w14:paraId="16019BBB" w14:textId="40EDDBCF" w:rsidR="00EF6293" w:rsidRDefault="00EF6293" w:rsidP="342C33C6">
      <w:pPr>
        <w:pStyle w:val="HelpText"/>
        <w:rPr>
          <w:lang w:val="en-GB"/>
        </w:rPr>
      </w:pPr>
    </w:p>
    <w:tbl>
      <w:tblPr>
        <w:tblStyle w:val="TableGrid"/>
        <w:tblW w:w="0" w:type="auto"/>
        <w:tblLook w:val="04A0" w:firstRow="1" w:lastRow="0" w:firstColumn="1" w:lastColumn="0" w:noHBand="0" w:noVBand="1"/>
      </w:tblPr>
      <w:tblGrid>
        <w:gridCol w:w="2517"/>
        <w:gridCol w:w="2517"/>
        <w:gridCol w:w="2518"/>
        <w:gridCol w:w="2518"/>
      </w:tblGrid>
      <w:tr w:rsidR="4B5E0407" w14:paraId="45059D44" w14:textId="77777777" w:rsidTr="26B4DD0C">
        <w:trPr>
          <w:trHeight w:val="300"/>
        </w:trPr>
        <w:tc>
          <w:tcPr>
            <w:tcW w:w="2517" w:type="dxa"/>
            <w:shd w:val="clear" w:color="auto" w:fill="17365D" w:themeFill="text2" w:themeFillShade="BF"/>
            <w:tcMar>
              <w:top w:w="90" w:type="dxa"/>
              <w:left w:w="100" w:type="dxa"/>
              <w:bottom w:w="90" w:type="dxa"/>
              <w:right w:w="100" w:type="dxa"/>
            </w:tcMar>
            <w:vAlign w:val="center"/>
          </w:tcPr>
          <w:p w14:paraId="3F5BCCB6" w14:textId="27E60429" w:rsidR="14FD9140" w:rsidRDefault="14FD9140">
            <w:pPr>
              <w:rPr>
                <w:b/>
                <w:color w:val="FFFFFF" w:themeColor="background1"/>
                <w:sz w:val="18"/>
                <w:szCs w:val="18"/>
                <w:lang w:val="en-GB"/>
              </w:rPr>
            </w:pPr>
            <w:r w:rsidRPr="26B4DD0C">
              <w:rPr>
                <w:b/>
                <w:color w:val="FFFFFF" w:themeColor="background1"/>
                <w:sz w:val="18"/>
                <w:szCs w:val="18"/>
                <w:lang w:val="en-GB"/>
              </w:rPr>
              <w:t>Supporting Outcome</w:t>
            </w:r>
          </w:p>
        </w:tc>
        <w:tc>
          <w:tcPr>
            <w:tcW w:w="2517" w:type="dxa"/>
            <w:shd w:val="clear" w:color="auto" w:fill="17365D" w:themeFill="text2" w:themeFillShade="BF"/>
            <w:tcMar>
              <w:top w:w="90" w:type="dxa"/>
              <w:left w:w="100" w:type="dxa"/>
              <w:bottom w:w="90" w:type="dxa"/>
              <w:right w:w="100" w:type="dxa"/>
            </w:tcMar>
            <w:vAlign w:val="center"/>
          </w:tcPr>
          <w:p w14:paraId="13816B10" w14:textId="0344B5B3" w:rsidR="7FF04445" w:rsidRPr="26B4DD0C" w:rsidRDefault="7FF04445" w:rsidP="26B4DD0C">
            <w:pPr>
              <w:rPr>
                <w:b/>
                <w:bCs/>
                <w:color w:val="FFFFFF" w:themeColor="background1"/>
                <w:sz w:val="18"/>
                <w:szCs w:val="18"/>
                <w:lang w:val="en-GB"/>
              </w:rPr>
            </w:pPr>
            <w:r w:rsidRPr="26B4DD0C">
              <w:rPr>
                <w:b/>
                <w:bCs/>
                <w:color w:val="FFFFFF" w:themeColor="background1"/>
                <w:sz w:val="18"/>
                <w:szCs w:val="18"/>
                <w:lang w:val="en-GB"/>
              </w:rPr>
              <w:t>Indicator</w:t>
            </w:r>
          </w:p>
        </w:tc>
        <w:tc>
          <w:tcPr>
            <w:tcW w:w="2518" w:type="dxa"/>
            <w:shd w:val="clear" w:color="auto" w:fill="17365D" w:themeFill="text2" w:themeFillShade="BF"/>
            <w:tcMar>
              <w:top w:w="90" w:type="dxa"/>
              <w:left w:w="100" w:type="dxa"/>
              <w:bottom w:w="90" w:type="dxa"/>
              <w:right w:w="100" w:type="dxa"/>
            </w:tcMar>
            <w:vAlign w:val="center"/>
          </w:tcPr>
          <w:p w14:paraId="4309F556" w14:textId="48739EAF" w:rsidR="14FD9140" w:rsidRDefault="14FD9140" w:rsidP="4B5E0407">
            <w:pPr>
              <w:rPr>
                <w:b/>
                <w:color w:val="FFFFFF" w:themeColor="background1"/>
                <w:sz w:val="18"/>
                <w:szCs w:val="18"/>
                <w:lang w:val="en-GB"/>
              </w:rPr>
            </w:pPr>
            <w:r w:rsidRPr="26B4DD0C">
              <w:rPr>
                <w:b/>
                <w:color w:val="FFFFFF" w:themeColor="background1"/>
                <w:sz w:val="18"/>
                <w:szCs w:val="18"/>
                <w:lang w:val="en-GB"/>
              </w:rPr>
              <w:t>Evidence source / method</w:t>
            </w:r>
          </w:p>
        </w:tc>
        <w:tc>
          <w:tcPr>
            <w:tcW w:w="2518" w:type="dxa"/>
            <w:shd w:val="clear" w:color="auto" w:fill="17365D" w:themeFill="text2" w:themeFillShade="BF"/>
            <w:tcMar>
              <w:top w:w="90" w:type="dxa"/>
              <w:left w:w="100" w:type="dxa"/>
              <w:bottom w:w="90" w:type="dxa"/>
              <w:right w:w="100" w:type="dxa"/>
            </w:tcMar>
            <w:vAlign w:val="center"/>
          </w:tcPr>
          <w:p w14:paraId="0913BAA5" w14:textId="1F319E8D" w:rsidR="4BFD76E3" w:rsidRDefault="4BFD76E3">
            <w:pPr>
              <w:rPr>
                <w:b/>
                <w:color w:val="FFFFFF" w:themeColor="background1"/>
                <w:sz w:val="18"/>
                <w:szCs w:val="18"/>
                <w:lang w:val="en-GB"/>
              </w:rPr>
            </w:pPr>
            <w:r w:rsidRPr="26B4DD0C">
              <w:rPr>
                <w:b/>
                <w:color w:val="FFFFFF" w:themeColor="background1"/>
                <w:sz w:val="18"/>
                <w:szCs w:val="18"/>
                <w:lang w:val="en-GB"/>
              </w:rPr>
              <w:t>Frequency</w:t>
            </w:r>
          </w:p>
        </w:tc>
      </w:tr>
      <w:tr w:rsidR="4B5E0407" w14:paraId="7B538AF8" w14:textId="77777777" w:rsidTr="4B5E0407">
        <w:trPr>
          <w:trHeight w:val="300"/>
        </w:trPr>
        <w:tc>
          <w:tcPr>
            <w:tcW w:w="2517" w:type="dxa"/>
            <w:tcMar>
              <w:top w:w="90" w:type="dxa"/>
              <w:left w:w="100" w:type="dxa"/>
              <w:bottom w:w="90" w:type="dxa"/>
              <w:right w:w="100" w:type="dxa"/>
            </w:tcMar>
            <w:vAlign w:val="center"/>
          </w:tcPr>
          <w:p w14:paraId="3A2A26A3" w14:textId="298B5F58" w:rsidR="4B5E0407" w:rsidRDefault="4B5E0407" w:rsidP="4B5E0407">
            <w:pPr>
              <w:rPr>
                <w:b/>
                <w:color w:val="17365D" w:themeColor="text2" w:themeShade="BF"/>
                <w:sz w:val="16"/>
                <w:szCs w:val="16"/>
                <w:lang w:val="en-GB"/>
              </w:rPr>
            </w:pPr>
          </w:p>
        </w:tc>
        <w:tc>
          <w:tcPr>
            <w:tcW w:w="2517" w:type="dxa"/>
            <w:tcMar>
              <w:top w:w="90" w:type="dxa"/>
              <w:left w:w="100" w:type="dxa"/>
              <w:bottom w:w="90" w:type="dxa"/>
              <w:right w:w="100" w:type="dxa"/>
            </w:tcMar>
            <w:vAlign w:val="center"/>
          </w:tcPr>
          <w:p w14:paraId="0086FAFC" w14:textId="46B3839E" w:rsidR="4B5E0407" w:rsidRDefault="4B5E0407">
            <w:pPr>
              <w:rPr>
                <w:lang w:val="en-GB"/>
              </w:rPr>
            </w:pPr>
          </w:p>
        </w:tc>
        <w:tc>
          <w:tcPr>
            <w:tcW w:w="2518" w:type="dxa"/>
            <w:tcMar>
              <w:top w:w="90" w:type="dxa"/>
              <w:left w:w="100" w:type="dxa"/>
              <w:bottom w:w="90" w:type="dxa"/>
              <w:right w:w="100" w:type="dxa"/>
            </w:tcMar>
            <w:vAlign w:val="center"/>
          </w:tcPr>
          <w:p w14:paraId="3A127F0A" w14:textId="77777777" w:rsidR="4B5E0407" w:rsidRDefault="4B5E0407">
            <w:pPr>
              <w:rPr>
                <w:lang w:val="en-GB"/>
              </w:rPr>
            </w:pPr>
            <w:r>
              <w:br/>
            </w:r>
            <w:r>
              <w:br/>
            </w:r>
          </w:p>
        </w:tc>
        <w:tc>
          <w:tcPr>
            <w:tcW w:w="2518" w:type="dxa"/>
            <w:tcMar>
              <w:top w:w="90" w:type="dxa"/>
              <w:left w:w="100" w:type="dxa"/>
              <w:bottom w:w="90" w:type="dxa"/>
              <w:right w:w="100" w:type="dxa"/>
            </w:tcMar>
            <w:vAlign w:val="center"/>
          </w:tcPr>
          <w:p w14:paraId="699B3641" w14:textId="77777777" w:rsidR="4B5E0407" w:rsidRDefault="4B5E0407">
            <w:pPr>
              <w:rPr>
                <w:lang w:val="en-GB"/>
              </w:rPr>
            </w:pPr>
            <w:r>
              <w:br/>
            </w:r>
            <w:r>
              <w:br/>
            </w:r>
          </w:p>
        </w:tc>
      </w:tr>
      <w:tr w:rsidR="4B5E0407" w14:paraId="6E2C5590" w14:textId="77777777" w:rsidTr="4B5E0407">
        <w:trPr>
          <w:trHeight w:val="300"/>
        </w:trPr>
        <w:tc>
          <w:tcPr>
            <w:tcW w:w="2517" w:type="dxa"/>
            <w:tcMar>
              <w:top w:w="90" w:type="dxa"/>
              <w:left w:w="100" w:type="dxa"/>
              <w:bottom w:w="90" w:type="dxa"/>
              <w:right w:w="100" w:type="dxa"/>
            </w:tcMar>
            <w:vAlign w:val="center"/>
          </w:tcPr>
          <w:p w14:paraId="78FC0C82" w14:textId="62AE764D" w:rsidR="4B5E0407" w:rsidRDefault="4B5E0407" w:rsidP="4B5E0407">
            <w:pPr>
              <w:rPr>
                <w:b/>
                <w:color w:val="17365D" w:themeColor="text2" w:themeShade="BF"/>
                <w:sz w:val="16"/>
                <w:szCs w:val="16"/>
                <w:lang w:val="en-GB"/>
              </w:rPr>
            </w:pPr>
          </w:p>
        </w:tc>
        <w:tc>
          <w:tcPr>
            <w:tcW w:w="2517" w:type="dxa"/>
            <w:tcMar>
              <w:top w:w="90" w:type="dxa"/>
              <w:left w:w="100" w:type="dxa"/>
              <w:bottom w:w="90" w:type="dxa"/>
              <w:right w:w="100" w:type="dxa"/>
            </w:tcMar>
            <w:vAlign w:val="center"/>
          </w:tcPr>
          <w:p w14:paraId="130FF32A" w14:textId="2384D071" w:rsidR="4B5E0407" w:rsidRDefault="4B5E0407">
            <w:pPr>
              <w:rPr>
                <w:lang w:val="en-GB"/>
              </w:rPr>
            </w:pPr>
          </w:p>
        </w:tc>
        <w:tc>
          <w:tcPr>
            <w:tcW w:w="2518" w:type="dxa"/>
            <w:tcMar>
              <w:top w:w="90" w:type="dxa"/>
              <w:left w:w="100" w:type="dxa"/>
              <w:bottom w:w="90" w:type="dxa"/>
              <w:right w:w="100" w:type="dxa"/>
            </w:tcMar>
            <w:vAlign w:val="center"/>
          </w:tcPr>
          <w:p w14:paraId="55FE3CC9" w14:textId="77777777" w:rsidR="4B5E0407" w:rsidRDefault="4B5E0407">
            <w:pPr>
              <w:rPr>
                <w:lang w:val="en-GB"/>
              </w:rPr>
            </w:pPr>
            <w:r>
              <w:br/>
            </w:r>
            <w:r>
              <w:br/>
            </w:r>
          </w:p>
        </w:tc>
        <w:tc>
          <w:tcPr>
            <w:tcW w:w="2518" w:type="dxa"/>
            <w:tcMar>
              <w:top w:w="90" w:type="dxa"/>
              <w:left w:w="100" w:type="dxa"/>
              <w:bottom w:w="90" w:type="dxa"/>
              <w:right w:w="100" w:type="dxa"/>
            </w:tcMar>
            <w:vAlign w:val="center"/>
          </w:tcPr>
          <w:p w14:paraId="6A460B6F" w14:textId="77777777" w:rsidR="4B5E0407" w:rsidRDefault="4B5E0407">
            <w:pPr>
              <w:rPr>
                <w:lang w:val="en-GB"/>
              </w:rPr>
            </w:pPr>
            <w:r>
              <w:br/>
            </w:r>
            <w:r>
              <w:br/>
            </w:r>
          </w:p>
        </w:tc>
      </w:tr>
    </w:tbl>
    <w:p w14:paraId="0F47A596" w14:textId="290CC912" w:rsidR="4B5E0407" w:rsidRDefault="4B5E0407" w:rsidP="4B5E0407">
      <w:pPr>
        <w:spacing w:after="0" w:line="300" w:lineRule="auto"/>
        <w:rPr>
          <w:rFonts w:ascii="Segoe UI" w:eastAsia="Segoe UI" w:hAnsi="Segoe UI" w:cs="Segoe UI"/>
          <w:i/>
          <w:sz w:val="21"/>
          <w:szCs w:val="21"/>
          <w:lang w:val="en-GB"/>
        </w:rPr>
      </w:pPr>
    </w:p>
    <w:p w14:paraId="122EA07F" w14:textId="6FDECD72" w:rsidR="0A095A56" w:rsidRDefault="0A095A56" w:rsidP="4B5E0407">
      <w:pPr>
        <w:pStyle w:val="HelpText"/>
        <w:rPr>
          <w:lang w:val="en-GB"/>
        </w:rPr>
      </w:pPr>
      <w:r w:rsidRPr="18A6B18F">
        <w:rPr>
          <w:lang w:val="en-GB"/>
        </w:rPr>
        <w:t>For each outcome, identify one or more indicators that will demonstrate progress towards the intended change, the evidence source or method you will use to measure those indicators, and how often the evidence will be collected.</w:t>
      </w:r>
    </w:p>
    <w:p w14:paraId="008184FB" w14:textId="5DEB999B" w:rsidR="0A095A56" w:rsidRDefault="0A095A56" w:rsidP="001D3176">
      <w:pPr>
        <w:pStyle w:val="HelpText"/>
        <w:rPr>
          <w:lang w:val="en-GB"/>
        </w:rPr>
      </w:pPr>
      <w:r w:rsidRPr="18A6B18F">
        <w:rPr>
          <w:lang w:val="en-GB"/>
        </w:rPr>
        <w:t>Supporting Outcome</w:t>
      </w:r>
      <w:r w:rsidR="03E8F2B2" w:rsidRPr="18A6B18F">
        <w:rPr>
          <w:lang w:val="en-GB"/>
        </w:rPr>
        <w:t>:</w:t>
      </w:r>
      <w:r w:rsidRPr="18A6B18F">
        <w:rPr>
          <w:lang w:val="en-GB"/>
        </w:rPr>
        <w:t xml:space="preserve"> the change or benefit the project aims to achieve.</w:t>
      </w:r>
    </w:p>
    <w:p w14:paraId="2821DB8B" w14:textId="41CC0D0D" w:rsidR="0A095A56" w:rsidRDefault="0A095A56" w:rsidP="001D3176">
      <w:pPr>
        <w:pStyle w:val="HelpText"/>
        <w:rPr>
          <w:lang w:val="en-GB"/>
        </w:rPr>
      </w:pPr>
      <w:r w:rsidRPr="18A6B18F">
        <w:rPr>
          <w:lang w:val="en-GB"/>
        </w:rPr>
        <w:t>Indicator</w:t>
      </w:r>
      <w:r w:rsidR="2B7B97A7" w:rsidRPr="18A6B18F">
        <w:rPr>
          <w:lang w:val="en-GB"/>
        </w:rPr>
        <w:t>:</w:t>
      </w:r>
      <w:r w:rsidRPr="18A6B18F">
        <w:rPr>
          <w:lang w:val="en-GB"/>
        </w:rPr>
        <w:t xml:space="preserve"> the measure that will demonstrate progress towards, or achievement of, the outcome.</w:t>
      </w:r>
    </w:p>
    <w:p w14:paraId="3ED7AC76" w14:textId="3FFB3D3A" w:rsidR="0A095A56" w:rsidRDefault="0A095A56" w:rsidP="001D3176">
      <w:pPr>
        <w:pStyle w:val="HelpText"/>
        <w:rPr>
          <w:lang w:val="en-GB"/>
        </w:rPr>
      </w:pPr>
      <w:r w:rsidRPr="18A6B18F">
        <w:rPr>
          <w:lang w:val="en-GB"/>
        </w:rPr>
        <w:t>Evidence source / method</w:t>
      </w:r>
      <w:r w:rsidR="1012CBE0" w:rsidRPr="18A6B18F">
        <w:rPr>
          <w:lang w:val="en-GB"/>
        </w:rPr>
        <w:t>:</w:t>
      </w:r>
      <w:r w:rsidRPr="18A6B18F">
        <w:rPr>
          <w:lang w:val="en-GB"/>
        </w:rPr>
        <w:t xml:space="preserve"> how information will be collected to measure the indicator (for example, participant surveys, interviews, focus groups, case records or observation).</w:t>
      </w:r>
    </w:p>
    <w:p w14:paraId="6E8AAB60" w14:textId="6CDF26F0" w:rsidR="26B4DD0C" w:rsidRDefault="26B4DD0C" w:rsidP="18A6B18F">
      <w:pPr>
        <w:pStyle w:val="HelpText"/>
        <w:rPr>
          <w:lang w:val="en-GB"/>
        </w:rPr>
      </w:pPr>
      <w:r w:rsidRPr="18A6B18F">
        <w:rPr>
          <w:lang w:val="en-GB"/>
        </w:rPr>
        <w:t>Frequency</w:t>
      </w:r>
      <w:r w:rsidR="532A9196" w:rsidRPr="18A6B18F">
        <w:rPr>
          <w:lang w:val="en-GB"/>
        </w:rPr>
        <w:t>:</w:t>
      </w:r>
      <w:r w:rsidRPr="18A6B18F">
        <w:rPr>
          <w:lang w:val="en-GB"/>
        </w:rPr>
        <w:t xml:space="preserve"> how often evidence will be collected (for example, monthly, quarterly, at the start and end of support, or at project completion).</w:t>
      </w:r>
    </w:p>
    <w:p w14:paraId="2579AE0C" w14:textId="5C38545C" w:rsidR="4B5E0407" w:rsidRDefault="4B5E0407" w:rsidP="4B5E0407">
      <w:pPr>
        <w:pStyle w:val="HelpText"/>
        <w:rPr>
          <w:lang w:val="en-GB"/>
        </w:rPr>
      </w:pPr>
    </w:p>
    <w:p w14:paraId="4D5A8C43" w14:textId="73F46ABA" w:rsidR="4B5E0407" w:rsidRDefault="4B5E0407" w:rsidP="4B5E0407">
      <w:pPr>
        <w:pStyle w:val="HelpText"/>
        <w:rPr>
          <w:lang w:val="en-GB"/>
        </w:rPr>
      </w:pPr>
    </w:p>
    <w:p w14:paraId="02C359F2" w14:textId="226473BD" w:rsidR="00D13A0E" w:rsidRDefault="342C33C6">
      <w:pPr>
        <w:pStyle w:val="FormQuestion"/>
        <w:keepNext/>
        <w:rPr>
          <w:lang w:val="en-GB"/>
        </w:rPr>
      </w:pPr>
      <w:r>
        <w:t>G2</w:t>
      </w:r>
      <w:r w:rsidR="56221ABA">
        <w:t xml:space="preserve">. How </w:t>
      </w:r>
      <w:r w:rsidR="3FDEF4F4">
        <w:t xml:space="preserve">do you </w:t>
      </w:r>
      <w:r w:rsidR="5B791FC7">
        <w:t xml:space="preserve">intend to collect and report on </w:t>
      </w:r>
      <w:r w:rsidR="56221ABA">
        <w:t>equality data? (Maximum 400 words)</w:t>
      </w:r>
    </w:p>
    <w:p w14:paraId="37D5A915" w14:textId="4C250A65" w:rsidR="217D5F66" w:rsidRDefault="217D5F66" w:rsidP="26B4DD0C">
      <w:pPr>
        <w:pStyle w:val="HelpText"/>
        <w:rPr>
          <w:highlight w:val="green"/>
          <w:lang w:val="en-GB"/>
        </w:rPr>
      </w:pPr>
      <w:r w:rsidRPr="18A6B18F">
        <w:rPr>
          <w:lang w:val="en-GB"/>
        </w:rPr>
        <w:t>Describe the equality data you will collect, how it will be gathered, stored and reported, and</w:t>
      </w:r>
      <w:r w:rsidRPr="18A6B18F">
        <w:rPr>
          <w:rFonts w:asciiTheme="minorHAnsi" w:hAnsiTheme="minorHAnsi"/>
          <w:szCs w:val="18"/>
          <w:lang w:val="en-GB"/>
        </w:rPr>
        <w:t xml:space="preserve"> any steps you will take to encourage participation while ensuring confidentiality and compliance with data protection requirements</w:t>
      </w:r>
    </w:p>
    <w:p w14:paraId="42E2464C" w14:textId="06B22292" w:rsidR="4B5E0407" w:rsidRDefault="4B5E0407" w:rsidP="4B5E0407">
      <w:pPr>
        <w:pStyle w:val="FormQuestion"/>
        <w:keepNext/>
        <w:rPr>
          <w:lang w:val="en-GB"/>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2F767C03" w14:textId="77777777" w:rsidTr="18A6B18F">
        <w:tc>
          <w:tcPr>
            <w:tcW w:w="10080" w:type="dxa"/>
            <w:shd w:val="clear" w:color="auto" w:fill="FFFFFF" w:themeFill="background1"/>
          </w:tcPr>
          <w:p w14:paraId="72691C54" w14:textId="49F8EB1D" w:rsidR="18A6B18F" w:rsidRDefault="18A6B18F" w:rsidP="18A6B18F">
            <w:r w:rsidRPr="18A6B18F">
              <w:rPr>
                <w:i/>
                <w:iCs/>
                <w:color w:val="777777"/>
                <w:sz w:val="16"/>
                <w:szCs w:val="16"/>
              </w:rPr>
              <w:t>Applicant response</w:t>
            </w:r>
          </w:p>
          <w:p w14:paraId="296F97D9" w14:textId="0E8DEF64" w:rsidR="18A6B18F" w:rsidRDefault="18A6B18F" w:rsidP="18A6B18F">
            <w:r>
              <w:t>________________________________________________________________________________</w:t>
            </w:r>
          </w:p>
          <w:p w14:paraId="59B3EFA6" w14:textId="1D0DE8C1" w:rsidR="18A6B18F" w:rsidRDefault="18A6B18F" w:rsidP="18A6B18F">
            <w:r>
              <w:t>________________________________________________________________________________</w:t>
            </w:r>
          </w:p>
          <w:p w14:paraId="2FC166C4" w14:textId="724B4EEB" w:rsidR="18A6B18F" w:rsidRDefault="18A6B18F" w:rsidP="18A6B18F">
            <w:r>
              <w:t>________________________________________________________________________________</w:t>
            </w:r>
          </w:p>
        </w:tc>
      </w:tr>
    </w:tbl>
    <w:p w14:paraId="747F5BF2" w14:textId="459ECB5C" w:rsidR="3765517A" w:rsidRDefault="3765517A" w:rsidP="3765517A">
      <w:pPr>
        <w:spacing w:after="20"/>
        <w:rPr>
          <w:lang w:val="en-GB"/>
        </w:rPr>
      </w:pPr>
    </w:p>
    <w:p w14:paraId="252C2D42" w14:textId="1549FCD6" w:rsidR="00D13A0E" w:rsidRDefault="342C33C6">
      <w:pPr>
        <w:pStyle w:val="FormQuestion"/>
        <w:keepNext/>
        <w:rPr>
          <w:lang w:val="en-GB"/>
        </w:rPr>
      </w:pPr>
      <w:r>
        <w:t>G3</w:t>
      </w:r>
      <w:r w:rsidR="00D01CEA">
        <w:t xml:space="preserve">. How </w:t>
      </w:r>
      <w:r w:rsidR="70C0D461">
        <w:t>do</w:t>
      </w:r>
      <w:r w:rsidR="00D01CEA">
        <w:t xml:space="preserve"> you </w:t>
      </w:r>
      <w:r w:rsidR="0BB60B2C">
        <w:t>plan to</w:t>
      </w:r>
      <w:r w:rsidR="00D01CEA">
        <w:t xml:space="preserve"> gather accessible participant feedback, learn from complaints</w:t>
      </w:r>
      <w:r w:rsidR="111EDED4">
        <w:t>,</w:t>
      </w:r>
      <w:r w:rsidR="00D01CEA">
        <w:t xml:space="preserve"> and use learning to improve delivery? (Maximum </w:t>
      </w:r>
      <w:r w:rsidR="209D4FEE">
        <w:t>40</w:t>
      </w:r>
      <w:r>
        <w:t>0</w:t>
      </w:r>
      <w:r w:rsidR="00D01CEA">
        <w:t xml:space="preserve"> words)</w:t>
      </w:r>
    </w:p>
    <w:p w14:paraId="68AB9C07" w14:textId="6A01DBE5" w:rsidR="6067CDFA" w:rsidRDefault="6067CDFA" w:rsidP="18A6B18F">
      <w:pPr>
        <w:pStyle w:val="HelpText"/>
        <w:rPr>
          <w:lang w:val="en-GB"/>
        </w:rPr>
      </w:pPr>
      <w:r w:rsidRPr="18A6B18F">
        <w:rPr>
          <w:lang w:val="en-GB"/>
        </w:rPr>
        <w:t>Describe how you will ensure participants can provide feedback and raise concerns in ways that are accessible and appropriate to their needs. Explain how feedback, complaints and learning will be reviewed and used to improve your services and outcomes for participants.</w:t>
      </w:r>
    </w:p>
    <w:p w14:paraId="224B94C2" w14:textId="6740FE3A" w:rsidR="4B5E0407" w:rsidRDefault="4B5E0407" w:rsidP="4B5E0407">
      <w:pPr>
        <w:pStyle w:val="FormQuestion"/>
        <w:keepNext/>
        <w:rPr>
          <w:lang w:val="en-GB"/>
        </w:rPr>
      </w:pPr>
    </w:p>
    <w:p w14:paraId="2104ACD8" w14:textId="0DEC7FE7" w:rsidR="4B5E0407" w:rsidRDefault="4B5E0407" w:rsidP="4B5E0407">
      <w:pPr>
        <w:pStyle w:val="FormQuestion"/>
        <w:keepNext/>
        <w:rPr>
          <w:lang w:val="en-GB"/>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0B331DD9" w14:textId="77777777" w:rsidTr="18A6B18F">
        <w:tc>
          <w:tcPr>
            <w:tcW w:w="10080" w:type="dxa"/>
            <w:shd w:val="clear" w:color="auto" w:fill="FFFFFF" w:themeFill="background1"/>
          </w:tcPr>
          <w:p w14:paraId="76C19FF9" w14:textId="29B12D5A" w:rsidR="18A6B18F" w:rsidRDefault="18A6B18F" w:rsidP="18A6B18F">
            <w:r w:rsidRPr="18A6B18F">
              <w:rPr>
                <w:i/>
                <w:iCs/>
                <w:color w:val="777777"/>
                <w:sz w:val="16"/>
                <w:szCs w:val="16"/>
              </w:rPr>
              <w:t>Applicant response</w:t>
            </w:r>
          </w:p>
          <w:p w14:paraId="46FFE43F" w14:textId="009E2791" w:rsidR="18A6B18F" w:rsidRDefault="18A6B18F" w:rsidP="18A6B18F">
            <w:r>
              <w:t>________________________________________________________________________________</w:t>
            </w:r>
          </w:p>
          <w:p w14:paraId="1821EF7D" w14:textId="0F7C7395" w:rsidR="18A6B18F" w:rsidRDefault="18A6B18F" w:rsidP="18A6B18F">
            <w:r>
              <w:t>________________________________________________________________________________</w:t>
            </w:r>
          </w:p>
          <w:p w14:paraId="38EF0650" w14:textId="6F5C7989" w:rsidR="18A6B18F" w:rsidRDefault="18A6B18F" w:rsidP="18A6B18F">
            <w:r>
              <w:t>________________________________________________________________________________</w:t>
            </w:r>
          </w:p>
        </w:tc>
      </w:tr>
    </w:tbl>
    <w:p w14:paraId="0EAE7592" w14:textId="4F2BE84D" w:rsidR="00D13A0E" w:rsidRDefault="00D13A0E">
      <w:pPr>
        <w:spacing w:after="20"/>
        <w:rPr>
          <w:lang w:val="en-GB"/>
        </w:rPr>
      </w:pPr>
    </w:p>
    <w:p w14:paraId="55E10CD2" w14:textId="4CB2089A" w:rsidR="00D13A0E" w:rsidRDefault="001D3A24">
      <w:pPr>
        <w:pStyle w:val="FormQuestion"/>
        <w:keepNext/>
        <w:rPr>
          <w:lang w:val="en-GB"/>
        </w:rPr>
      </w:pPr>
      <w:r>
        <w:t>G4</w:t>
      </w:r>
      <w:r w:rsidR="00D01CEA">
        <w:t>. Describe your safeguarding approach, referral routes and arrangements for managing concerns involving children or adults at risk. (Maximum 400 words)</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2D3EAEA7" w14:textId="77777777" w:rsidTr="18A6B18F">
        <w:tc>
          <w:tcPr>
            <w:tcW w:w="10080" w:type="dxa"/>
            <w:shd w:val="clear" w:color="auto" w:fill="FFFFFF" w:themeFill="background1"/>
          </w:tcPr>
          <w:p w14:paraId="138B41EA" w14:textId="49A20777" w:rsidR="18A6B18F" w:rsidRDefault="18A6B18F" w:rsidP="18A6B18F">
            <w:r w:rsidRPr="18A6B18F">
              <w:rPr>
                <w:i/>
                <w:iCs/>
                <w:color w:val="777777"/>
                <w:sz w:val="16"/>
                <w:szCs w:val="16"/>
              </w:rPr>
              <w:t>Applicant response</w:t>
            </w:r>
          </w:p>
          <w:p w14:paraId="4CF5C56E" w14:textId="3DEDFB6E" w:rsidR="18A6B18F" w:rsidRDefault="18A6B18F" w:rsidP="18A6B18F">
            <w:r>
              <w:t>________________________________________________________________________________</w:t>
            </w:r>
          </w:p>
          <w:p w14:paraId="39B35D33" w14:textId="44F31D2F" w:rsidR="18A6B18F" w:rsidRDefault="18A6B18F" w:rsidP="18A6B18F">
            <w:r>
              <w:t>________________________________________________________________________________</w:t>
            </w:r>
          </w:p>
          <w:p w14:paraId="5FC5ECE8" w14:textId="4429D34C" w:rsidR="18A6B18F" w:rsidRDefault="18A6B18F" w:rsidP="18A6B18F">
            <w:r>
              <w:t>________________________________________________________________________________</w:t>
            </w:r>
          </w:p>
        </w:tc>
      </w:tr>
    </w:tbl>
    <w:p w14:paraId="1FC96578" w14:textId="77777777" w:rsidR="00D13A0E" w:rsidRDefault="00D13A0E">
      <w:pPr>
        <w:spacing w:after="20"/>
        <w:rPr>
          <w:lang w:val="en-GB"/>
        </w:rPr>
      </w:pPr>
    </w:p>
    <w:p w14:paraId="0C467A00" w14:textId="11C886E1" w:rsidR="00D13A0E" w:rsidRDefault="001D3A24">
      <w:pPr>
        <w:pStyle w:val="FormQuestion"/>
        <w:keepNext/>
        <w:rPr>
          <w:lang w:val="en-GB"/>
        </w:rPr>
      </w:pPr>
      <w:r>
        <w:t>G5</w:t>
      </w:r>
      <w:r w:rsidR="00D01CEA">
        <w:t>. Key risks and mitigations</w:t>
      </w:r>
    </w:p>
    <w:p w14:paraId="2A8A4EF3" w14:textId="26A5B203" w:rsidR="342C33C6" w:rsidRDefault="342C33C6" w:rsidP="342C33C6">
      <w:pPr>
        <w:pStyle w:val="HelpText"/>
        <w:rPr>
          <w:highlight w:val="yellow"/>
          <w:lang w:val="en-GB"/>
        </w:rPr>
      </w:pPr>
    </w:p>
    <w:p w14:paraId="7EE12957" w14:textId="1045DFBE" w:rsidR="6991475B" w:rsidRDefault="6991475B" w:rsidP="46998FA0">
      <w:pPr>
        <w:pStyle w:val="HelpText"/>
        <w:rPr>
          <w:lang w:val="en-GB"/>
        </w:rPr>
      </w:pPr>
      <w:r w:rsidRPr="46998FA0">
        <w:rPr>
          <w:lang w:val="en-GB"/>
        </w:rPr>
        <w:t>Your response for this question should be uploaded at D1, as part of the Delivery, Evaluation and Risks Template provided. This template covers questions D1, D3, G1 and G5. Make sure they are all completed before you upload your response</w:t>
      </w:r>
    </w:p>
    <w:p w14:paraId="551D0A11" w14:textId="5596A5A0" w:rsidR="46998FA0" w:rsidRDefault="46998FA0" w:rsidP="46998FA0">
      <w:pPr>
        <w:pStyle w:val="HelpText"/>
        <w:rPr>
          <w:lang w:val="en-GB"/>
        </w:rPr>
      </w:pPr>
    </w:p>
    <w:tbl>
      <w:tblPr>
        <w:tblStyle w:val="TableGrid"/>
        <w:tblW w:w="0" w:type="auto"/>
        <w:tblLook w:val="04A0" w:firstRow="1" w:lastRow="0" w:firstColumn="1" w:lastColumn="0" w:noHBand="0" w:noVBand="1"/>
      </w:tblPr>
      <w:tblGrid>
        <w:gridCol w:w="2013"/>
        <w:gridCol w:w="2014"/>
        <w:gridCol w:w="2014"/>
        <w:gridCol w:w="2015"/>
        <w:gridCol w:w="2014"/>
      </w:tblGrid>
      <w:tr w:rsidR="00D13A0E" w14:paraId="29DFFB98" w14:textId="77777777" w:rsidTr="00EA43AD">
        <w:trPr>
          <w:tblHeader/>
        </w:trPr>
        <w:tc>
          <w:tcPr>
            <w:tcW w:w="2013" w:type="dxa"/>
            <w:shd w:val="clear" w:color="auto" w:fill="17365D" w:themeFill="text2" w:themeFillShade="BF"/>
            <w:tcMar>
              <w:top w:w="90" w:type="dxa"/>
              <w:left w:w="100" w:type="dxa"/>
              <w:bottom w:w="90" w:type="dxa"/>
              <w:right w:w="100" w:type="dxa"/>
            </w:tcMar>
            <w:vAlign w:val="center"/>
          </w:tcPr>
          <w:p w14:paraId="06C2F778" w14:textId="77777777" w:rsidR="00D13A0E" w:rsidRDefault="00D01CEA">
            <w:pPr>
              <w:rPr>
                <w:b/>
                <w:color w:val="FFFFFF" w:themeColor="background1"/>
                <w:sz w:val="18"/>
                <w:szCs w:val="18"/>
                <w:lang w:val="en-GB"/>
              </w:rPr>
            </w:pPr>
            <w:r w:rsidRPr="26B4DD0C">
              <w:rPr>
                <w:b/>
                <w:color w:val="FFFFFF" w:themeColor="background1"/>
                <w:sz w:val="18"/>
                <w:szCs w:val="18"/>
                <w:lang w:val="en-GB"/>
              </w:rPr>
              <w:t>Risk</w:t>
            </w:r>
          </w:p>
        </w:tc>
        <w:tc>
          <w:tcPr>
            <w:tcW w:w="2014" w:type="dxa"/>
            <w:shd w:val="clear" w:color="auto" w:fill="17365D" w:themeFill="text2" w:themeFillShade="BF"/>
            <w:tcMar>
              <w:top w:w="90" w:type="dxa"/>
              <w:left w:w="100" w:type="dxa"/>
              <w:bottom w:w="90" w:type="dxa"/>
              <w:right w:w="100" w:type="dxa"/>
            </w:tcMar>
            <w:vAlign w:val="center"/>
          </w:tcPr>
          <w:p w14:paraId="009C632E" w14:textId="77777777" w:rsidR="00D13A0E" w:rsidRDefault="00D01CEA">
            <w:pPr>
              <w:rPr>
                <w:b/>
                <w:color w:val="FFFFFF" w:themeColor="background1"/>
                <w:sz w:val="18"/>
                <w:szCs w:val="18"/>
                <w:lang w:val="en-GB"/>
              </w:rPr>
            </w:pPr>
            <w:r w:rsidRPr="26B4DD0C">
              <w:rPr>
                <w:b/>
                <w:color w:val="FFFFFF" w:themeColor="background1"/>
                <w:sz w:val="18"/>
                <w:szCs w:val="18"/>
                <w:lang w:val="en-GB"/>
              </w:rPr>
              <w:t>Likelihood</w:t>
            </w:r>
          </w:p>
        </w:tc>
        <w:tc>
          <w:tcPr>
            <w:tcW w:w="2014" w:type="dxa"/>
            <w:shd w:val="clear" w:color="auto" w:fill="17365D" w:themeFill="text2" w:themeFillShade="BF"/>
            <w:tcMar>
              <w:top w:w="90" w:type="dxa"/>
              <w:left w:w="100" w:type="dxa"/>
              <w:bottom w:w="90" w:type="dxa"/>
              <w:right w:w="100" w:type="dxa"/>
            </w:tcMar>
            <w:vAlign w:val="center"/>
          </w:tcPr>
          <w:p w14:paraId="0A95921D" w14:textId="77777777" w:rsidR="00D13A0E" w:rsidRDefault="00D01CEA">
            <w:pPr>
              <w:rPr>
                <w:b/>
                <w:color w:val="FFFFFF" w:themeColor="background1"/>
                <w:sz w:val="18"/>
                <w:szCs w:val="18"/>
                <w:lang w:val="en-GB"/>
              </w:rPr>
            </w:pPr>
            <w:r w:rsidRPr="26B4DD0C">
              <w:rPr>
                <w:b/>
                <w:color w:val="FFFFFF" w:themeColor="background1"/>
                <w:sz w:val="18"/>
                <w:szCs w:val="18"/>
                <w:lang w:val="en-GB"/>
              </w:rPr>
              <w:t>Impact</w:t>
            </w:r>
          </w:p>
        </w:tc>
        <w:tc>
          <w:tcPr>
            <w:tcW w:w="2015" w:type="dxa"/>
            <w:shd w:val="clear" w:color="auto" w:fill="17365D" w:themeFill="text2" w:themeFillShade="BF"/>
            <w:tcMar>
              <w:top w:w="90" w:type="dxa"/>
              <w:left w:w="100" w:type="dxa"/>
              <w:bottom w:w="90" w:type="dxa"/>
              <w:right w:w="100" w:type="dxa"/>
            </w:tcMar>
            <w:vAlign w:val="center"/>
          </w:tcPr>
          <w:p w14:paraId="27131112" w14:textId="77777777" w:rsidR="00D13A0E" w:rsidRDefault="00D01CEA">
            <w:pPr>
              <w:rPr>
                <w:b/>
                <w:color w:val="FFFFFF" w:themeColor="background1"/>
                <w:sz w:val="18"/>
                <w:szCs w:val="18"/>
                <w:lang w:val="en-GB"/>
              </w:rPr>
            </w:pPr>
            <w:r w:rsidRPr="26B4DD0C">
              <w:rPr>
                <w:b/>
                <w:color w:val="FFFFFF" w:themeColor="background1"/>
                <w:sz w:val="18"/>
                <w:szCs w:val="18"/>
                <w:lang w:val="en-GB"/>
              </w:rPr>
              <w:t>Mitigation / contingency</w:t>
            </w:r>
          </w:p>
        </w:tc>
        <w:tc>
          <w:tcPr>
            <w:tcW w:w="2014" w:type="dxa"/>
            <w:shd w:val="clear" w:color="auto" w:fill="17365D" w:themeFill="text2" w:themeFillShade="BF"/>
            <w:tcMar>
              <w:top w:w="90" w:type="dxa"/>
              <w:left w:w="100" w:type="dxa"/>
              <w:bottom w:w="90" w:type="dxa"/>
              <w:right w:w="100" w:type="dxa"/>
            </w:tcMar>
            <w:vAlign w:val="center"/>
          </w:tcPr>
          <w:p w14:paraId="218296CD" w14:textId="77777777" w:rsidR="00D13A0E" w:rsidRDefault="00D01CEA">
            <w:pPr>
              <w:rPr>
                <w:b/>
                <w:color w:val="FFFFFF" w:themeColor="background1"/>
                <w:sz w:val="18"/>
                <w:szCs w:val="18"/>
                <w:lang w:val="en-GB"/>
              </w:rPr>
            </w:pPr>
            <w:r w:rsidRPr="26B4DD0C">
              <w:rPr>
                <w:b/>
                <w:color w:val="FFFFFF" w:themeColor="background1"/>
                <w:sz w:val="18"/>
                <w:szCs w:val="18"/>
                <w:lang w:val="en-GB"/>
              </w:rPr>
              <w:t>Owner</w:t>
            </w:r>
          </w:p>
        </w:tc>
      </w:tr>
      <w:tr w:rsidR="00D13A0E" w14:paraId="6278E068" w14:textId="77777777" w:rsidTr="00EA43AD">
        <w:tc>
          <w:tcPr>
            <w:tcW w:w="2013" w:type="dxa"/>
            <w:tcMar>
              <w:top w:w="90" w:type="dxa"/>
              <w:left w:w="100" w:type="dxa"/>
              <w:bottom w:w="90" w:type="dxa"/>
              <w:right w:w="100" w:type="dxa"/>
            </w:tcMar>
            <w:vAlign w:val="center"/>
          </w:tcPr>
          <w:p w14:paraId="10C3D27F" w14:textId="77777777" w:rsidR="00D13A0E" w:rsidRDefault="00D01CEA">
            <w:pPr>
              <w:rPr>
                <w:lang w:val="en-GB"/>
              </w:rPr>
            </w:pPr>
            <w:r>
              <w:br/>
            </w:r>
            <w:r>
              <w:br/>
            </w:r>
          </w:p>
        </w:tc>
        <w:tc>
          <w:tcPr>
            <w:tcW w:w="2014" w:type="dxa"/>
            <w:tcMar>
              <w:top w:w="90" w:type="dxa"/>
              <w:left w:w="100" w:type="dxa"/>
              <w:bottom w:w="90" w:type="dxa"/>
              <w:right w:w="100" w:type="dxa"/>
            </w:tcMar>
            <w:vAlign w:val="center"/>
          </w:tcPr>
          <w:p w14:paraId="436F0CEB" w14:textId="77777777" w:rsidR="00D13A0E" w:rsidRDefault="00D01CEA">
            <w:pPr>
              <w:rPr>
                <w:lang w:val="en-GB"/>
              </w:rPr>
            </w:pPr>
            <w:r>
              <w:br/>
            </w:r>
            <w:r>
              <w:br/>
            </w:r>
          </w:p>
        </w:tc>
        <w:tc>
          <w:tcPr>
            <w:tcW w:w="2014" w:type="dxa"/>
            <w:tcMar>
              <w:top w:w="90" w:type="dxa"/>
              <w:left w:w="100" w:type="dxa"/>
              <w:bottom w:w="90" w:type="dxa"/>
              <w:right w:w="100" w:type="dxa"/>
            </w:tcMar>
            <w:vAlign w:val="center"/>
          </w:tcPr>
          <w:p w14:paraId="164F6D1A" w14:textId="77777777" w:rsidR="00D13A0E" w:rsidRDefault="00D01CEA">
            <w:pPr>
              <w:rPr>
                <w:lang w:val="en-GB"/>
              </w:rPr>
            </w:pPr>
            <w:r>
              <w:br/>
            </w:r>
            <w:r>
              <w:br/>
            </w:r>
          </w:p>
        </w:tc>
        <w:tc>
          <w:tcPr>
            <w:tcW w:w="2015" w:type="dxa"/>
            <w:tcMar>
              <w:top w:w="90" w:type="dxa"/>
              <w:left w:w="100" w:type="dxa"/>
              <w:bottom w:w="90" w:type="dxa"/>
              <w:right w:w="100" w:type="dxa"/>
            </w:tcMar>
            <w:vAlign w:val="center"/>
          </w:tcPr>
          <w:p w14:paraId="00193273" w14:textId="77777777" w:rsidR="00D13A0E" w:rsidRDefault="00D01CEA">
            <w:pPr>
              <w:rPr>
                <w:lang w:val="en-GB"/>
              </w:rPr>
            </w:pPr>
            <w:r>
              <w:br/>
            </w:r>
            <w:r>
              <w:br/>
            </w:r>
          </w:p>
        </w:tc>
        <w:tc>
          <w:tcPr>
            <w:tcW w:w="2014" w:type="dxa"/>
            <w:tcMar>
              <w:top w:w="90" w:type="dxa"/>
              <w:left w:w="100" w:type="dxa"/>
              <w:bottom w:w="90" w:type="dxa"/>
              <w:right w:w="100" w:type="dxa"/>
            </w:tcMar>
            <w:vAlign w:val="center"/>
          </w:tcPr>
          <w:p w14:paraId="61B11B80" w14:textId="77777777" w:rsidR="00D13A0E" w:rsidRDefault="00D01CEA">
            <w:pPr>
              <w:rPr>
                <w:lang w:val="en-GB"/>
              </w:rPr>
            </w:pPr>
            <w:r>
              <w:br/>
            </w:r>
            <w:r>
              <w:br/>
            </w:r>
          </w:p>
        </w:tc>
      </w:tr>
      <w:tr w:rsidR="00D13A0E" w14:paraId="524C2367" w14:textId="77777777" w:rsidTr="00EA43AD">
        <w:tc>
          <w:tcPr>
            <w:tcW w:w="2013" w:type="dxa"/>
            <w:tcMar>
              <w:top w:w="90" w:type="dxa"/>
              <w:left w:w="100" w:type="dxa"/>
              <w:bottom w:w="90" w:type="dxa"/>
              <w:right w:w="100" w:type="dxa"/>
            </w:tcMar>
            <w:vAlign w:val="center"/>
          </w:tcPr>
          <w:p w14:paraId="5245D444" w14:textId="77777777" w:rsidR="00D13A0E" w:rsidRDefault="00D01CEA">
            <w:pPr>
              <w:rPr>
                <w:lang w:val="en-GB"/>
              </w:rPr>
            </w:pPr>
            <w:r>
              <w:br/>
            </w:r>
            <w:r>
              <w:br/>
            </w:r>
          </w:p>
        </w:tc>
        <w:tc>
          <w:tcPr>
            <w:tcW w:w="2014" w:type="dxa"/>
            <w:tcMar>
              <w:top w:w="90" w:type="dxa"/>
              <w:left w:w="100" w:type="dxa"/>
              <w:bottom w:w="90" w:type="dxa"/>
              <w:right w:w="100" w:type="dxa"/>
            </w:tcMar>
            <w:vAlign w:val="center"/>
          </w:tcPr>
          <w:p w14:paraId="5BED106A" w14:textId="77777777" w:rsidR="00D13A0E" w:rsidRDefault="00D01CEA">
            <w:pPr>
              <w:rPr>
                <w:lang w:val="en-GB"/>
              </w:rPr>
            </w:pPr>
            <w:r>
              <w:br/>
            </w:r>
            <w:r>
              <w:br/>
            </w:r>
          </w:p>
        </w:tc>
        <w:tc>
          <w:tcPr>
            <w:tcW w:w="2014" w:type="dxa"/>
            <w:tcMar>
              <w:top w:w="90" w:type="dxa"/>
              <w:left w:w="100" w:type="dxa"/>
              <w:bottom w:w="90" w:type="dxa"/>
              <w:right w:w="100" w:type="dxa"/>
            </w:tcMar>
            <w:vAlign w:val="center"/>
          </w:tcPr>
          <w:p w14:paraId="309B98F0" w14:textId="77777777" w:rsidR="00D13A0E" w:rsidRDefault="00D01CEA">
            <w:pPr>
              <w:rPr>
                <w:lang w:val="en-GB"/>
              </w:rPr>
            </w:pPr>
            <w:r>
              <w:br/>
            </w:r>
            <w:r>
              <w:br/>
            </w:r>
          </w:p>
        </w:tc>
        <w:tc>
          <w:tcPr>
            <w:tcW w:w="2015" w:type="dxa"/>
            <w:tcMar>
              <w:top w:w="90" w:type="dxa"/>
              <w:left w:w="100" w:type="dxa"/>
              <w:bottom w:w="90" w:type="dxa"/>
              <w:right w:w="100" w:type="dxa"/>
            </w:tcMar>
            <w:vAlign w:val="center"/>
          </w:tcPr>
          <w:p w14:paraId="5C46EE47" w14:textId="77777777" w:rsidR="00D13A0E" w:rsidRDefault="00D01CEA">
            <w:pPr>
              <w:rPr>
                <w:lang w:val="en-GB"/>
              </w:rPr>
            </w:pPr>
            <w:r>
              <w:br/>
            </w:r>
            <w:r>
              <w:br/>
            </w:r>
          </w:p>
        </w:tc>
        <w:tc>
          <w:tcPr>
            <w:tcW w:w="2014" w:type="dxa"/>
            <w:tcMar>
              <w:top w:w="90" w:type="dxa"/>
              <w:left w:w="100" w:type="dxa"/>
              <w:bottom w:w="90" w:type="dxa"/>
              <w:right w:w="100" w:type="dxa"/>
            </w:tcMar>
            <w:vAlign w:val="center"/>
          </w:tcPr>
          <w:p w14:paraId="282FF163" w14:textId="77777777" w:rsidR="00D13A0E" w:rsidRDefault="00D01CEA">
            <w:pPr>
              <w:rPr>
                <w:lang w:val="en-GB"/>
              </w:rPr>
            </w:pPr>
            <w:r>
              <w:br/>
            </w:r>
            <w:r>
              <w:br/>
            </w:r>
          </w:p>
        </w:tc>
      </w:tr>
    </w:tbl>
    <w:p w14:paraId="29D1F55D" w14:textId="3E411467" w:rsidR="3765517A" w:rsidRDefault="3765517A" w:rsidP="3765517A">
      <w:pPr>
        <w:pStyle w:val="Heading1"/>
        <w:rPr>
          <w:lang w:val="en-GB"/>
        </w:rPr>
      </w:pPr>
    </w:p>
    <w:p w14:paraId="173C599D" w14:textId="1D091F02" w:rsidR="00D13A0E" w:rsidRDefault="001D3A24" w:rsidP="3765517A">
      <w:pPr>
        <w:pStyle w:val="Heading1"/>
        <w:rPr>
          <w:lang w:val="en-GB"/>
        </w:rPr>
      </w:pPr>
      <w:r>
        <w:rPr>
          <w:rFonts w:ascii="Calibri" w:eastAsia="Calibri" w:hAnsi="Calibri" w:cs="Calibri"/>
        </w:rPr>
        <w:t xml:space="preserve">Part 11 </w:t>
      </w:r>
      <w:r w:rsidR="4A27ECC4" w:rsidRPr="342C33C6">
        <w:rPr>
          <w:rFonts w:ascii="Calibri" w:eastAsia="Calibri" w:hAnsi="Calibri" w:cs="Calibri"/>
        </w:rPr>
        <w:t xml:space="preserve">Section </w:t>
      </w:r>
      <w:r>
        <w:rPr>
          <w:rFonts w:ascii="Calibri" w:eastAsia="Calibri" w:hAnsi="Calibri" w:cs="Calibri"/>
        </w:rPr>
        <w:t>H</w:t>
      </w:r>
      <w:r w:rsidR="4A27ECC4" w:rsidRPr="342C33C6">
        <w:rPr>
          <w:rFonts w:ascii="Calibri" w:eastAsia="Calibri" w:hAnsi="Calibri" w:cs="Calibri"/>
        </w:rPr>
        <w:t>: Budget, value for money and sustainability</w:t>
      </w:r>
    </w:p>
    <w:p w14:paraId="01469044" w14:textId="77777777" w:rsidR="00D13A0E" w:rsidRDefault="00D01CEA">
      <w:pPr>
        <w:pStyle w:val="HelpText"/>
        <w:rPr>
          <w:lang w:val="en-GB"/>
        </w:rPr>
      </w:pPr>
      <w:r w:rsidRPr="26B4DD0C">
        <w:rPr>
          <w:lang w:val="en-GB"/>
        </w:rPr>
        <w:t>Provide a clear, realistic and fully costed budget. Complete the separate budget template if one is issued.</w:t>
      </w:r>
    </w:p>
    <w:p w14:paraId="188B10FA" w14:textId="211865D4" w:rsidR="26B4DD0C" w:rsidRDefault="342C33C6" w:rsidP="26B4DD0C">
      <w:pPr>
        <w:pStyle w:val="FormQuestion"/>
        <w:rPr>
          <w:highlight w:val="green"/>
          <w:lang w:val="en-GB"/>
        </w:rPr>
      </w:pPr>
      <w:r>
        <w:t>H1. Total amount requested, total project cost, and funding from other sources</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537F9320" w14:textId="77777777" w:rsidTr="18A6B18F">
        <w:tc>
          <w:tcPr>
            <w:tcW w:w="10080" w:type="dxa"/>
            <w:shd w:val="clear" w:color="auto" w:fill="FFFFFF" w:themeFill="background1"/>
          </w:tcPr>
          <w:p w14:paraId="60357CDA" w14:textId="4023A0F8" w:rsidR="18A6B18F" w:rsidRDefault="18A6B18F" w:rsidP="18A6B18F">
            <w:r w:rsidRPr="18A6B18F">
              <w:rPr>
                <w:i/>
                <w:iCs/>
                <w:color w:val="777777"/>
                <w:sz w:val="16"/>
                <w:szCs w:val="16"/>
              </w:rPr>
              <w:t>Applicant response</w:t>
            </w:r>
          </w:p>
          <w:p w14:paraId="72BF616F" w14:textId="2EF8D828" w:rsidR="18A6B18F" w:rsidRDefault="18A6B18F" w:rsidP="18A6B18F">
            <w:r>
              <w:t>________________________________________________________________________________</w:t>
            </w:r>
          </w:p>
        </w:tc>
      </w:tr>
    </w:tbl>
    <w:p w14:paraId="1DEB1C6D" w14:textId="06ADDEFD" w:rsidR="00D13A0E" w:rsidRDefault="00D13A0E">
      <w:pPr>
        <w:spacing w:after="20"/>
        <w:rPr>
          <w:lang w:val="en-GB"/>
        </w:rPr>
      </w:pPr>
    </w:p>
    <w:p w14:paraId="5FAE3A3E" w14:textId="6B88F755" w:rsidR="00D13A0E" w:rsidRDefault="342C33C6" w:rsidP="342C33C6">
      <w:pPr>
        <w:pStyle w:val="FormQuestion"/>
        <w:rPr>
          <w:rFonts w:eastAsia="Arial" w:cs="Arial"/>
          <w:i/>
          <w:color w:val="1F497D" w:themeColor="text2"/>
          <w:sz w:val="20"/>
          <w:szCs w:val="20"/>
          <w:highlight w:val="yellow"/>
          <w:lang w:val="en-GB"/>
        </w:rPr>
      </w:pPr>
      <w:r>
        <w:t>H2</w:t>
      </w:r>
      <w:r w:rsidR="690BD580">
        <w:t>.</w:t>
      </w:r>
      <w:r w:rsidR="4A27ECC4">
        <w:t xml:space="preserve"> </w:t>
      </w:r>
      <w:r w:rsidR="00780F95">
        <w:t xml:space="preserve">Please complete the </w:t>
      </w:r>
      <w:r w:rsidR="083DF7AD">
        <w:t>associated budget template</w:t>
      </w:r>
      <w:r>
        <w:t xml:space="preserve"> </w:t>
      </w:r>
      <w:r w:rsidRPr="342C33C6">
        <w:rPr>
          <w:i/>
          <w:iCs/>
          <w:color w:val="1F497D" w:themeColor="text2"/>
          <w:sz w:val="20"/>
          <w:szCs w:val="20"/>
          <w:highlight w:val="yellow"/>
        </w:rPr>
        <w:t>(Form can be downloaded from the Supporting Documents section on the Find a Grant platform)</w:t>
      </w:r>
    </w:p>
    <w:p w14:paraId="5D86DF90" w14:textId="07C76849" w:rsidR="00D13A0E" w:rsidRDefault="5EF80C42" w:rsidP="342C33C6">
      <w:pPr>
        <w:pStyle w:val="HelpText"/>
        <w:keepNext/>
        <w:rPr>
          <w:lang w:val="en-GB"/>
        </w:rPr>
      </w:pPr>
      <w:r w:rsidRPr="342C33C6">
        <w:rPr>
          <w:lang w:val="en-GB"/>
        </w:rPr>
        <w:t>[Please make sure you fill and upload your budget on Find a Grant]</w:t>
      </w:r>
    </w:p>
    <w:p w14:paraId="6E3745CB" w14:textId="1E2FDF63" w:rsidR="00D13A0E" w:rsidRDefault="00D13A0E">
      <w:pPr>
        <w:spacing w:after="20"/>
        <w:rPr>
          <w:lang w:val="en-GB"/>
        </w:rPr>
      </w:pPr>
    </w:p>
    <w:p w14:paraId="597D7754" w14:textId="3FCB731B" w:rsidR="00D13A0E" w:rsidRDefault="342C33C6" w:rsidP="26B4DD0C">
      <w:pPr>
        <w:pStyle w:val="FormQuestion"/>
        <w:rPr>
          <w:lang w:val="en-GB"/>
        </w:rPr>
      </w:pPr>
      <w:r>
        <w:t>H3</w:t>
      </w:r>
      <w:r w:rsidR="4A27ECC4">
        <w:t xml:space="preserve">. Explain why the proposal offers good value for money in relation to </w:t>
      </w:r>
      <w:r w:rsidR="19DB8B54">
        <w:t xml:space="preserve">cost, </w:t>
      </w:r>
      <w:r w:rsidR="4A27ECC4">
        <w:t>reach, quality, complexity, equity</w:t>
      </w:r>
      <w:r w:rsidR="6987BCB4">
        <w:t>, efficiency</w:t>
      </w:r>
      <w:r w:rsidR="4A27ECC4">
        <w:t xml:space="preserve"> and intended outcomes. (Maximum 400 words)</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5A8D9317" w14:textId="77777777" w:rsidTr="18A6B18F">
        <w:tc>
          <w:tcPr>
            <w:tcW w:w="10080" w:type="dxa"/>
            <w:shd w:val="clear" w:color="auto" w:fill="FFFFFF" w:themeFill="background1"/>
          </w:tcPr>
          <w:p w14:paraId="2DD84CF8" w14:textId="79EAEE92" w:rsidR="18A6B18F" w:rsidRDefault="18A6B18F" w:rsidP="18A6B18F">
            <w:r w:rsidRPr="18A6B18F">
              <w:rPr>
                <w:i/>
                <w:iCs/>
                <w:color w:val="777777"/>
                <w:sz w:val="16"/>
                <w:szCs w:val="16"/>
              </w:rPr>
              <w:t>Applicant response</w:t>
            </w:r>
          </w:p>
          <w:p w14:paraId="4FC4CD2A" w14:textId="2C7D2227" w:rsidR="18A6B18F" w:rsidRDefault="18A6B18F" w:rsidP="18A6B18F">
            <w:r>
              <w:t>________________________________________________________________________________</w:t>
            </w:r>
          </w:p>
          <w:p w14:paraId="35C9AB3B" w14:textId="5CD0B72A" w:rsidR="18A6B18F" w:rsidRDefault="18A6B18F" w:rsidP="18A6B18F">
            <w:r>
              <w:t>________________________________________________________________________________</w:t>
            </w:r>
          </w:p>
          <w:p w14:paraId="44433644" w14:textId="5A540D59" w:rsidR="18A6B18F" w:rsidRDefault="18A6B18F" w:rsidP="18A6B18F">
            <w:r>
              <w:t>________________________________________________________________________________</w:t>
            </w:r>
          </w:p>
        </w:tc>
      </w:tr>
    </w:tbl>
    <w:p w14:paraId="17F3200C" w14:textId="77777777" w:rsidR="00D13A0E" w:rsidRDefault="00D13A0E">
      <w:pPr>
        <w:spacing w:after="20"/>
        <w:rPr>
          <w:lang w:val="en-GB"/>
        </w:rPr>
      </w:pPr>
    </w:p>
    <w:p w14:paraId="41824518" w14:textId="06E45CE9" w:rsidR="00D13A0E" w:rsidRDefault="00D13A0E" w:rsidP="3765517A">
      <w:pPr>
        <w:keepNext/>
        <w:spacing w:after="20"/>
        <w:rPr>
          <w:lang w:val="en-GB"/>
        </w:rPr>
      </w:pPr>
    </w:p>
    <w:p w14:paraId="3DA18D73" w14:textId="3F770276" w:rsidR="00D13A0E" w:rsidRDefault="342C33C6">
      <w:pPr>
        <w:pStyle w:val="FormQuestion"/>
        <w:keepNext/>
        <w:rPr>
          <w:sz w:val="20"/>
          <w:szCs w:val="20"/>
          <w:lang w:val="en-GB"/>
        </w:rPr>
      </w:pPr>
      <w:r>
        <w:t>H4</w:t>
      </w:r>
      <w:r w:rsidR="6C55C669">
        <w:t>.</w:t>
      </w:r>
      <w:r w:rsidR="6C55C669" w:rsidRPr="3765517A">
        <w:rPr>
          <w:sz w:val="20"/>
          <w:szCs w:val="20"/>
        </w:rPr>
        <w:t xml:space="preserve"> </w:t>
      </w:r>
      <w:r w:rsidR="4A27ECC4" w:rsidRPr="342C33C6">
        <w:rPr>
          <w:sz w:val="20"/>
          <w:szCs w:val="20"/>
        </w:rPr>
        <w:t>If this is</w:t>
      </w:r>
      <w:r w:rsidRPr="342C33C6">
        <w:rPr>
          <w:sz w:val="20"/>
          <w:szCs w:val="20"/>
        </w:rPr>
        <w:t xml:space="preserve"> a</w:t>
      </w:r>
      <w:r w:rsidR="1F51E73C" w:rsidRPr="342C33C6">
        <w:rPr>
          <w:sz w:val="20"/>
          <w:szCs w:val="20"/>
        </w:rPr>
        <w:t xml:space="preserve"> joint application with</w:t>
      </w:r>
      <w:r w:rsidR="4A27ECC4" w:rsidRPr="342C33C6">
        <w:rPr>
          <w:sz w:val="20"/>
          <w:szCs w:val="20"/>
        </w:rPr>
        <w:t xml:space="preserve"> a lead-partner application, explain how the grant will be distributed and how </w:t>
      </w:r>
      <w:r w:rsidR="34D4B548" w:rsidRPr="342C33C6">
        <w:rPr>
          <w:sz w:val="20"/>
          <w:szCs w:val="20"/>
        </w:rPr>
        <w:t xml:space="preserve">cost, </w:t>
      </w:r>
      <w:r w:rsidR="7AD46294" w:rsidRPr="342C33C6">
        <w:rPr>
          <w:sz w:val="20"/>
          <w:szCs w:val="20"/>
        </w:rPr>
        <w:t>frequency</w:t>
      </w:r>
      <w:r w:rsidR="4A27ECC4" w:rsidRPr="342C33C6">
        <w:rPr>
          <w:sz w:val="20"/>
          <w:szCs w:val="20"/>
        </w:rPr>
        <w:t>, monitoring</w:t>
      </w:r>
      <w:r w:rsidR="022546F7" w:rsidRPr="342C33C6">
        <w:rPr>
          <w:sz w:val="20"/>
          <w:szCs w:val="20"/>
        </w:rPr>
        <w:t>,</w:t>
      </w:r>
      <w:r w:rsidR="4A27ECC4" w:rsidRPr="3765517A">
        <w:rPr>
          <w:sz w:val="20"/>
          <w:szCs w:val="20"/>
        </w:rPr>
        <w:t xml:space="preserve"> and accountability will operate. (Maximum 350 words)</w:t>
      </w:r>
    </w:p>
    <w:tbl>
      <w:tblPr>
        <w:tblW w:w="0" w:type="auto"/>
        <w:jc w:val="center"/>
        <w:tblLayout w:type="fixed"/>
        <w:tblLook w:val="04A0" w:firstRow="1" w:lastRow="0" w:firstColumn="1" w:lastColumn="0" w:noHBand="0" w:noVBand="1"/>
      </w:tblPr>
      <w:tblGrid>
        <w:gridCol w:w="10080"/>
      </w:tblGrid>
      <w:tr w:rsidR="00D13A0E" w14:paraId="4BE95378" w14:textId="77777777" w:rsidTr="55D83D8F">
        <w:trPr>
          <w:jc w:val="center"/>
        </w:trPr>
        <w:tc>
          <w:tcPr>
            <w:tcW w:w="10080" w:type="dxa"/>
            <w:shd w:val="clear" w:color="auto" w:fill="FFFFFF" w:themeFill="background1"/>
            <w:tcMar>
              <w:top w:w="120" w:type="dxa"/>
              <w:left w:w="120" w:type="dxa"/>
              <w:bottom w:w="120" w:type="dxa"/>
              <w:right w:w="120" w:type="dxa"/>
            </w:tcMar>
          </w:tcPr>
          <w:p w14:paraId="79BC458C" w14:textId="77777777" w:rsidR="00D13A0E" w:rsidRDefault="00D01CEA">
            <w:pPr>
              <w:rPr>
                <w:i/>
                <w:color w:val="777777"/>
                <w:sz w:val="16"/>
                <w:szCs w:val="16"/>
                <w:lang w:val="en-GB"/>
              </w:rPr>
            </w:pPr>
            <w:r w:rsidRPr="26B4DD0C">
              <w:rPr>
                <w:i/>
                <w:color w:val="777777"/>
                <w:sz w:val="16"/>
                <w:szCs w:val="16"/>
                <w:lang w:val="en-GB"/>
              </w:rPr>
              <w:t>Applicant response</w:t>
            </w:r>
          </w:p>
          <w:p w14:paraId="46C504B8" w14:textId="77777777" w:rsidR="00D13A0E" w:rsidRDefault="00D01CEA">
            <w:pPr>
              <w:rPr>
                <w:lang w:val="en-GB"/>
              </w:rPr>
            </w:pPr>
            <w:r w:rsidRPr="26B4DD0C">
              <w:rPr>
                <w:lang w:val="en-GB"/>
              </w:rPr>
              <w:t>________________________________________________________________________________</w:t>
            </w:r>
          </w:p>
          <w:p w14:paraId="0F52E03D" w14:textId="77777777" w:rsidR="00D13A0E" w:rsidRDefault="00D01CEA">
            <w:pPr>
              <w:rPr>
                <w:lang w:val="en-GB"/>
              </w:rPr>
            </w:pPr>
            <w:r w:rsidRPr="26B4DD0C">
              <w:rPr>
                <w:lang w:val="en-GB"/>
              </w:rPr>
              <w:t>________________________________________________________________________________</w:t>
            </w:r>
          </w:p>
          <w:p w14:paraId="2901FA3A" w14:textId="64916B30" w:rsidR="00D13A0E" w:rsidRDefault="00D01CEA">
            <w:pPr>
              <w:rPr>
                <w:lang w:val="en-GB"/>
              </w:rPr>
            </w:pPr>
            <w:r w:rsidRPr="18A6B18F">
              <w:rPr>
                <w:lang w:val="en-GB"/>
              </w:rPr>
              <w:t>________________________________________________________________________________</w:t>
            </w:r>
          </w:p>
        </w:tc>
      </w:tr>
    </w:tbl>
    <w:p w14:paraId="6DD8D1C5" w14:textId="2C490266" w:rsidR="00D13A0E" w:rsidRDefault="00D13A0E">
      <w:pPr>
        <w:spacing w:after="20"/>
        <w:rPr>
          <w:lang w:val="en-GB"/>
        </w:rPr>
      </w:pPr>
    </w:p>
    <w:p w14:paraId="5133F89C" w14:textId="426B95DC" w:rsidR="00D13A0E" w:rsidRDefault="00D13A0E">
      <w:pPr>
        <w:spacing w:after="20"/>
        <w:rPr>
          <w:lang w:val="en-GB"/>
        </w:rPr>
      </w:pPr>
    </w:p>
    <w:p w14:paraId="418EC2A9" w14:textId="15F5A57F" w:rsidR="26B4DD0C" w:rsidRDefault="342C33C6" w:rsidP="342C33C6">
      <w:pPr>
        <w:pStyle w:val="FormQuestion"/>
        <w:rPr>
          <w:rFonts w:eastAsia="Arial" w:cs="Arial"/>
          <w:sz w:val="20"/>
          <w:szCs w:val="20"/>
          <w:lang w:val="en-GB"/>
        </w:rPr>
      </w:pPr>
      <w:r w:rsidRPr="2A776E6C">
        <w:rPr>
          <w:rFonts w:eastAsia="Arial" w:cs="Arial"/>
          <w:color w:val="17365D" w:themeColor="text2" w:themeShade="BF"/>
          <w:sz w:val="20"/>
          <w:szCs w:val="20"/>
        </w:rPr>
        <w:t>H5. Please provide the estimated cost by Outcomes (estimate the cost for outcome 1, outcome 2, outcome 3, and outcome 4)</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5C9031BA" w14:textId="77777777" w:rsidTr="18A6B18F">
        <w:tc>
          <w:tcPr>
            <w:tcW w:w="10080" w:type="dxa"/>
            <w:shd w:val="clear" w:color="auto" w:fill="FFFFFF" w:themeFill="background1"/>
          </w:tcPr>
          <w:p w14:paraId="07F1BD77" w14:textId="1989F46C" w:rsidR="18A6B18F" w:rsidRDefault="18A6B18F" w:rsidP="18A6B18F">
            <w:r w:rsidRPr="18A6B18F">
              <w:rPr>
                <w:i/>
                <w:iCs/>
                <w:color w:val="777777"/>
                <w:sz w:val="16"/>
                <w:szCs w:val="16"/>
              </w:rPr>
              <w:t>Applicant response</w:t>
            </w:r>
          </w:p>
          <w:p w14:paraId="4B018431" w14:textId="05AC48B6" w:rsidR="18A6B18F" w:rsidRDefault="18A6B18F" w:rsidP="18A6B18F">
            <w:r>
              <w:t>________________________________________________________________________________</w:t>
            </w:r>
          </w:p>
          <w:p w14:paraId="224D9921" w14:textId="7F5483B2" w:rsidR="18A6B18F" w:rsidRDefault="18A6B18F" w:rsidP="18A6B18F">
            <w:r>
              <w:t>________________________________________________________________________________</w:t>
            </w:r>
          </w:p>
          <w:p w14:paraId="4B3841B2" w14:textId="294DAEB8" w:rsidR="18A6B18F" w:rsidRDefault="18A6B18F" w:rsidP="18A6B18F">
            <w:r>
              <w:t>________________________________________________________________________________</w:t>
            </w:r>
          </w:p>
        </w:tc>
      </w:tr>
    </w:tbl>
    <w:p w14:paraId="44665CAE" w14:textId="367218DB" w:rsidR="3765517A" w:rsidRDefault="3765517A" w:rsidP="3765517A">
      <w:pPr>
        <w:spacing w:after="20"/>
        <w:rPr>
          <w:lang w:val="en-GB"/>
        </w:rPr>
      </w:pPr>
    </w:p>
    <w:p w14:paraId="51EAEC9E" w14:textId="456BD643" w:rsidR="3765517A" w:rsidRDefault="3765517A" w:rsidP="3765517A">
      <w:pPr>
        <w:spacing w:after="20"/>
        <w:rPr>
          <w:lang w:val="en-GB"/>
        </w:rPr>
      </w:pPr>
    </w:p>
    <w:p w14:paraId="67B188AD" w14:textId="4A7F7EB9" w:rsidR="7FF04445" w:rsidRDefault="342C33C6" w:rsidP="26B4DD0C">
      <w:pPr>
        <w:pStyle w:val="FormQuestion"/>
        <w:rPr>
          <w:lang w:val="en-GB"/>
        </w:rPr>
      </w:pPr>
      <w:r>
        <w:t>H6. Workforce capacity and skills. Describe the workforce required to deliver this project safely and effectively. (Maximum 400 words)</w:t>
      </w:r>
    </w:p>
    <w:p w14:paraId="111561C7" w14:textId="5111765F" w:rsidR="4104366B" w:rsidRDefault="1137750D" w:rsidP="59B0C4F2">
      <w:pPr>
        <w:pStyle w:val="FormQuestion"/>
        <w:keepNext/>
        <w:rPr>
          <w:b w:val="0"/>
          <w:lang w:val="en-GB"/>
        </w:rPr>
      </w:pPr>
      <w:r w:rsidRPr="18A6B18F">
        <w:rPr>
          <w:b w:val="0"/>
          <w:lang w:val="en-GB"/>
        </w:rPr>
        <w:t>Tell us about the roles and responsibilities needed to deliver the proposed activities, including any planned recruitment. Explain the skills, qualifications, accreditations, language capacity and supervision arrangements that will support high-quality delivery.</w:t>
      </w:r>
      <w:r w:rsidR="37F07F61" w:rsidRPr="18A6B18F">
        <w:rPr>
          <w:b w:val="0"/>
          <w:lang w:val="en-GB"/>
        </w:rPr>
        <w:t xml:space="preserve"> </w:t>
      </w:r>
      <w:r w:rsidRPr="18A6B18F">
        <w:rPr>
          <w:b w:val="0"/>
          <w:lang w:val="en-GB"/>
        </w:rPr>
        <w:t>If lived experience will contribute to the project, explain the role it will play.</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30E1C502" w14:textId="77777777" w:rsidTr="18A6B18F">
        <w:tc>
          <w:tcPr>
            <w:tcW w:w="10080" w:type="dxa"/>
            <w:shd w:val="clear" w:color="auto" w:fill="FFFFFF" w:themeFill="background1"/>
          </w:tcPr>
          <w:p w14:paraId="6384C3AD" w14:textId="20317C0F" w:rsidR="18A6B18F" w:rsidRDefault="18A6B18F" w:rsidP="18A6B18F">
            <w:r w:rsidRPr="18A6B18F">
              <w:rPr>
                <w:i/>
                <w:iCs/>
                <w:color w:val="777777"/>
                <w:sz w:val="16"/>
                <w:szCs w:val="16"/>
              </w:rPr>
              <w:t>Applicant response</w:t>
            </w:r>
          </w:p>
          <w:p w14:paraId="262B2FD3" w14:textId="0285E061" w:rsidR="18A6B18F" w:rsidRDefault="18A6B18F" w:rsidP="18A6B18F">
            <w:r>
              <w:t>________________________________________________________________________________</w:t>
            </w:r>
          </w:p>
          <w:p w14:paraId="0622598B" w14:textId="5330C691" w:rsidR="18A6B18F" w:rsidRDefault="18A6B18F" w:rsidP="18A6B18F">
            <w:r>
              <w:t>________________________________________________________________________________</w:t>
            </w:r>
          </w:p>
          <w:p w14:paraId="09ACCB2D" w14:textId="7F60763E" w:rsidR="18A6B18F" w:rsidRDefault="18A6B18F" w:rsidP="18A6B18F">
            <w:r>
              <w:t>________________________________________________________________________________</w:t>
            </w:r>
          </w:p>
        </w:tc>
      </w:tr>
    </w:tbl>
    <w:p w14:paraId="1E3E90D7" w14:textId="4CB36DFE" w:rsidR="3765517A" w:rsidRDefault="3765517A" w:rsidP="3765517A">
      <w:pPr>
        <w:spacing w:after="20"/>
        <w:rPr>
          <w:lang w:val="en-GB"/>
        </w:rPr>
      </w:pPr>
    </w:p>
    <w:p w14:paraId="51D56697" w14:textId="4E9A7960" w:rsidR="00D13A0E" w:rsidRDefault="001D3A24">
      <w:pPr>
        <w:pStyle w:val="FormQuestion"/>
        <w:keepNext/>
        <w:rPr>
          <w:rFonts w:eastAsia="Arial" w:cs="Arial"/>
          <w:sz w:val="20"/>
          <w:szCs w:val="20"/>
          <w:lang w:val="en-GB"/>
        </w:rPr>
      </w:pPr>
      <w:r>
        <w:t>H7</w:t>
      </w:r>
      <w:r w:rsidR="00D01CEA">
        <w:t>.</w:t>
      </w:r>
      <w:r w:rsidR="00D01CEA" w:rsidRPr="112EEEE2">
        <w:rPr>
          <w:sz w:val="18"/>
          <w:szCs w:val="18"/>
        </w:rPr>
        <w:t xml:space="preserve"> </w:t>
      </w:r>
      <w:r w:rsidR="00D01CEA" w:rsidRPr="342C33C6">
        <w:rPr>
          <w:sz w:val="20"/>
          <w:szCs w:val="20"/>
        </w:rPr>
        <w:t xml:space="preserve">How will you manage </w:t>
      </w:r>
      <w:r w:rsidR="0CC23E44" w:rsidRPr="342C33C6">
        <w:rPr>
          <w:sz w:val="20"/>
          <w:szCs w:val="20"/>
        </w:rPr>
        <w:t xml:space="preserve">the tapering and </w:t>
      </w:r>
      <w:r w:rsidR="00D01CEA" w:rsidRPr="342C33C6">
        <w:rPr>
          <w:sz w:val="20"/>
          <w:szCs w:val="20"/>
        </w:rPr>
        <w:t>end of funding, including participant communication, staff and volunteer implications, data and records, referrals, service continuity and sustainability? (Maximum 400 words)</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10080"/>
      </w:tblGrid>
      <w:tr w:rsidR="18A6B18F" w14:paraId="0B2133E8" w14:textId="77777777" w:rsidTr="18A6B18F">
        <w:tc>
          <w:tcPr>
            <w:tcW w:w="10080" w:type="dxa"/>
            <w:shd w:val="clear" w:color="auto" w:fill="FFFFFF" w:themeFill="background1"/>
          </w:tcPr>
          <w:p w14:paraId="2B38B0D5" w14:textId="65E6371F" w:rsidR="18A6B18F" w:rsidRDefault="18A6B18F" w:rsidP="18A6B18F">
            <w:r w:rsidRPr="18A6B18F">
              <w:rPr>
                <w:i/>
                <w:iCs/>
                <w:color w:val="777777"/>
                <w:sz w:val="16"/>
                <w:szCs w:val="16"/>
              </w:rPr>
              <w:t>Applicant response</w:t>
            </w:r>
          </w:p>
          <w:p w14:paraId="045C4D78" w14:textId="0D8E5FE1" w:rsidR="18A6B18F" w:rsidRDefault="18A6B18F" w:rsidP="18A6B18F">
            <w:r>
              <w:t>________________________________________________________________________________</w:t>
            </w:r>
          </w:p>
          <w:p w14:paraId="45BB990D" w14:textId="480951C6" w:rsidR="18A6B18F" w:rsidRDefault="18A6B18F" w:rsidP="18A6B18F">
            <w:r>
              <w:t>________________________________________________________________________________</w:t>
            </w:r>
          </w:p>
          <w:p w14:paraId="6BB02A64" w14:textId="485F57C0" w:rsidR="18A6B18F" w:rsidRDefault="18A6B18F" w:rsidP="18A6B18F">
            <w:r>
              <w:t>________________________________________________________________________________</w:t>
            </w:r>
          </w:p>
        </w:tc>
      </w:tr>
    </w:tbl>
    <w:p w14:paraId="28CD1135" w14:textId="257DDB41" w:rsidR="3765517A" w:rsidRDefault="3765517A" w:rsidP="3765517A">
      <w:pPr>
        <w:spacing w:after="20"/>
        <w:rPr>
          <w:lang w:val="en-GB"/>
        </w:rPr>
      </w:pPr>
    </w:p>
    <w:p w14:paraId="201DC9B5" w14:textId="77777777" w:rsidR="00D13A0E" w:rsidRDefault="00D01CEA">
      <w:pPr>
        <w:rPr>
          <w:lang w:val="en-GB"/>
        </w:rPr>
      </w:pPr>
      <w:r w:rsidRPr="26B4DD0C">
        <w:rPr>
          <w:lang w:val="en-GB"/>
        </w:rPr>
        <w:br w:type="page"/>
      </w:r>
    </w:p>
    <w:p w14:paraId="31CFE9D7" w14:textId="51256914" w:rsidR="00D13A0E" w:rsidRDefault="00EC7DDA">
      <w:pPr>
        <w:pStyle w:val="Heading1"/>
        <w:rPr>
          <w:lang w:val="en-GB"/>
        </w:rPr>
      </w:pPr>
      <w:r>
        <w:rPr>
          <w:rFonts w:ascii="Calibri" w:eastAsia="Calibri" w:hAnsi="Calibri" w:cs="Calibri"/>
        </w:rPr>
        <w:t xml:space="preserve">Part 12 </w:t>
      </w:r>
      <w:r w:rsidR="00D01CEA" w:rsidRPr="342C33C6">
        <w:rPr>
          <w:rFonts w:ascii="Calibri" w:eastAsia="Calibri" w:hAnsi="Calibri" w:cs="Calibri"/>
        </w:rPr>
        <w:t xml:space="preserve">Section </w:t>
      </w:r>
      <w:r>
        <w:rPr>
          <w:rFonts w:ascii="Calibri" w:eastAsia="Calibri" w:hAnsi="Calibri" w:cs="Calibri"/>
        </w:rPr>
        <w:t>I</w:t>
      </w:r>
      <w:r w:rsidR="00D01CEA" w:rsidRPr="342C33C6">
        <w:rPr>
          <w:rFonts w:ascii="Calibri" w:eastAsia="Calibri" w:hAnsi="Calibri" w:cs="Calibri"/>
        </w:rPr>
        <w:t>: Declarations and submission checklist</w:t>
      </w:r>
    </w:p>
    <w:p w14:paraId="104AA2B8" w14:textId="77777777" w:rsidR="00D13A0E" w:rsidRDefault="00D01CEA">
      <w:pPr>
        <w:pStyle w:val="HelpText"/>
        <w:rPr>
          <w:lang w:val="en-GB"/>
        </w:rPr>
      </w:pPr>
      <w:r w:rsidRPr="26B4DD0C">
        <w:rPr>
          <w:lang w:val="en-GB"/>
        </w:rPr>
        <w:t>The authorised signatory must complete this section.</w:t>
      </w:r>
    </w:p>
    <w:p w14:paraId="1A511682" w14:textId="66898E36" w:rsidR="00D13A0E" w:rsidRDefault="00EC7DDA">
      <w:pPr>
        <w:pStyle w:val="FormQuestion"/>
        <w:keepNext/>
        <w:rPr>
          <w:lang w:val="en-GB"/>
        </w:rPr>
      </w:pPr>
      <w:r>
        <w:t>I1</w:t>
      </w:r>
      <w:r w:rsidR="00D01CEA">
        <w:t>. Applicant declaration</w:t>
      </w:r>
    </w:p>
    <w:p w14:paraId="33D92C67" w14:textId="197F18A9" w:rsidR="00D13A0E" w:rsidRDefault="00D01CEA">
      <w:pPr>
        <w:rPr>
          <w:lang w:val="en-GB"/>
        </w:rPr>
      </w:pPr>
      <w:r w:rsidRPr="26B4DD0C">
        <w:rPr>
          <w:lang w:val="en-GB"/>
        </w:rPr>
        <w:t>☐ The information in this application is accurate and complete to the best of my knowledge.</w:t>
      </w:r>
    </w:p>
    <w:p w14:paraId="2D894795" w14:textId="36DFF87C" w:rsidR="00D13A0E" w:rsidRDefault="00D01CEA">
      <w:pPr>
        <w:rPr>
          <w:lang w:val="en-GB"/>
        </w:rPr>
      </w:pPr>
      <w:r w:rsidRPr="26B4DD0C">
        <w:rPr>
          <w:lang w:val="en-GB"/>
        </w:rPr>
        <w:t>☐ The organisation’s governing body has authorised this application</w:t>
      </w:r>
      <w:r w:rsidR="00327B0A" w:rsidRPr="26B4DD0C">
        <w:rPr>
          <w:lang w:val="en-GB"/>
        </w:rPr>
        <w:t xml:space="preserve"> where </w:t>
      </w:r>
      <w:r w:rsidR="00234869" w:rsidRPr="26B4DD0C">
        <w:rPr>
          <w:lang w:val="en-GB"/>
        </w:rPr>
        <w:t>needed</w:t>
      </w:r>
      <w:r w:rsidRPr="26B4DD0C">
        <w:rPr>
          <w:lang w:val="en-GB"/>
        </w:rPr>
        <w:t>.</w:t>
      </w:r>
    </w:p>
    <w:p w14:paraId="068BE2A5" w14:textId="6859DB4D" w:rsidR="00D13A0E" w:rsidRDefault="00D01CEA">
      <w:pPr>
        <w:rPr>
          <w:lang w:val="en-GB"/>
        </w:rPr>
      </w:pPr>
      <w:r w:rsidRPr="26B4DD0C">
        <w:rPr>
          <w:lang w:val="en-GB"/>
        </w:rPr>
        <w:t>☐ The organisation will notify Bristol City Council of any material change affecting the application.</w:t>
      </w:r>
    </w:p>
    <w:p w14:paraId="3F827A4E" w14:textId="0484728A" w:rsidR="00D13A0E" w:rsidRDefault="00D01CEA">
      <w:pPr>
        <w:rPr>
          <w:lang w:val="en-GB"/>
        </w:rPr>
      </w:pPr>
      <w:r w:rsidRPr="26B4DD0C">
        <w:rPr>
          <w:lang w:val="en-GB"/>
        </w:rPr>
        <w:t>☐ The organisation understands that due diligence, clarification and grant conditions may apply.</w:t>
      </w:r>
    </w:p>
    <w:p w14:paraId="0B9ADC2E" w14:textId="14682C6B" w:rsidR="00D13A0E" w:rsidRDefault="00D01CEA">
      <w:pPr>
        <w:rPr>
          <w:lang w:val="en-GB"/>
        </w:rPr>
      </w:pPr>
      <w:r w:rsidRPr="26B4DD0C">
        <w:rPr>
          <w:lang w:val="en-GB"/>
        </w:rPr>
        <w:t>☐ The organisation consents to proportionate information sharing for appraisal, due diligence, fraud prevention, audit and grant management.</w:t>
      </w:r>
    </w:p>
    <w:p w14:paraId="4EFD7C05" w14:textId="4AEB769F" w:rsidR="00D13A0E" w:rsidRDefault="00D01CEA">
      <w:pPr>
        <w:rPr>
          <w:lang w:val="en-GB"/>
        </w:rPr>
      </w:pPr>
      <w:r w:rsidRPr="26B4DD0C">
        <w:rPr>
          <w:lang w:val="en-GB"/>
        </w:rPr>
        <w:t>☐ The organisation will comply with subsidy control, procurement, equality, safeguarding, data protection and funding-source conditions where applicable.</w:t>
      </w:r>
    </w:p>
    <w:tbl>
      <w:tblPr>
        <w:tblStyle w:val="TableGrid"/>
        <w:tblW w:w="0" w:type="auto"/>
        <w:tblLook w:val="04A0" w:firstRow="1" w:lastRow="0" w:firstColumn="1" w:lastColumn="0" w:noHBand="0" w:noVBand="1"/>
      </w:tblPr>
      <w:tblGrid>
        <w:gridCol w:w="5036"/>
        <w:gridCol w:w="5034"/>
      </w:tblGrid>
      <w:tr w:rsidR="00D13A0E" w14:paraId="3C782A70" w14:textId="77777777">
        <w:tc>
          <w:tcPr>
            <w:tcW w:w="5040" w:type="dxa"/>
            <w:tcMar>
              <w:top w:w="90" w:type="dxa"/>
              <w:left w:w="100" w:type="dxa"/>
              <w:bottom w:w="90" w:type="dxa"/>
              <w:right w:w="100" w:type="dxa"/>
            </w:tcMar>
            <w:vAlign w:val="center"/>
          </w:tcPr>
          <w:p w14:paraId="6D8BA534" w14:textId="77777777" w:rsidR="00D13A0E" w:rsidRDefault="00D01CEA">
            <w:pPr>
              <w:rPr>
                <w:b/>
                <w:color w:val="17365D" w:themeColor="text2" w:themeShade="BF"/>
                <w:sz w:val="18"/>
                <w:szCs w:val="18"/>
                <w:lang w:val="en-GB"/>
              </w:rPr>
            </w:pPr>
            <w:r w:rsidRPr="26B4DD0C">
              <w:rPr>
                <w:b/>
                <w:color w:val="17365D" w:themeColor="text2" w:themeShade="BF"/>
                <w:sz w:val="18"/>
                <w:szCs w:val="18"/>
                <w:lang w:val="en-GB"/>
              </w:rPr>
              <w:t>Authorised signatory name</w:t>
            </w:r>
          </w:p>
        </w:tc>
        <w:tc>
          <w:tcPr>
            <w:tcW w:w="5040" w:type="dxa"/>
            <w:tcMar>
              <w:top w:w="90" w:type="dxa"/>
              <w:left w:w="100" w:type="dxa"/>
              <w:bottom w:w="90" w:type="dxa"/>
              <w:right w:w="100" w:type="dxa"/>
            </w:tcMar>
            <w:vAlign w:val="center"/>
          </w:tcPr>
          <w:p w14:paraId="214DB07B" w14:textId="77777777" w:rsidR="00D13A0E" w:rsidRDefault="00D01CEA">
            <w:pPr>
              <w:rPr>
                <w:lang w:val="en-GB"/>
              </w:rPr>
            </w:pPr>
            <w:r>
              <w:br/>
            </w:r>
          </w:p>
        </w:tc>
      </w:tr>
      <w:tr w:rsidR="00D13A0E" w14:paraId="63162018" w14:textId="77777777">
        <w:tc>
          <w:tcPr>
            <w:tcW w:w="5040" w:type="dxa"/>
            <w:tcMar>
              <w:top w:w="90" w:type="dxa"/>
              <w:left w:w="100" w:type="dxa"/>
              <w:bottom w:w="90" w:type="dxa"/>
              <w:right w:w="100" w:type="dxa"/>
            </w:tcMar>
            <w:vAlign w:val="center"/>
          </w:tcPr>
          <w:p w14:paraId="6900D6AA" w14:textId="77777777" w:rsidR="00D13A0E" w:rsidRDefault="00D01CEA">
            <w:pPr>
              <w:rPr>
                <w:b/>
                <w:color w:val="17365D" w:themeColor="text2" w:themeShade="BF"/>
                <w:sz w:val="18"/>
                <w:szCs w:val="18"/>
                <w:lang w:val="en-GB"/>
              </w:rPr>
            </w:pPr>
            <w:r w:rsidRPr="26B4DD0C">
              <w:rPr>
                <w:b/>
                <w:color w:val="17365D" w:themeColor="text2" w:themeShade="BF"/>
                <w:sz w:val="18"/>
                <w:szCs w:val="18"/>
                <w:lang w:val="en-GB"/>
              </w:rPr>
              <w:t>Role</w:t>
            </w:r>
          </w:p>
        </w:tc>
        <w:tc>
          <w:tcPr>
            <w:tcW w:w="5040" w:type="dxa"/>
            <w:tcMar>
              <w:top w:w="90" w:type="dxa"/>
              <w:left w:w="100" w:type="dxa"/>
              <w:bottom w:w="90" w:type="dxa"/>
              <w:right w:w="100" w:type="dxa"/>
            </w:tcMar>
            <w:vAlign w:val="center"/>
          </w:tcPr>
          <w:p w14:paraId="603818A3" w14:textId="77777777" w:rsidR="00D13A0E" w:rsidRDefault="00D01CEA">
            <w:pPr>
              <w:rPr>
                <w:lang w:val="en-GB"/>
              </w:rPr>
            </w:pPr>
            <w:r>
              <w:br/>
            </w:r>
          </w:p>
        </w:tc>
      </w:tr>
      <w:tr w:rsidR="00D13A0E" w14:paraId="03DE504C" w14:textId="77777777">
        <w:tc>
          <w:tcPr>
            <w:tcW w:w="5040" w:type="dxa"/>
            <w:tcMar>
              <w:top w:w="90" w:type="dxa"/>
              <w:left w:w="100" w:type="dxa"/>
              <w:bottom w:w="90" w:type="dxa"/>
              <w:right w:w="100" w:type="dxa"/>
            </w:tcMar>
            <w:vAlign w:val="center"/>
          </w:tcPr>
          <w:p w14:paraId="62DA34B9" w14:textId="77777777" w:rsidR="00D13A0E" w:rsidRDefault="00D01CEA">
            <w:pPr>
              <w:rPr>
                <w:b/>
                <w:color w:val="17365D" w:themeColor="text2" w:themeShade="BF"/>
                <w:sz w:val="18"/>
                <w:szCs w:val="18"/>
                <w:lang w:val="en-GB"/>
              </w:rPr>
            </w:pPr>
            <w:r w:rsidRPr="26B4DD0C">
              <w:rPr>
                <w:b/>
                <w:color w:val="17365D" w:themeColor="text2" w:themeShade="BF"/>
                <w:sz w:val="18"/>
                <w:szCs w:val="18"/>
                <w:lang w:val="en-GB"/>
              </w:rPr>
              <w:t>Signature</w:t>
            </w:r>
          </w:p>
        </w:tc>
        <w:tc>
          <w:tcPr>
            <w:tcW w:w="5040" w:type="dxa"/>
            <w:tcMar>
              <w:top w:w="90" w:type="dxa"/>
              <w:left w:w="100" w:type="dxa"/>
              <w:bottom w:w="90" w:type="dxa"/>
              <w:right w:w="100" w:type="dxa"/>
            </w:tcMar>
            <w:vAlign w:val="center"/>
          </w:tcPr>
          <w:p w14:paraId="68258EA5" w14:textId="77777777" w:rsidR="00D13A0E" w:rsidRDefault="00D01CEA">
            <w:pPr>
              <w:rPr>
                <w:lang w:val="en-GB"/>
              </w:rPr>
            </w:pPr>
            <w:r>
              <w:br/>
            </w:r>
          </w:p>
        </w:tc>
      </w:tr>
      <w:tr w:rsidR="00D13A0E" w14:paraId="693954BA" w14:textId="77777777">
        <w:tc>
          <w:tcPr>
            <w:tcW w:w="5040" w:type="dxa"/>
            <w:tcMar>
              <w:top w:w="90" w:type="dxa"/>
              <w:left w:w="100" w:type="dxa"/>
              <w:bottom w:w="90" w:type="dxa"/>
              <w:right w:w="100" w:type="dxa"/>
            </w:tcMar>
            <w:vAlign w:val="center"/>
          </w:tcPr>
          <w:p w14:paraId="02BB2CDC" w14:textId="77777777" w:rsidR="00D13A0E" w:rsidRDefault="00D01CEA">
            <w:pPr>
              <w:rPr>
                <w:b/>
                <w:color w:val="17365D" w:themeColor="text2" w:themeShade="BF"/>
                <w:sz w:val="18"/>
                <w:szCs w:val="18"/>
                <w:lang w:val="en-GB"/>
              </w:rPr>
            </w:pPr>
            <w:r w:rsidRPr="26B4DD0C">
              <w:rPr>
                <w:b/>
                <w:color w:val="17365D" w:themeColor="text2" w:themeShade="BF"/>
                <w:sz w:val="18"/>
                <w:szCs w:val="18"/>
                <w:lang w:val="en-GB"/>
              </w:rPr>
              <w:t>Date</w:t>
            </w:r>
          </w:p>
        </w:tc>
        <w:tc>
          <w:tcPr>
            <w:tcW w:w="5040" w:type="dxa"/>
            <w:tcMar>
              <w:top w:w="90" w:type="dxa"/>
              <w:left w:w="100" w:type="dxa"/>
              <w:bottom w:w="90" w:type="dxa"/>
              <w:right w:w="100" w:type="dxa"/>
            </w:tcMar>
            <w:vAlign w:val="center"/>
          </w:tcPr>
          <w:p w14:paraId="61B49EB4" w14:textId="77777777" w:rsidR="00D13A0E" w:rsidRDefault="00D01CEA">
            <w:pPr>
              <w:rPr>
                <w:lang w:val="en-GB"/>
              </w:rPr>
            </w:pPr>
            <w:r>
              <w:br/>
            </w:r>
          </w:p>
        </w:tc>
      </w:tr>
      <w:tr w:rsidR="00D13A0E" w14:paraId="017A689B" w14:textId="77777777">
        <w:tc>
          <w:tcPr>
            <w:tcW w:w="5040" w:type="dxa"/>
            <w:tcMar>
              <w:top w:w="90" w:type="dxa"/>
              <w:left w:w="100" w:type="dxa"/>
              <w:bottom w:w="90" w:type="dxa"/>
              <w:right w:w="100" w:type="dxa"/>
            </w:tcMar>
            <w:vAlign w:val="center"/>
          </w:tcPr>
          <w:p w14:paraId="577465A5" w14:textId="77777777" w:rsidR="00D13A0E" w:rsidRDefault="00D01CEA">
            <w:pPr>
              <w:rPr>
                <w:b/>
                <w:color w:val="17365D" w:themeColor="text2" w:themeShade="BF"/>
                <w:sz w:val="18"/>
                <w:szCs w:val="18"/>
                <w:lang w:val="en-GB"/>
              </w:rPr>
            </w:pPr>
            <w:r w:rsidRPr="26B4DD0C">
              <w:rPr>
                <w:b/>
                <w:color w:val="17365D" w:themeColor="text2" w:themeShade="BF"/>
                <w:sz w:val="18"/>
                <w:szCs w:val="18"/>
                <w:lang w:val="en-GB"/>
              </w:rPr>
              <w:t>Organisation</w:t>
            </w:r>
          </w:p>
        </w:tc>
        <w:tc>
          <w:tcPr>
            <w:tcW w:w="5040" w:type="dxa"/>
            <w:tcMar>
              <w:top w:w="90" w:type="dxa"/>
              <w:left w:w="100" w:type="dxa"/>
              <w:bottom w:w="90" w:type="dxa"/>
              <w:right w:w="100" w:type="dxa"/>
            </w:tcMar>
            <w:vAlign w:val="center"/>
          </w:tcPr>
          <w:p w14:paraId="276C515F" w14:textId="77777777" w:rsidR="00D13A0E" w:rsidRDefault="00D01CEA">
            <w:pPr>
              <w:rPr>
                <w:lang w:val="en-GB"/>
              </w:rPr>
            </w:pPr>
            <w:r>
              <w:br/>
            </w:r>
          </w:p>
        </w:tc>
      </w:tr>
    </w:tbl>
    <w:p w14:paraId="500BB389" w14:textId="5E248299" w:rsidR="00D13A0E" w:rsidRDefault="00EC7DDA">
      <w:pPr>
        <w:pStyle w:val="Heading2"/>
        <w:rPr>
          <w:lang w:val="en-GB"/>
        </w:rPr>
      </w:pPr>
      <w:r>
        <w:rPr>
          <w:lang w:val="en-GB"/>
        </w:rPr>
        <w:t>I2</w:t>
      </w:r>
      <w:r w:rsidR="09B5B9B8" w:rsidRPr="342C33C6">
        <w:rPr>
          <w:lang w:val="en-GB"/>
        </w:rPr>
        <w:t xml:space="preserve">. </w:t>
      </w:r>
      <w:r w:rsidR="00D01CEA" w:rsidRPr="342C33C6">
        <w:rPr>
          <w:lang w:val="en-GB"/>
        </w:rPr>
        <w:t>Submission checklist</w:t>
      </w:r>
    </w:p>
    <w:tbl>
      <w:tblPr>
        <w:tblStyle w:val="TableGrid"/>
        <w:tblW w:w="0" w:type="auto"/>
        <w:jc w:val="center"/>
        <w:tblLook w:val="04A0" w:firstRow="1" w:lastRow="0" w:firstColumn="1" w:lastColumn="0" w:noHBand="0" w:noVBand="1"/>
      </w:tblPr>
      <w:tblGrid>
        <w:gridCol w:w="10070"/>
      </w:tblGrid>
      <w:tr w:rsidR="00D13A0E" w14:paraId="75F24F6E" w14:textId="77777777" w:rsidTr="00410391">
        <w:trPr>
          <w:jc w:val="center"/>
        </w:trPr>
        <w:tc>
          <w:tcPr>
            <w:tcW w:w="10070" w:type="dxa"/>
            <w:shd w:val="clear" w:color="auto" w:fill="F3F6F8"/>
            <w:tcMar>
              <w:top w:w="90" w:type="dxa"/>
              <w:left w:w="100" w:type="dxa"/>
              <w:bottom w:w="90" w:type="dxa"/>
              <w:right w:w="100" w:type="dxa"/>
            </w:tcMar>
            <w:vAlign w:val="center"/>
          </w:tcPr>
          <w:p w14:paraId="6BF37592" w14:textId="533114FA" w:rsidR="00D13A0E" w:rsidRPr="00DB64F6" w:rsidRDefault="00D01CEA">
            <w:pPr>
              <w:rPr>
                <w:sz w:val="18"/>
                <w:szCs w:val="18"/>
                <w:lang w:val="en-GB"/>
              </w:rPr>
            </w:pPr>
            <w:r w:rsidRPr="26B4DD0C">
              <w:rPr>
                <w:sz w:val="18"/>
                <w:szCs w:val="18"/>
                <w:lang w:val="en-GB"/>
              </w:rPr>
              <w:t>☐ Completed application form</w:t>
            </w:r>
          </w:p>
        </w:tc>
      </w:tr>
      <w:tr w:rsidR="0551DFA0" w14:paraId="3EBC9FE1" w14:textId="77777777" w:rsidTr="342C33C6">
        <w:trPr>
          <w:trHeight w:val="300"/>
          <w:jc w:val="center"/>
        </w:trPr>
        <w:tc>
          <w:tcPr>
            <w:tcW w:w="10070" w:type="dxa"/>
            <w:shd w:val="clear" w:color="auto" w:fill="FFFFFF" w:themeFill="background1"/>
            <w:tcMar>
              <w:top w:w="90" w:type="dxa"/>
              <w:left w:w="100" w:type="dxa"/>
              <w:bottom w:w="90" w:type="dxa"/>
              <w:right w:w="100" w:type="dxa"/>
            </w:tcMar>
            <w:vAlign w:val="center"/>
          </w:tcPr>
          <w:p w14:paraId="2CA4E675" w14:textId="257F54CE" w:rsidR="69D26A6B" w:rsidRPr="342C33C6" w:rsidRDefault="69D26A6B" w:rsidP="26B4DD0C">
            <w:pPr>
              <w:rPr>
                <w:sz w:val="18"/>
                <w:szCs w:val="18"/>
                <w:lang w:val="en-GB"/>
              </w:rPr>
            </w:pPr>
            <w:r w:rsidRPr="342C33C6">
              <w:rPr>
                <w:sz w:val="18"/>
                <w:szCs w:val="18"/>
                <w:lang w:val="en-GB"/>
              </w:rPr>
              <w:t>☐ Completed</w:t>
            </w:r>
            <w:r w:rsidR="614E7BF4" w:rsidRPr="342C33C6">
              <w:rPr>
                <w:sz w:val="18"/>
                <w:szCs w:val="18"/>
                <w:lang w:val="en-GB"/>
              </w:rPr>
              <w:t xml:space="preserve"> Delivery, Evaluation and </w:t>
            </w:r>
            <w:r w:rsidR="614E7BF4" w:rsidRPr="342C33C6">
              <w:rPr>
                <w:rFonts w:asciiTheme="minorHAnsi" w:hAnsiTheme="minorHAnsi"/>
                <w:sz w:val="18"/>
                <w:szCs w:val="18"/>
                <w:lang w:val="en-GB"/>
              </w:rPr>
              <w:t>Risks</w:t>
            </w:r>
            <w:r w:rsidR="614E7BF4" w:rsidRPr="342C33C6">
              <w:rPr>
                <w:sz w:val="18"/>
                <w:szCs w:val="18"/>
                <w:lang w:val="en-GB"/>
              </w:rPr>
              <w:t xml:space="preserve"> </w:t>
            </w:r>
            <w:r w:rsidR="1BEAA800" w:rsidRPr="342C33C6">
              <w:rPr>
                <w:sz w:val="18"/>
                <w:szCs w:val="18"/>
                <w:lang w:val="en-GB"/>
              </w:rPr>
              <w:t>T</w:t>
            </w:r>
            <w:r w:rsidR="614E7BF4" w:rsidRPr="342C33C6">
              <w:rPr>
                <w:sz w:val="18"/>
                <w:szCs w:val="18"/>
                <w:lang w:val="en-GB"/>
              </w:rPr>
              <w:t>emplate</w:t>
            </w:r>
          </w:p>
        </w:tc>
      </w:tr>
      <w:tr w:rsidR="00D13A0E" w14:paraId="46E3A312" w14:textId="77777777" w:rsidTr="00410391">
        <w:trPr>
          <w:jc w:val="center"/>
        </w:trPr>
        <w:tc>
          <w:tcPr>
            <w:tcW w:w="10070" w:type="dxa"/>
            <w:shd w:val="clear" w:color="auto" w:fill="FFFFFF" w:themeFill="background1"/>
            <w:tcMar>
              <w:top w:w="90" w:type="dxa"/>
              <w:left w:w="100" w:type="dxa"/>
              <w:bottom w:w="90" w:type="dxa"/>
              <w:right w:w="100" w:type="dxa"/>
            </w:tcMar>
            <w:vAlign w:val="center"/>
          </w:tcPr>
          <w:p w14:paraId="6BDE36A7" w14:textId="4C96E37F" w:rsidR="00D13A0E" w:rsidRPr="00DB64F6" w:rsidRDefault="00D01CEA">
            <w:pPr>
              <w:rPr>
                <w:sz w:val="18"/>
                <w:szCs w:val="18"/>
                <w:lang w:val="en-GB"/>
              </w:rPr>
            </w:pPr>
            <w:r w:rsidRPr="26B4DD0C">
              <w:rPr>
                <w:sz w:val="18"/>
                <w:szCs w:val="18"/>
                <w:lang w:val="en-GB"/>
              </w:rPr>
              <w:t>☐ Completed budget template</w:t>
            </w:r>
          </w:p>
        </w:tc>
      </w:tr>
      <w:tr w:rsidR="00D13A0E" w14:paraId="16139576" w14:textId="77777777" w:rsidTr="00410391">
        <w:trPr>
          <w:jc w:val="center"/>
        </w:trPr>
        <w:tc>
          <w:tcPr>
            <w:tcW w:w="10070" w:type="dxa"/>
            <w:shd w:val="clear" w:color="auto" w:fill="F3F6F8"/>
            <w:tcMar>
              <w:top w:w="90" w:type="dxa"/>
              <w:left w:w="100" w:type="dxa"/>
              <w:bottom w:w="90" w:type="dxa"/>
              <w:right w:w="100" w:type="dxa"/>
            </w:tcMar>
            <w:vAlign w:val="center"/>
          </w:tcPr>
          <w:p w14:paraId="25F3D3DD" w14:textId="1B5EFDAB" w:rsidR="00D13A0E" w:rsidRPr="00DB64F6" w:rsidRDefault="00D01CEA">
            <w:pPr>
              <w:rPr>
                <w:sz w:val="18"/>
                <w:szCs w:val="18"/>
                <w:lang w:val="en-GB"/>
              </w:rPr>
            </w:pPr>
            <w:r w:rsidRPr="26B4DD0C">
              <w:rPr>
                <w:sz w:val="18"/>
                <w:szCs w:val="18"/>
                <w:lang w:val="en-GB"/>
              </w:rPr>
              <w:t>☐ Governing document</w:t>
            </w:r>
          </w:p>
        </w:tc>
      </w:tr>
      <w:tr w:rsidR="00D13A0E" w14:paraId="2852914D" w14:textId="77777777" w:rsidTr="00410391">
        <w:trPr>
          <w:jc w:val="center"/>
        </w:trPr>
        <w:tc>
          <w:tcPr>
            <w:tcW w:w="10070" w:type="dxa"/>
            <w:shd w:val="clear" w:color="auto" w:fill="F3F6F8"/>
            <w:tcMar>
              <w:top w:w="90" w:type="dxa"/>
              <w:left w:w="100" w:type="dxa"/>
              <w:bottom w:w="90" w:type="dxa"/>
              <w:right w:w="100" w:type="dxa"/>
            </w:tcMar>
            <w:vAlign w:val="center"/>
          </w:tcPr>
          <w:p w14:paraId="16CBED12" w14:textId="109290DF" w:rsidR="00D13A0E" w:rsidRPr="00DB64F6" w:rsidRDefault="00D01CEA">
            <w:pPr>
              <w:rPr>
                <w:sz w:val="18"/>
                <w:szCs w:val="18"/>
                <w:lang w:val="en-GB"/>
              </w:rPr>
            </w:pPr>
            <w:r w:rsidRPr="26B4DD0C">
              <w:rPr>
                <w:sz w:val="18"/>
                <w:szCs w:val="18"/>
                <w:lang w:val="en-GB"/>
              </w:rPr>
              <w:t>☐ Most recent signed accounts</w:t>
            </w:r>
          </w:p>
        </w:tc>
      </w:tr>
      <w:tr w:rsidR="00D13A0E" w14:paraId="59792856" w14:textId="77777777" w:rsidTr="00410391">
        <w:trPr>
          <w:jc w:val="center"/>
        </w:trPr>
        <w:tc>
          <w:tcPr>
            <w:tcW w:w="10070" w:type="dxa"/>
            <w:shd w:val="clear" w:color="auto" w:fill="FFFFFF" w:themeFill="background1"/>
            <w:tcMar>
              <w:top w:w="90" w:type="dxa"/>
              <w:left w:w="100" w:type="dxa"/>
              <w:bottom w:w="90" w:type="dxa"/>
              <w:right w:w="100" w:type="dxa"/>
            </w:tcMar>
            <w:vAlign w:val="center"/>
          </w:tcPr>
          <w:p w14:paraId="029CEE93" w14:textId="6947F8DD" w:rsidR="00D13A0E" w:rsidRPr="00DB64F6" w:rsidRDefault="00D01CEA">
            <w:pPr>
              <w:rPr>
                <w:sz w:val="18"/>
                <w:szCs w:val="18"/>
                <w:lang w:val="en-GB"/>
              </w:rPr>
            </w:pPr>
            <w:r w:rsidRPr="26B4DD0C">
              <w:rPr>
                <w:sz w:val="18"/>
                <w:szCs w:val="18"/>
                <w:lang w:val="en-GB"/>
              </w:rPr>
              <w:t>☐ Most recent annual report, if available</w:t>
            </w:r>
          </w:p>
        </w:tc>
      </w:tr>
      <w:tr w:rsidR="342C33C6" w14:paraId="1568DF69" w14:textId="77777777" w:rsidTr="342C33C6">
        <w:trPr>
          <w:trHeight w:val="300"/>
          <w:jc w:val="center"/>
        </w:trPr>
        <w:tc>
          <w:tcPr>
            <w:tcW w:w="10070" w:type="dxa"/>
            <w:shd w:val="clear" w:color="auto" w:fill="FFFFFF" w:themeFill="background1"/>
            <w:tcMar>
              <w:top w:w="90" w:type="dxa"/>
              <w:left w:w="100" w:type="dxa"/>
              <w:bottom w:w="90" w:type="dxa"/>
              <w:right w:w="100" w:type="dxa"/>
            </w:tcMar>
            <w:vAlign w:val="center"/>
          </w:tcPr>
          <w:p w14:paraId="25DC5F93" w14:textId="21BCF6A2" w:rsidR="29364E85" w:rsidRDefault="29364E85" w:rsidP="342C33C6">
            <w:pPr>
              <w:rPr>
                <w:sz w:val="18"/>
                <w:szCs w:val="18"/>
                <w:lang w:val="en-GB"/>
              </w:rPr>
            </w:pPr>
            <w:r w:rsidRPr="342C33C6">
              <w:rPr>
                <w:sz w:val="18"/>
                <w:szCs w:val="18"/>
                <w:lang w:val="en-GB"/>
              </w:rPr>
              <w:t>☐ Evidence of insurance, if requested</w:t>
            </w:r>
          </w:p>
        </w:tc>
      </w:tr>
    </w:tbl>
    <w:p w14:paraId="761DD9E7" w14:textId="77777777" w:rsidR="00D13A0E" w:rsidRDefault="00D13A0E">
      <w:pPr>
        <w:spacing w:after="20"/>
        <w:rPr>
          <w:lang w:val="en-GB"/>
        </w:rPr>
      </w:pPr>
    </w:p>
    <w:sectPr w:rsidR="00D13A0E" w:rsidSect="00034616">
      <w:headerReference w:type="even" r:id="rId14"/>
      <w:headerReference w:type="default" r:id="rId15"/>
      <w:footerReference w:type="even" r:id="rId16"/>
      <w:footerReference w:type="default" r:id="rId17"/>
      <w:headerReference w:type="first" r:id="rId18"/>
      <w:footerReference w:type="first" r:id="rId1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22542" w14:textId="77777777" w:rsidR="009415D6" w:rsidRDefault="009415D6">
      <w:pPr>
        <w:spacing w:after="0" w:line="240" w:lineRule="auto"/>
      </w:pPr>
      <w:r>
        <w:separator/>
      </w:r>
    </w:p>
  </w:endnote>
  <w:endnote w:type="continuationSeparator" w:id="0">
    <w:p w14:paraId="4A9DE2E9" w14:textId="77777777" w:rsidR="009415D6" w:rsidRDefault="00941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208B7" w14:textId="77777777" w:rsidR="00372B03" w:rsidRDefault="00372B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A7395" w14:textId="20289BB6" w:rsidR="43F7E6C1" w:rsidRDefault="43F7E6C1" w:rsidP="43F7E6C1">
    <w:pPr>
      <w:pStyle w:val="Footer"/>
      <w:jc w:val="center"/>
      <w:rPr>
        <w:color w:val="666666"/>
        <w:sz w:val="16"/>
        <w:szCs w:val="16"/>
      </w:rPr>
    </w:pPr>
  </w:p>
  <w:p w14:paraId="63B830DD" w14:textId="65C43D87" w:rsidR="00D13A0E" w:rsidRDefault="43F7E6C1">
    <w:pPr>
      <w:pStyle w:val="Footer"/>
      <w:jc w:val="center"/>
    </w:pPr>
    <w:r w:rsidRPr="43F7E6C1">
      <w:rPr>
        <w:color w:val="666666"/>
        <w:sz w:val="16"/>
        <w:szCs w:val="16"/>
      </w:rPr>
      <w:t xml:space="preserve">Bristol Sanctuary Strategy and Action Plan: 2027 - 2030 | Page </w:t>
    </w:r>
    <w:r w:rsidR="00D01CEA" w:rsidRPr="43F7E6C1">
      <w:rPr>
        <w:noProof/>
      </w:rPr>
      <w:fldChar w:fldCharType="begin"/>
    </w:r>
    <w:r w:rsidR="00D01CEA">
      <w:instrText>PAGE</w:instrText>
    </w:r>
    <w:r w:rsidR="00D01CEA" w:rsidRPr="43F7E6C1">
      <w:fldChar w:fldCharType="separate"/>
    </w:r>
    <w:r w:rsidRPr="43F7E6C1">
      <w:rPr>
        <w:noProof/>
      </w:rPr>
      <w:t>1</w:t>
    </w:r>
    <w:r w:rsidR="00D01CEA" w:rsidRPr="43F7E6C1">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64B6C" w14:textId="77777777" w:rsidR="00372B03" w:rsidRDefault="00372B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F8BCA" w14:textId="77777777" w:rsidR="009415D6" w:rsidRDefault="009415D6">
      <w:pPr>
        <w:spacing w:after="0" w:line="240" w:lineRule="auto"/>
      </w:pPr>
      <w:r>
        <w:separator/>
      </w:r>
    </w:p>
  </w:footnote>
  <w:footnote w:type="continuationSeparator" w:id="0">
    <w:p w14:paraId="0C323BA8" w14:textId="77777777" w:rsidR="009415D6" w:rsidRDefault="009415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CC5B6" w14:textId="34255EAF" w:rsidR="00372B03" w:rsidRDefault="009415D6">
    <w:pPr>
      <w:pStyle w:val="Header"/>
    </w:pPr>
    <w:r>
      <w:rPr>
        <w:noProof/>
      </w:rPr>
      <w:pict w14:anchorId="767651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892954" o:spid="_x0000_s1025" type="#_x0000_t136" style="position:absolute;margin-left:0;margin-top:0;width:672.2pt;height:38.4pt;rotation:315;z-index:-251658240;mso-position-horizontal:center;mso-position-horizontal-relative:margin;mso-position-vertical:center;mso-position-vertical-relative:margin" o:allowincell="f" fillcolor="silver" stroked="f">
          <v:fill opacity=".5"/>
          <v:textpath style="font-family:&quot;Arial&quot;;font-size:1pt" string="DRAFTING COPY ONLY - Submit onlin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F3A2" w14:textId="572E40CE" w:rsidR="00D13A0E" w:rsidRDefault="66151CD1" w:rsidP="1A687FD1">
    <w:pPr>
      <w:pStyle w:val="Header"/>
      <w:rPr>
        <w:b/>
        <w:color w:val="007C89"/>
        <w:sz w:val="40"/>
        <w:szCs w:val="40"/>
      </w:rPr>
    </w:pPr>
    <w:r>
      <w:rPr>
        <w:noProof/>
      </w:rPr>
      <w:drawing>
        <wp:inline distT="0" distB="0" distL="0" distR="0" wp14:anchorId="3DEEC1C3" wp14:editId="266129B3">
          <wp:extent cx="1310951" cy="1247775"/>
          <wp:effectExtent l="0" t="0" r="0" b="0"/>
          <wp:docPr id="11584161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416123" name="Picture 1158416123"/>
                  <pic:cNvPicPr/>
                </pic:nvPicPr>
                <pic:blipFill>
                  <a:blip r:embed="rId1">
                    <a:extLst>
                      <a:ext uri="{28A0092B-C50C-407E-A947-70E740481C1C}">
                        <a14:useLocalDpi xmlns:a14="http://schemas.microsoft.com/office/drawing/2010/main"/>
                      </a:ext>
                    </a:extLst>
                  </a:blip>
                  <a:stretch>
                    <a:fillRect/>
                  </a:stretch>
                </pic:blipFill>
                <pic:spPr>
                  <a:xfrm>
                    <a:off x="0" y="0"/>
                    <a:ext cx="1310951" cy="1247775"/>
                  </a:xfrm>
                  <a:prstGeom prst="rect">
                    <a:avLst/>
                  </a:prstGeom>
                </pic:spPr>
              </pic:pic>
            </a:graphicData>
          </a:graphic>
        </wp:inline>
      </w:drawing>
    </w:r>
    <w:r w:rsidR="5EA82155" w:rsidRPr="5EA82155">
      <w:rPr>
        <w:b/>
        <w:bCs/>
        <w:color w:val="007C89"/>
        <w:sz w:val="40"/>
        <w:szCs w:val="40"/>
      </w:rPr>
      <w:t xml:space="preserve">BRISTOL </w:t>
    </w:r>
    <w:r w:rsidR="3765517A" w:rsidRPr="3765517A">
      <w:rPr>
        <w:b/>
        <w:bCs/>
        <w:color w:val="007C89"/>
        <w:sz w:val="40"/>
        <w:szCs w:val="40"/>
      </w:rPr>
      <w:t>CITY</w:t>
    </w:r>
    <w:r w:rsidR="5EA82155" w:rsidRPr="5EA82155">
      <w:rPr>
        <w:b/>
        <w:bCs/>
        <w:color w:val="007C89"/>
        <w:sz w:val="40"/>
        <w:szCs w:val="40"/>
      </w:rPr>
      <w:t xml:space="preserve"> COUNCIL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53F3F" w14:textId="43F82E83" w:rsidR="00372B03" w:rsidRDefault="009415D6">
    <w:pPr>
      <w:pStyle w:val="Header"/>
    </w:pPr>
    <w:r>
      <w:rPr>
        <w:noProof/>
      </w:rPr>
      <w:pict w14:anchorId="6E22B1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892953" o:spid="_x0000_s1027" type="#_x0000_t136" style="position:absolute;margin-left:0;margin-top:0;width:672.2pt;height:38.4pt;rotation:315;z-index:-251658239;mso-position-horizontal:center;mso-position-horizontal-relative:margin;mso-position-vertical:center;mso-position-vertical-relative:margin" o:allowincell="f" fillcolor="silver" stroked="f">
          <v:fill opacity=".5"/>
          <v:textpath style="font-family:&quot;Arial&quot;;font-size:1pt" string="DRAFTING COPY ONLY - Submit onlin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D4E11D3"/>
    <w:multiLevelType w:val="hybridMultilevel"/>
    <w:tmpl w:val="05889476"/>
    <w:lvl w:ilvl="0" w:tplc="21B20BAE">
      <w:start w:val="1"/>
      <w:numFmt w:val="bullet"/>
      <w:lvlText w:val=""/>
      <w:lvlJc w:val="left"/>
      <w:pPr>
        <w:ind w:left="1440" w:hanging="360"/>
      </w:pPr>
      <w:rPr>
        <w:rFonts w:ascii="Symbol" w:hAnsi="Symbol"/>
      </w:rPr>
    </w:lvl>
    <w:lvl w:ilvl="1" w:tplc="54861CEA">
      <w:start w:val="1"/>
      <w:numFmt w:val="bullet"/>
      <w:lvlText w:val=""/>
      <w:lvlJc w:val="left"/>
      <w:pPr>
        <w:ind w:left="1440" w:hanging="360"/>
      </w:pPr>
      <w:rPr>
        <w:rFonts w:ascii="Symbol" w:hAnsi="Symbol"/>
      </w:rPr>
    </w:lvl>
    <w:lvl w:ilvl="2" w:tplc="8640B51E">
      <w:start w:val="1"/>
      <w:numFmt w:val="bullet"/>
      <w:lvlText w:val=""/>
      <w:lvlJc w:val="left"/>
      <w:pPr>
        <w:ind w:left="1440" w:hanging="360"/>
      </w:pPr>
      <w:rPr>
        <w:rFonts w:ascii="Symbol" w:hAnsi="Symbol"/>
      </w:rPr>
    </w:lvl>
    <w:lvl w:ilvl="3" w:tplc="E90E4212">
      <w:start w:val="1"/>
      <w:numFmt w:val="bullet"/>
      <w:lvlText w:val=""/>
      <w:lvlJc w:val="left"/>
      <w:pPr>
        <w:ind w:left="1440" w:hanging="360"/>
      </w:pPr>
      <w:rPr>
        <w:rFonts w:ascii="Symbol" w:hAnsi="Symbol"/>
      </w:rPr>
    </w:lvl>
    <w:lvl w:ilvl="4" w:tplc="1C648DBC">
      <w:start w:val="1"/>
      <w:numFmt w:val="bullet"/>
      <w:lvlText w:val=""/>
      <w:lvlJc w:val="left"/>
      <w:pPr>
        <w:ind w:left="1440" w:hanging="360"/>
      </w:pPr>
      <w:rPr>
        <w:rFonts w:ascii="Symbol" w:hAnsi="Symbol"/>
      </w:rPr>
    </w:lvl>
    <w:lvl w:ilvl="5" w:tplc="FA9E244A">
      <w:start w:val="1"/>
      <w:numFmt w:val="bullet"/>
      <w:lvlText w:val=""/>
      <w:lvlJc w:val="left"/>
      <w:pPr>
        <w:ind w:left="1440" w:hanging="360"/>
      </w:pPr>
      <w:rPr>
        <w:rFonts w:ascii="Symbol" w:hAnsi="Symbol"/>
      </w:rPr>
    </w:lvl>
    <w:lvl w:ilvl="6" w:tplc="95E4B84A">
      <w:start w:val="1"/>
      <w:numFmt w:val="bullet"/>
      <w:lvlText w:val=""/>
      <w:lvlJc w:val="left"/>
      <w:pPr>
        <w:ind w:left="1440" w:hanging="360"/>
      </w:pPr>
      <w:rPr>
        <w:rFonts w:ascii="Symbol" w:hAnsi="Symbol"/>
      </w:rPr>
    </w:lvl>
    <w:lvl w:ilvl="7" w:tplc="9432B29E">
      <w:start w:val="1"/>
      <w:numFmt w:val="bullet"/>
      <w:lvlText w:val=""/>
      <w:lvlJc w:val="left"/>
      <w:pPr>
        <w:ind w:left="1440" w:hanging="360"/>
      </w:pPr>
      <w:rPr>
        <w:rFonts w:ascii="Symbol" w:hAnsi="Symbol"/>
      </w:rPr>
    </w:lvl>
    <w:lvl w:ilvl="8" w:tplc="DABCF776">
      <w:start w:val="1"/>
      <w:numFmt w:val="bullet"/>
      <w:lvlText w:val=""/>
      <w:lvlJc w:val="left"/>
      <w:pPr>
        <w:ind w:left="1440" w:hanging="360"/>
      </w:pPr>
      <w:rPr>
        <w:rFonts w:ascii="Symbol" w:hAnsi="Symbol"/>
      </w:rPr>
    </w:lvl>
  </w:abstractNum>
  <w:num w:numId="1" w16cid:durableId="1540316057">
    <w:abstractNumId w:val="8"/>
  </w:num>
  <w:num w:numId="2" w16cid:durableId="1086921589">
    <w:abstractNumId w:val="6"/>
  </w:num>
  <w:num w:numId="3" w16cid:durableId="1765834529">
    <w:abstractNumId w:val="5"/>
  </w:num>
  <w:num w:numId="4" w16cid:durableId="11104670">
    <w:abstractNumId w:val="4"/>
  </w:num>
  <w:num w:numId="5" w16cid:durableId="450320901">
    <w:abstractNumId w:val="7"/>
  </w:num>
  <w:num w:numId="6" w16cid:durableId="726105455">
    <w:abstractNumId w:val="3"/>
  </w:num>
  <w:num w:numId="7" w16cid:durableId="219680285">
    <w:abstractNumId w:val="2"/>
  </w:num>
  <w:num w:numId="8" w16cid:durableId="625820346">
    <w:abstractNumId w:val="1"/>
  </w:num>
  <w:num w:numId="9" w16cid:durableId="2132242578">
    <w:abstractNumId w:val="0"/>
  </w:num>
  <w:num w:numId="10" w16cid:durableId="21106602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CC2"/>
    <w:rsid w:val="00004784"/>
    <w:rsid w:val="00004D56"/>
    <w:rsid w:val="000055A8"/>
    <w:rsid w:val="0000591A"/>
    <w:rsid w:val="000071CE"/>
    <w:rsid w:val="00013BA5"/>
    <w:rsid w:val="000222A5"/>
    <w:rsid w:val="000229FF"/>
    <w:rsid w:val="00022D13"/>
    <w:rsid w:val="0002475A"/>
    <w:rsid w:val="00024E10"/>
    <w:rsid w:val="00025531"/>
    <w:rsid w:val="0002581A"/>
    <w:rsid w:val="00025BE6"/>
    <w:rsid w:val="00031C1A"/>
    <w:rsid w:val="00031E4F"/>
    <w:rsid w:val="00032C22"/>
    <w:rsid w:val="00034616"/>
    <w:rsid w:val="000357ED"/>
    <w:rsid w:val="00037FA8"/>
    <w:rsid w:val="00041927"/>
    <w:rsid w:val="0004248D"/>
    <w:rsid w:val="000424A9"/>
    <w:rsid w:val="000444CA"/>
    <w:rsid w:val="0004524B"/>
    <w:rsid w:val="000453FB"/>
    <w:rsid w:val="00051C04"/>
    <w:rsid w:val="000521C6"/>
    <w:rsid w:val="000530B4"/>
    <w:rsid w:val="0005370B"/>
    <w:rsid w:val="00055AE5"/>
    <w:rsid w:val="00056A1B"/>
    <w:rsid w:val="00060160"/>
    <w:rsid w:val="0006063C"/>
    <w:rsid w:val="00060AC9"/>
    <w:rsid w:val="00061EA5"/>
    <w:rsid w:val="000626C5"/>
    <w:rsid w:val="0006312A"/>
    <w:rsid w:val="00065FA4"/>
    <w:rsid w:val="0006706E"/>
    <w:rsid w:val="00073088"/>
    <w:rsid w:val="0007314C"/>
    <w:rsid w:val="0007345E"/>
    <w:rsid w:val="000736C1"/>
    <w:rsid w:val="000747BE"/>
    <w:rsid w:val="000772E0"/>
    <w:rsid w:val="000857B9"/>
    <w:rsid w:val="0008753D"/>
    <w:rsid w:val="00090068"/>
    <w:rsid w:val="0009458C"/>
    <w:rsid w:val="00096271"/>
    <w:rsid w:val="000973A7"/>
    <w:rsid w:val="000A17E7"/>
    <w:rsid w:val="000A1A0B"/>
    <w:rsid w:val="000A1E23"/>
    <w:rsid w:val="000A2A79"/>
    <w:rsid w:val="000A2DDE"/>
    <w:rsid w:val="000A5C40"/>
    <w:rsid w:val="000A6571"/>
    <w:rsid w:val="000B0DE3"/>
    <w:rsid w:val="000B1790"/>
    <w:rsid w:val="000B26E9"/>
    <w:rsid w:val="000B4C3B"/>
    <w:rsid w:val="000B52A8"/>
    <w:rsid w:val="000B6647"/>
    <w:rsid w:val="000C5A47"/>
    <w:rsid w:val="000D0CDE"/>
    <w:rsid w:val="000D136D"/>
    <w:rsid w:val="000D3AE4"/>
    <w:rsid w:val="000D3B7D"/>
    <w:rsid w:val="000D4938"/>
    <w:rsid w:val="000D4F3C"/>
    <w:rsid w:val="000D58B4"/>
    <w:rsid w:val="000D6025"/>
    <w:rsid w:val="000D68E2"/>
    <w:rsid w:val="000E0B3A"/>
    <w:rsid w:val="000E2ED0"/>
    <w:rsid w:val="000E4E46"/>
    <w:rsid w:val="000E6446"/>
    <w:rsid w:val="000E7517"/>
    <w:rsid w:val="000F4196"/>
    <w:rsid w:val="000F7B44"/>
    <w:rsid w:val="000F7CE7"/>
    <w:rsid w:val="001001EF"/>
    <w:rsid w:val="001008E6"/>
    <w:rsid w:val="00101074"/>
    <w:rsid w:val="00101191"/>
    <w:rsid w:val="00101ECF"/>
    <w:rsid w:val="00104A39"/>
    <w:rsid w:val="0010639A"/>
    <w:rsid w:val="00106B9E"/>
    <w:rsid w:val="001070D2"/>
    <w:rsid w:val="00107738"/>
    <w:rsid w:val="001100AA"/>
    <w:rsid w:val="0011147D"/>
    <w:rsid w:val="001118AB"/>
    <w:rsid w:val="00113798"/>
    <w:rsid w:val="00115E51"/>
    <w:rsid w:val="00117A83"/>
    <w:rsid w:val="0012050C"/>
    <w:rsid w:val="00120E6D"/>
    <w:rsid w:val="001227F8"/>
    <w:rsid w:val="00125730"/>
    <w:rsid w:val="00130D1D"/>
    <w:rsid w:val="00134A15"/>
    <w:rsid w:val="00134B36"/>
    <w:rsid w:val="00136BCE"/>
    <w:rsid w:val="00136F51"/>
    <w:rsid w:val="0013774B"/>
    <w:rsid w:val="001400FD"/>
    <w:rsid w:val="00142212"/>
    <w:rsid w:val="00142BB0"/>
    <w:rsid w:val="00142C35"/>
    <w:rsid w:val="00147114"/>
    <w:rsid w:val="00147B0D"/>
    <w:rsid w:val="0015074B"/>
    <w:rsid w:val="001525BB"/>
    <w:rsid w:val="00152EB7"/>
    <w:rsid w:val="00153C4F"/>
    <w:rsid w:val="00154679"/>
    <w:rsid w:val="001571F1"/>
    <w:rsid w:val="00157968"/>
    <w:rsid w:val="00160024"/>
    <w:rsid w:val="00161884"/>
    <w:rsid w:val="001621CC"/>
    <w:rsid w:val="0016334F"/>
    <w:rsid w:val="00170947"/>
    <w:rsid w:val="001723C7"/>
    <w:rsid w:val="001749F8"/>
    <w:rsid w:val="001802F4"/>
    <w:rsid w:val="001840CE"/>
    <w:rsid w:val="001863DB"/>
    <w:rsid w:val="00186569"/>
    <w:rsid w:val="00190787"/>
    <w:rsid w:val="00190F57"/>
    <w:rsid w:val="00191B69"/>
    <w:rsid w:val="0019253B"/>
    <w:rsid w:val="00192AD2"/>
    <w:rsid w:val="00194487"/>
    <w:rsid w:val="001953B8"/>
    <w:rsid w:val="00196420"/>
    <w:rsid w:val="00197042"/>
    <w:rsid w:val="0019743D"/>
    <w:rsid w:val="00197556"/>
    <w:rsid w:val="00197948"/>
    <w:rsid w:val="001A024B"/>
    <w:rsid w:val="001A0E36"/>
    <w:rsid w:val="001A1E79"/>
    <w:rsid w:val="001A3B72"/>
    <w:rsid w:val="001A54CA"/>
    <w:rsid w:val="001A54EB"/>
    <w:rsid w:val="001B0770"/>
    <w:rsid w:val="001B1BDA"/>
    <w:rsid w:val="001B1D2F"/>
    <w:rsid w:val="001B4B07"/>
    <w:rsid w:val="001C2086"/>
    <w:rsid w:val="001C55B5"/>
    <w:rsid w:val="001C58CD"/>
    <w:rsid w:val="001D0A75"/>
    <w:rsid w:val="001D3176"/>
    <w:rsid w:val="001D3A24"/>
    <w:rsid w:val="001D62D1"/>
    <w:rsid w:val="001D6C1D"/>
    <w:rsid w:val="001D6D46"/>
    <w:rsid w:val="001E0CC7"/>
    <w:rsid w:val="001E4734"/>
    <w:rsid w:val="001E5787"/>
    <w:rsid w:val="001F3BA8"/>
    <w:rsid w:val="001F3DA7"/>
    <w:rsid w:val="001F405C"/>
    <w:rsid w:val="001F5154"/>
    <w:rsid w:val="001F71D9"/>
    <w:rsid w:val="0020275F"/>
    <w:rsid w:val="00203266"/>
    <w:rsid w:val="00204C08"/>
    <w:rsid w:val="00204FBF"/>
    <w:rsid w:val="0020570F"/>
    <w:rsid w:val="00207C47"/>
    <w:rsid w:val="002106A0"/>
    <w:rsid w:val="00210A13"/>
    <w:rsid w:val="00212A17"/>
    <w:rsid w:val="00215EBD"/>
    <w:rsid w:val="002161C0"/>
    <w:rsid w:val="00216BD4"/>
    <w:rsid w:val="0022091A"/>
    <w:rsid w:val="00221C2E"/>
    <w:rsid w:val="002235CD"/>
    <w:rsid w:val="00223DF1"/>
    <w:rsid w:val="00223F26"/>
    <w:rsid w:val="00227AA1"/>
    <w:rsid w:val="002312AD"/>
    <w:rsid w:val="00231EA6"/>
    <w:rsid w:val="002328D0"/>
    <w:rsid w:val="00234869"/>
    <w:rsid w:val="00234CC4"/>
    <w:rsid w:val="002356B0"/>
    <w:rsid w:val="00235D56"/>
    <w:rsid w:val="00235E10"/>
    <w:rsid w:val="002362B6"/>
    <w:rsid w:val="00236758"/>
    <w:rsid w:val="00242879"/>
    <w:rsid w:val="0024418B"/>
    <w:rsid w:val="00253002"/>
    <w:rsid w:val="00256701"/>
    <w:rsid w:val="002571D2"/>
    <w:rsid w:val="00257D73"/>
    <w:rsid w:val="00264692"/>
    <w:rsid w:val="00266713"/>
    <w:rsid w:val="00266ACA"/>
    <w:rsid w:val="00267509"/>
    <w:rsid w:val="0027298F"/>
    <w:rsid w:val="00274EC3"/>
    <w:rsid w:val="00275577"/>
    <w:rsid w:val="00281187"/>
    <w:rsid w:val="002836B9"/>
    <w:rsid w:val="00283A83"/>
    <w:rsid w:val="0028703F"/>
    <w:rsid w:val="00292C2C"/>
    <w:rsid w:val="00293E46"/>
    <w:rsid w:val="00295E6E"/>
    <w:rsid w:val="00296190"/>
    <w:rsid w:val="0029639D"/>
    <w:rsid w:val="00297465"/>
    <w:rsid w:val="002A068B"/>
    <w:rsid w:val="002A0E31"/>
    <w:rsid w:val="002A1D41"/>
    <w:rsid w:val="002A1F02"/>
    <w:rsid w:val="002A5304"/>
    <w:rsid w:val="002A647F"/>
    <w:rsid w:val="002A6BC9"/>
    <w:rsid w:val="002B0D5B"/>
    <w:rsid w:val="002B6F82"/>
    <w:rsid w:val="002C0A47"/>
    <w:rsid w:val="002C15B4"/>
    <w:rsid w:val="002C30F6"/>
    <w:rsid w:val="002C361A"/>
    <w:rsid w:val="002C555D"/>
    <w:rsid w:val="002C74C5"/>
    <w:rsid w:val="002C7D31"/>
    <w:rsid w:val="002D324D"/>
    <w:rsid w:val="002D45D6"/>
    <w:rsid w:val="002D4E4C"/>
    <w:rsid w:val="002E1ACC"/>
    <w:rsid w:val="002E2E54"/>
    <w:rsid w:val="002E2E61"/>
    <w:rsid w:val="002E3E9E"/>
    <w:rsid w:val="002E521B"/>
    <w:rsid w:val="002E54C1"/>
    <w:rsid w:val="002E7343"/>
    <w:rsid w:val="002E77C1"/>
    <w:rsid w:val="002F001B"/>
    <w:rsid w:val="002F2B52"/>
    <w:rsid w:val="002F3DA7"/>
    <w:rsid w:val="002F3DB3"/>
    <w:rsid w:val="002F444E"/>
    <w:rsid w:val="002F50BD"/>
    <w:rsid w:val="002F6712"/>
    <w:rsid w:val="00302B89"/>
    <w:rsid w:val="0030395A"/>
    <w:rsid w:val="00303E4A"/>
    <w:rsid w:val="0030729E"/>
    <w:rsid w:val="00307756"/>
    <w:rsid w:val="003104E2"/>
    <w:rsid w:val="003105E8"/>
    <w:rsid w:val="00320395"/>
    <w:rsid w:val="00320F4D"/>
    <w:rsid w:val="00322F39"/>
    <w:rsid w:val="00325ADE"/>
    <w:rsid w:val="00326F90"/>
    <w:rsid w:val="00327B0A"/>
    <w:rsid w:val="00332B09"/>
    <w:rsid w:val="00334DCA"/>
    <w:rsid w:val="00334EB3"/>
    <w:rsid w:val="003406E1"/>
    <w:rsid w:val="003407FA"/>
    <w:rsid w:val="00340B24"/>
    <w:rsid w:val="00340D6D"/>
    <w:rsid w:val="00341F06"/>
    <w:rsid w:val="00342FBA"/>
    <w:rsid w:val="00342FED"/>
    <w:rsid w:val="00345E9B"/>
    <w:rsid w:val="003466FF"/>
    <w:rsid w:val="00346A5B"/>
    <w:rsid w:val="00346D3A"/>
    <w:rsid w:val="003503CA"/>
    <w:rsid w:val="003503E4"/>
    <w:rsid w:val="00351BAE"/>
    <w:rsid w:val="00353052"/>
    <w:rsid w:val="00355EAB"/>
    <w:rsid w:val="00356F50"/>
    <w:rsid w:val="0036099F"/>
    <w:rsid w:val="00360A48"/>
    <w:rsid w:val="00360B6D"/>
    <w:rsid w:val="00361AA7"/>
    <w:rsid w:val="003638E9"/>
    <w:rsid w:val="003641E6"/>
    <w:rsid w:val="0036488D"/>
    <w:rsid w:val="00365368"/>
    <w:rsid w:val="003702A8"/>
    <w:rsid w:val="00370B13"/>
    <w:rsid w:val="0037236D"/>
    <w:rsid w:val="00372B03"/>
    <w:rsid w:val="00374CA5"/>
    <w:rsid w:val="003751C8"/>
    <w:rsid w:val="003774D8"/>
    <w:rsid w:val="003813E5"/>
    <w:rsid w:val="00381C20"/>
    <w:rsid w:val="00382F59"/>
    <w:rsid w:val="00385537"/>
    <w:rsid w:val="0039481B"/>
    <w:rsid w:val="00395451"/>
    <w:rsid w:val="00396A8C"/>
    <w:rsid w:val="0039733C"/>
    <w:rsid w:val="003975B2"/>
    <w:rsid w:val="003975BA"/>
    <w:rsid w:val="00397BF1"/>
    <w:rsid w:val="0039ECFF"/>
    <w:rsid w:val="003A2481"/>
    <w:rsid w:val="003A552A"/>
    <w:rsid w:val="003A55C3"/>
    <w:rsid w:val="003A7EAE"/>
    <w:rsid w:val="003B11F8"/>
    <w:rsid w:val="003B2406"/>
    <w:rsid w:val="003B251B"/>
    <w:rsid w:val="003B29C0"/>
    <w:rsid w:val="003B4210"/>
    <w:rsid w:val="003B5CC9"/>
    <w:rsid w:val="003B7A9B"/>
    <w:rsid w:val="003C0C71"/>
    <w:rsid w:val="003C1A21"/>
    <w:rsid w:val="003C7EC5"/>
    <w:rsid w:val="003D061F"/>
    <w:rsid w:val="003D12F0"/>
    <w:rsid w:val="003D3CDF"/>
    <w:rsid w:val="003D5A7C"/>
    <w:rsid w:val="003E1B7D"/>
    <w:rsid w:val="003E223D"/>
    <w:rsid w:val="003E2676"/>
    <w:rsid w:val="003E36BA"/>
    <w:rsid w:val="003E3E1C"/>
    <w:rsid w:val="003E4189"/>
    <w:rsid w:val="003E526B"/>
    <w:rsid w:val="003E5AB5"/>
    <w:rsid w:val="003F1335"/>
    <w:rsid w:val="003F17B6"/>
    <w:rsid w:val="0040347A"/>
    <w:rsid w:val="004042E5"/>
    <w:rsid w:val="004045E2"/>
    <w:rsid w:val="00410391"/>
    <w:rsid w:val="00413267"/>
    <w:rsid w:val="00413F46"/>
    <w:rsid w:val="00414461"/>
    <w:rsid w:val="00415DF7"/>
    <w:rsid w:val="004160FE"/>
    <w:rsid w:val="00417493"/>
    <w:rsid w:val="004225BA"/>
    <w:rsid w:val="004249F6"/>
    <w:rsid w:val="004252FA"/>
    <w:rsid w:val="00426CD9"/>
    <w:rsid w:val="00426E07"/>
    <w:rsid w:val="004274B9"/>
    <w:rsid w:val="004274CA"/>
    <w:rsid w:val="0042DDA9"/>
    <w:rsid w:val="0043124B"/>
    <w:rsid w:val="00433D67"/>
    <w:rsid w:val="004349C0"/>
    <w:rsid w:val="0043580A"/>
    <w:rsid w:val="00436591"/>
    <w:rsid w:val="0043699A"/>
    <w:rsid w:val="004369FB"/>
    <w:rsid w:val="00436DF8"/>
    <w:rsid w:val="0044254C"/>
    <w:rsid w:val="00443305"/>
    <w:rsid w:val="00446F50"/>
    <w:rsid w:val="00447386"/>
    <w:rsid w:val="00450F7A"/>
    <w:rsid w:val="00452EEA"/>
    <w:rsid w:val="004605E1"/>
    <w:rsid w:val="00460C7E"/>
    <w:rsid w:val="00461AAA"/>
    <w:rsid w:val="00462A16"/>
    <w:rsid w:val="00462F09"/>
    <w:rsid w:val="0046349D"/>
    <w:rsid w:val="00463806"/>
    <w:rsid w:val="00463862"/>
    <w:rsid w:val="004701A6"/>
    <w:rsid w:val="00470BA8"/>
    <w:rsid w:val="00470DD2"/>
    <w:rsid w:val="0047240F"/>
    <w:rsid w:val="00473DB4"/>
    <w:rsid w:val="00474792"/>
    <w:rsid w:val="00477AE7"/>
    <w:rsid w:val="00477D2B"/>
    <w:rsid w:val="00485DDB"/>
    <w:rsid w:val="00490F63"/>
    <w:rsid w:val="00491766"/>
    <w:rsid w:val="004922D8"/>
    <w:rsid w:val="00492E70"/>
    <w:rsid w:val="00497F5D"/>
    <w:rsid w:val="00497F8A"/>
    <w:rsid w:val="00497F8E"/>
    <w:rsid w:val="004A058E"/>
    <w:rsid w:val="004A1081"/>
    <w:rsid w:val="004A1A13"/>
    <w:rsid w:val="004A1AE4"/>
    <w:rsid w:val="004A2395"/>
    <w:rsid w:val="004A468B"/>
    <w:rsid w:val="004A4929"/>
    <w:rsid w:val="004A4D0C"/>
    <w:rsid w:val="004A7D10"/>
    <w:rsid w:val="004B0618"/>
    <w:rsid w:val="004B0D6D"/>
    <w:rsid w:val="004B3A97"/>
    <w:rsid w:val="004B3B8C"/>
    <w:rsid w:val="004B3DD9"/>
    <w:rsid w:val="004B475A"/>
    <w:rsid w:val="004B4E7B"/>
    <w:rsid w:val="004B79D1"/>
    <w:rsid w:val="004C1427"/>
    <w:rsid w:val="004C1794"/>
    <w:rsid w:val="004C3972"/>
    <w:rsid w:val="004C3D49"/>
    <w:rsid w:val="004C6432"/>
    <w:rsid w:val="004D1323"/>
    <w:rsid w:val="004D4048"/>
    <w:rsid w:val="004D6D24"/>
    <w:rsid w:val="004D7AA9"/>
    <w:rsid w:val="004D7CCA"/>
    <w:rsid w:val="004E0026"/>
    <w:rsid w:val="004E0919"/>
    <w:rsid w:val="004E3457"/>
    <w:rsid w:val="004E48B0"/>
    <w:rsid w:val="004E4B59"/>
    <w:rsid w:val="004E6AFF"/>
    <w:rsid w:val="004E77DC"/>
    <w:rsid w:val="004F03B8"/>
    <w:rsid w:val="004F07A0"/>
    <w:rsid w:val="004F361E"/>
    <w:rsid w:val="004F36E7"/>
    <w:rsid w:val="004F3D19"/>
    <w:rsid w:val="00500128"/>
    <w:rsid w:val="00502D9F"/>
    <w:rsid w:val="00502FA9"/>
    <w:rsid w:val="0050504C"/>
    <w:rsid w:val="0050619A"/>
    <w:rsid w:val="00506690"/>
    <w:rsid w:val="00512EA2"/>
    <w:rsid w:val="00515145"/>
    <w:rsid w:val="00515CC1"/>
    <w:rsid w:val="00517AB2"/>
    <w:rsid w:val="00517F7B"/>
    <w:rsid w:val="00525019"/>
    <w:rsid w:val="00531DAC"/>
    <w:rsid w:val="00536729"/>
    <w:rsid w:val="005370C0"/>
    <w:rsid w:val="0054247D"/>
    <w:rsid w:val="0054260E"/>
    <w:rsid w:val="00544271"/>
    <w:rsid w:val="00544E2F"/>
    <w:rsid w:val="00546AEB"/>
    <w:rsid w:val="00554239"/>
    <w:rsid w:val="00554EE2"/>
    <w:rsid w:val="00556F9D"/>
    <w:rsid w:val="00557669"/>
    <w:rsid w:val="00557F5E"/>
    <w:rsid w:val="0056037E"/>
    <w:rsid w:val="00561262"/>
    <w:rsid w:val="00561444"/>
    <w:rsid w:val="00565B6F"/>
    <w:rsid w:val="00566332"/>
    <w:rsid w:val="00566D1F"/>
    <w:rsid w:val="00567FE2"/>
    <w:rsid w:val="005708D1"/>
    <w:rsid w:val="00570B7E"/>
    <w:rsid w:val="00575160"/>
    <w:rsid w:val="00575517"/>
    <w:rsid w:val="0057553F"/>
    <w:rsid w:val="00575D64"/>
    <w:rsid w:val="00577E7A"/>
    <w:rsid w:val="0058075C"/>
    <w:rsid w:val="005859B5"/>
    <w:rsid w:val="00585D5F"/>
    <w:rsid w:val="00585E2C"/>
    <w:rsid w:val="00586C76"/>
    <w:rsid w:val="00590BE4"/>
    <w:rsid w:val="00591F19"/>
    <w:rsid w:val="00592A0A"/>
    <w:rsid w:val="00592D1E"/>
    <w:rsid w:val="0059392A"/>
    <w:rsid w:val="00595291"/>
    <w:rsid w:val="00596FF2"/>
    <w:rsid w:val="0059769E"/>
    <w:rsid w:val="005A06DD"/>
    <w:rsid w:val="005A0CE0"/>
    <w:rsid w:val="005A283D"/>
    <w:rsid w:val="005A4587"/>
    <w:rsid w:val="005B0824"/>
    <w:rsid w:val="005B13B6"/>
    <w:rsid w:val="005B1557"/>
    <w:rsid w:val="005B2ECA"/>
    <w:rsid w:val="005B3A76"/>
    <w:rsid w:val="005B579D"/>
    <w:rsid w:val="005B60BC"/>
    <w:rsid w:val="005B6BE3"/>
    <w:rsid w:val="005C177B"/>
    <w:rsid w:val="005C472D"/>
    <w:rsid w:val="005C485B"/>
    <w:rsid w:val="005C66F7"/>
    <w:rsid w:val="005C69F1"/>
    <w:rsid w:val="005C6A2F"/>
    <w:rsid w:val="005C70B6"/>
    <w:rsid w:val="005D1A4E"/>
    <w:rsid w:val="005D5683"/>
    <w:rsid w:val="005D572D"/>
    <w:rsid w:val="005D71B0"/>
    <w:rsid w:val="005D73BD"/>
    <w:rsid w:val="005D7C19"/>
    <w:rsid w:val="005DAC81"/>
    <w:rsid w:val="005E0BFA"/>
    <w:rsid w:val="005E160F"/>
    <w:rsid w:val="005E1BF0"/>
    <w:rsid w:val="005E38FC"/>
    <w:rsid w:val="005F0E32"/>
    <w:rsid w:val="005F2371"/>
    <w:rsid w:val="005F2782"/>
    <w:rsid w:val="005F7096"/>
    <w:rsid w:val="005F7171"/>
    <w:rsid w:val="006004D9"/>
    <w:rsid w:val="006011CF"/>
    <w:rsid w:val="006024AF"/>
    <w:rsid w:val="00606AC6"/>
    <w:rsid w:val="006101E0"/>
    <w:rsid w:val="00613B76"/>
    <w:rsid w:val="00614456"/>
    <w:rsid w:val="00617E1B"/>
    <w:rsid w:val="0062153E"/>
    <w:rsid w:val="00623482"/>
    <w:rsid w:val="006238EA"/>
    <w:rsid w:val="006240DF"/>
    <w:rsid w:val="00624455"/>
    <w:rsid w:val="00626123"/>
    <w:rsid w:val="0062743C"/>
    <w:rsid w:val="006307E6"/>
    <w:rsid w:val="00632590"/>
    <w:rsid w:val="0063509F"/>
    <w:rsid w:val="00635209"/>
    <w:rsid w:val="00637713"/>
    <w:rsid w:val="00641771"/>
    <w:rsid w:val="006425FB"/>
    <w:rsid w:val="006437BD"/>
    <w:rsid w:val="00643F1A"/>
    <w:rsid w:val="006450F9"/>
    <w:rsid w:val="006454D9"/>
    <w:rsid w:val="00645D3E"/>
    <w:rsid w:val="006464C8"/>
    <w:rsid w:val="0064796A"/>
    <w:rsid w:val="0065121A"/>
    <w:rsid w:val="00652890"/>
    <w:rsid w:val="00652C52"/>
    <w:rsid w:val="00653000"/>
    <w:rsid w:val="00654091"/>
    <w:rsid w:val="0065528F"/>
    <w:rsid w:val="00656881"/>
    <w:rsid w:val="006578AC"/>
    <w:rsid w:val="006607A8"/>
    <w:rsid w:val="00660871"/>
    <w:rsid w:val="0066302B"/>
    <w:rsid w:val="0066690D"/>
    <w:rsid w:val="00667C80"/>
    <w:rsid w:val="00673D87"/>
    <w:rsid w:val="006741EB"/>
    <w:rsid w:val="00676CAB"/>
    <w:rsid w:val="00682623"/>
    <w:rsid w:val="00684370"/>
    <w:rsid w:val="0068732E"/>
    <w:rsid w:val="00687828"/>
    <w:rsid w:val="00690D89"/>
    <w:rsid w:val="006913A0"/>
    <w:rsid w:val="0069153E"/>
    <w:rsid w:val="006946A6"/>
    <w:rsid w:val="00694890"/>
    <w:rsid w:val="00694E42"/>
    <w:rsid w:val="006A1086"/>
    <w:rsid w:val="006A14F1"/>
    <w:rsid w:val="006A506F"/>
    <w:rsid w:val="006A70F4"/>
    <w:rsid w:val="006A76F9"/>
    <w:rsid w:val="006A7928"/>
    <w:rsid w:val="006B5442"/>
    <w:rsid w:val="006B7725"/>
    <w:rsid w:val="006C12FE"/>
    <w:rsid w:val="006C3346"/>
    <w:rsid w:val="006C38B9"/>
    <w:rsid w:val="006C433E"/>
    <w:rsid w:val="006C5D68"/>
    <w:rsid w:val="006C786E"/>
    <w:rsid w:val="006D4833"/>
    <w:rsid w:val="006E04B6"/>
    <w:rsid w:val="006E257E"/>
    <w:rsid w:val="006E3BB6"/>
    <w:rsid w:val="006E4D94"/>
    <w:rsid w:val="006E6B4F"/>
    <w:rsid w:val="006E6DCB"/>
    <w:rsid w:val="006F309B"/>
    <w:rsid w:val="006F398A"/>
    <w:rsid w:val="006F6600"/>
    <w:rsid w:val="006F7C0F"/>
    <w:rsid w:val="0070366B"/>
    <w:rsid w:val="00710AE3"/>
    <w:rsid w:val="00713A74"/>
    <w:rsid w:val="00714080"/>
    <w:rsid w:val="007214D3"/>
    <w:rsid w:val="0072486B"/>
    <w:rsid w:val="007256F0"/>
    <w:rsid w:val="00725992"/>
    <w:rsid w:val="00725CAA"/>
    <w:rsid w:val="0072631B"/>
    <w:rsid w:val="007263B0"/>
    <w:rsid w:val="0072720D"/>
    <w:rsid w:val="0072727B"/>
    <w:rsid w:val="00727B34"/>
    <w:rsid w:val="00732CE5"/>
    <w:rsid w:val="00734215"/>
    <w:rsid w:val="00734EFB"/>
    <w:rsid w:val="00736B36"/>
    <w:rsid w:val="007371AC"/>
    <w:rsid w:val="007411F1"/>
    <w:rsid w:val="00742A75"/>
    <w:rsid w:val="00742C92"/>
    <w:rsid w:val="00743738"/>
    <w:rsid w:val="00743C77"/>
    <w:rsid w:val="007447D7"/>
    <w:rsid w:val="00746C57"/>
    <w:rsid w:val="00747445"/>
    <w:rsid w:val="00750810"/>
    <w:rsid w:val="007509DD"/>
    <w:rsid w:val="00753B00"/>
    <w:rsid w:val="00755A22"/>
    <w:rsid w:val="00756960"/>
    <w:rsid w:val="007571CA"/>
    <w:rsid w:val="007628D6"/>
    <w:rsid w:val="00762D9C"/>
    <w:rsid w:val="00763625"/>
    <w:rsid w:val="00763F2F"/>
    <w:rsid w:val="0076690A"/>
    <w:rsid w:val="00766912"/>
    <w:rsid w:val="0077122F"/>
    <w:rsid w:val="00773C36"/>
    <w:rsid w:val="007756FB"/>
    <w:rsid w:val="007758F2"/>
    <w:rsid w:val="007772D9"/>
    <w:rsid w:val="007772EF"/>
    <w:rsid w:val="00780694"/>
    <w:rsid w:val="00780F95"/>
    <w:rsid w:val="00781AC2"/>
    <w:rsid w:val="00781AE1"/>
    <w:rsid w:val="007827B9"/>
    <w:rsid w:val="00782A49"/>
    <w:rsid w:val="00786310"/>
    <w:rsid w:val="00790824"/>
    <w:rsid w:val="00790BBD"/>
    <w:rsid w:val="00793A4C"/>
    <w:rsid w:val="00794DED"/>
    <w:rsid w:val="007A1017"/>
    <w:rsid w:val="007A119D"/>
    <w:rsid w:val="007A2662"/>
    <w:rsid w:val="007A3F66"/>
    <w:rsid w:val="007A3F9C"/>
    <w:rsid w:val="007A48F4"/>
    <w:rsid w:val="007A4EB3"/>
    <w:rsid w:val="007B18BB"/>
    <w:rsid w:val="007B4C51"/>
    <w:rsid w:val="007B67E3"/>
    <w:rsid w:val="007B739A"/>
    <w:rsid w:val="007C0BC9"/>
    <w:rsid w:val="007C17A7"/>
    <w:rsid w:val="007C18A6"/>
    <w:rsid w:val="007D59BB"/>
    <w:rsid w:val="007D60CA"/>
    <w:rsid w:val="007D6779"/>
    <w:rsid w:val="007E1AE2"/>
    <w:rsid w:val="007E1B79"/>
    <w:rsid w:val="007E22FD"/>
    <w:rsid w:val="007E25D6"/>
    <w:rsid w:val="007E2AD3"/>
    <w:rsid w:val="007E37E2"/>
    <w:rsid w:val="007E681D"/>
    <w:rsid w:val="007F0871"/>
    <w:rsid w:val="007F2FA0"/>
    <w:rsid w:val="007F3859"/>
    <w:rsid w:val="007F6868"/>
    <w:rsid w:val="007F6A00"/>
    <w:rsid w:val="008002DB"/>
    <w:rsid w:val="00800583"/>
    <w:rsid w:val="00800760"/>
    <w:rsid w:val="00802599"/>
    <w:rsid w:val="008027D2"/>
    <w:rsid w:val="00802938"/>
    <w:rsid w:val="00804804"/>
    <w:rsid w:val="00804A10"/>
    <w:rsid w:val="0081138B"/>
    <w:rsid w:val="0081235F"/>
    <w:rsid w:val="00820C48"/>
    <w:rsid w:val="00820F49"/>
    <w:rsid w:val="00821ABA"/>
    <w:rsid w:val="00832002"/>
    <w:rsid w:val="0083228F"/>
    <w:rsid w:val="00832B85"/>
    <w:rsid w:val="00835DB0"/>
    <w:rsid w:val="0083B5B4"/>
    <w:rsid w:val="0084023D"/>
    <w:rsid w:val="008402E1"/>
    <w:rsid w:val="00841C05"/>
    <w:rsid w:val="008425F7"/>
    <w:rsid w:val="0084313B"/>
    <w:rsid w:val="008447BC"/>
    <w:rsid w:val="00845034"/>
    <w:rsid w:val="0084536E"/>
    <w:rsid w:val="00845491"/>
    <w:rsid w:val="00850D0C"/>
    <w:rsid w:val="00852F1C"/>
    <w:rsid w:val="00854CA1"/>
    <w:rsid w:val="00862189"/>
    <w:rsid w:val="008625B3"/>
    <w:rsid w:val="008625C6"/>
    <w:rsid w:val="00866D0E"/>
    <w:rsid w:val="00867639"/>
    <w:rsid w:val="00867F2D"/>
    <w:rsid w:val="00874DDF"/>
    <w:rsid w:val="00877DAD"/>
    <w:rsid w:val="0088144D"/>
    <w:rsid w:val="00881CC4"/>
    <w:rsid w:val="0088208C"/>
    <w:rsid w:val="00882A30"/>
    <w:rsid w:val="00882D03"/>
    <w:rsid w:val="00882EB4"/>
    <w:rsid w:val="0088657F"/>
    <w:rsid w:val="0088731B"/>
    <w:rsid w:val="0089637A"/>
    <w:rsid w:val="008A2FE2"/>
    <w:rsid w:val="008A3615"/>
    <w:rsid w:val="008B0D8C"/>
    <w:rsid w:val="008B54B9"/>
    <w:rsid w:val="008B55C5"/>
    <w:rsid w:val="008B67D4"/>
    <w:rsid w:val="008B73DB"/>
    <w:rsid w:val="008C10AB"/>
    <w:rsid w:val="008C199B"/>
    <w:rsid w:val="008C2D99"/>
    <w:rsid w:val="008C598F"/>
    <w:rsid w:val="008D0084"/>
    <w:rsid w:val="008D1916"/>
    <w:rsid w:val="008D24E8"/>
    <w:rsid w:val="008D39AF"/>
    <w:rsid w:val="008D44EC"/>
    <w:rsid w:val="008D5383"/>
    <w:rsid w:val="008D6C90"/>
    <w:rsid w:val="008D7431"/>
    <w:rsid w:val="008E34C4"/>
    <w:rsid w:val="008E38BE"/>
    <w:rsid w:val="008E45AC"/>
    <w:rsid w:val="008E50F2"/>
    <w:rsid w:val="008F0096"/>
    <w:rsid w:val="008F0127"/>
    <w:rsid w:val="008F1163"/>
    <w:rsid w:val="008F1487"/>
    <w:rsid w:val="008F1D41"/>
    <w:rsid w:val="008F1F0C"/>
    <w:rsid w:val="008F25DB"/>
    <w:rsid w:val="008F2700"/>
    <w:rsid w:val="008F6F99"/>
    <w:rsid w:val="008F7898"/>
    <w:rsid w:val="00900318"/>
    <w:rsid w:val="00900945"/>
    <w:rsid w:val="00904934"/>
    <w:rsid w:val="00904F54"/>
    <w:rsid w:val="00912A44"/>
    <w:rsid w:val="00913F16"/>
    <w:rsid w:val="009156D4"/>
    <w:rsid w:val="009202B2"/>
    <w:rsid w:val="00921E13"/>
    <w:rsid w:val="009220B5"/>
    <w:rsid w:val="0092304B"/>
    <w:rsid w:val="00924A5B"/>
    <w:rsid w:val="00925985"/>
    <w:rsid w:val="00926C58"/>
    <w:rsid w:val="00926E81"/>
    <w:rsid w:val="00932CA4"/>
    <w:rsid w:val="00933622"/>
    <w:rsid w:val="00940B80"/>
    <w:rsid w:val="00940C03"/>
    <w:rsid w:val="009415D6"/>
    <w:rsid w:val="00942B9C"/>
    <w:rsid w:val="00942D2C"/>
    <w:rsid w:val="00942E0B"/>
    <w:rsid w:val="00942E1B"/>
    <w:rsid w:val="009431B4"/>
    <w:rsid w:val="009437AC"/>
    <w:rsid w:val="00944187"/>
    <w:rsid w:val="00945698"/>
    <w:rsid w:val="00946FAB"/>
    <w:rsid w:val="0094712F"/>
    <w:rsid w:val="009475D8"/>
    <w:rsid w:val="00950A1D"/>
    <w:rsid w:val="0095243A"/>
    <w:rsid w:val="00952B05"/>
    <w:rsid w:val="00952C7E"/>
    <w:rsid w:val="009531CB"/>
    <w:rsid w:val="0095588B"/>
    <w:rsid w:val="00957284"/>
    <w:rsid w:val="00960444"/>
    <w:rsid w:val="00962752"/>
    <w:rsid w:val="00964ECF"/>
    <w:rsid w:val="0096666F"/>
    <w:rsid w:val="00967354"/>
    <w:rsid w:val="00970244"/>
    <w:rsid w:val="00970B5A"/>
    <w:rsid w:val="009724A4"/>
    <w:rsid w:val="0097477F"/>
    <w:rsid w:val="00976FB3"/>
    <w:rsid w:val="0098647D"/>
    <w:rsid w:val="00987B11"/>
    <w:rsid w:val="00996450"/>
    <w:rsid w:val="00996C34"/>
    <w:rsid w:val="00997BDD"/>
    <w:rsid w:val="009A07E5"/>
    <w:rsid w:val="009A09B5"/>
    <w:rsid w:val="009A1804"/>
    <w:rsid w:val="009A19B5"/>
    <w:rsid w:val="009A35DB"/>
    <w:rsid w:val="009A794D"/>
    <w:rsid w:val="009B1DAF"/>
    <w:rsid w:val="009B314B"/>
    <w:rsid w:val="009B3E48"/>
    <w:rsid w:val="009B4559"/>
    <w:rsid w:val="009B5921"/>
    <w:rsid w:val="009C00DA"/>
    <w:rsid w:val="009C2AA1"/>
    <w:rsid w:val="009C307F"/>
    <w:rsid w:val="009C4EF4"/>
    <w:rsid w:val="009C604C"/>
    <w:rsid w:val="009C619D"/>
    <w:rsid w:val="009C6B12"/>
    <w:rsid w:val="009D19C8"/>
    <w:rsid w:val="009D1CC2"/>
    <w:rsid w:val="009D3345"/>
    <w:rsid w:val="009D380E"/>
    <w:rsid w:val="009D3FB4"/>
    <w:rsid w:val="009D5949"/>
    <w:rsid w:val="009E0A3F"/>
    <w:rsid w:val="009E1341"/>
    <w:rsid w:val="009E164F"/>
    <w:rsid w:val="009E1BDB"/>
    <w:rsid w:val="009E1F79"/>
    <w:rsid w:val="009E218F"/>
    <w:rsid w:val="009E34F3"/>
    <w:rsid w:val="009E3ED7"/>
    <w:rsid w:val="009E475C"/>
    <w:rsid w:val="009E5ACC"/>
    <w:rsid w:val="009E6AEC"/>
    <w:rsid w:val="009E7696"/>
    <w:rsid w:val="009E7A07"/>
    <w:rsid w:val="009F0873"/>
    <w:rsid w:val="009F0F58"/>
    <w:rsid w:val="009F23A6"/>
    <w:rsid w:val="009F2B8C"/>
    <w:rsid w:val="009F3D1B"/>
    <w:rsid w:val="009F3E3C"/>
    <w:rsid w:val="009F4125"/>
    <w:rsid w:val="009F52FE"/>
    <w:rsid w:val="009F55D4"/>
    <w:rsid w:val="009F6CF3"/>
    <w:rsid w:val="009F6D60"/>
    <w:rsid w:val="009F6DD4"/>
    <w:rsid w:val="009F6EE9"/>
    <w:rsid w:val="009F79D3"/>
    <w:rsid w:val="00A01E5B"/>
    <w:rsid w:val="00A02B8C"/>
    <w:rsid w:val="00A04B82"/>
    <w:rsid w:val="00A0512C"/>
    <w:rsid w:val="00A10079"/>
    <w:rsid w:val="00A13CA8"/>
    <w:rsid w:val="00A13DA2"/>
    <w:rsid w:val="00A15142"/>
    <w:rsid w:val="00A156DD"/>
    <w:rsid w:val="00A21F1F"/>
    <w:rsid w:val="00A23C52"/>
    <w:rsid w:val="00A24199"/>
    <w:rsid w:val="00A242DA"/>
    <w:rsid w:val="00A25747"/>
    <w:rsid w:val="00A3099A"/>
    <w:rsid w:val="00A322B9"/>
    <w:rsid w:val="00A336D4"/>
    <w:rsid w:val="00A346C1"/>
    <w:rsid w:val="00A36B8F"/>
    <w:rsid w:val="00A457E0"/>
    <w:rsid w:val="00A51B48"/>
    <w:rsid w:val="00A55A06"/>
    <w:rsid w:val="00A60D6C"/>
    <w:rsid w:val="00A644F4"/>
    <w:rsid w:val="00A66FF2"/>
    <w:rsid w:val="00A67CCD"/>
    <w:rsid w:val="00A760F7"/>
    <w:rsid w:val="00A77D24"/>
    <w:rsid w:val="00A80115"/>
    <w:rsid w:val="00A8089C"/>
    <w:rsid w:val="00A83027"/>
    <w:rsid w:val="00A84E49"/>
    <w:rsid w:val="00A86579"/>
    <w:rsid w:val="00A8799A"/>
    <w:rsid w:val="00A879B4"/>
    <w:rsid w:val="00A9287B"/>
    <w:rsid w:val="00A92B21"/>
    <w:rsid w:val="00A945AD"/>
    <w:rsid w:val="00A9490D"/>
    <w:rsid w:val="00A95162"/>
    <w:rsid w:val="00A95BEF"/>
    <w:rsid w:val="00A96F80"/>
    <w:rsid w:val="00AA1D8D"/>
    <w:rsid w:val="00AA23E6"/>
    <w:rsid w:val="00AA3166"/>
    <w:rsid w:val="00AA322E"/>
    <w:rsid w:val="00AA3EB4"/>
    <w:rsid w:val="00AA5FF7"/>
    <w:rsid w:val="00AB1302"/>
    <w:rsid w:val="00AB18D1"/>
    <w:rsid w:val="00AB2279"/>
    <w:rsid w:val="00AB3C26"/>
    <w:rsid w:val="00AB680E"/>
    <w:rsid w:val="00AB6BFB"/>
    <w:rsid w:val="00AB6CF2"/>
    <w:rsid w:val="00AB7CBB"/>
    <w:rsid w:val="00AC1C78"/>
    <w:rsid w:val="00AC20FF"/>
    <w:rsid w:val="00AC34A8"/>
    <w:rsid w:val="00AC70C0"/>
    <w:rsid w:val="00AC7233"/>
    <w:rsid w:val="00AC7BB4"/>
    <w:rsid w:val="00AD58C4"/>
    <w:rsid w:val="00AE0E3F"/>
    <w:rsid w:val="00AE3634"/>
    <w:rsid w:val="00AE4477"/>
    <w:rsid w:val="00AE720D"/>
    <w:rsid w:val="00AE7284"/>
    <w:rsid w:val="00AE7A7F"/>
    <w:rsid w:val="00AF1154"/>
    <w:rsid w:val="00AF2C7B"/>
    <w:rsid w:val="00AF313D"/>
    <w:rsid w:val="00AF369B"/>
    <w:rsid w:val="00AF45DD"/>
    <w:rsid w:val="00AF4AAF"/>
    <w:rsid w:val="00AF6BDA"/>
    <w:rsid w:val="00B00CAA"/>
    <w:rsid w:val="00B00ED0"/>
    <w:rsid w:val="00B037D0"/>
    <w:rsid w:val="00B07CFC"/>
    <w:rsid w:val="00B13588"/>
    <w:rsid w:val="00B2094D"/>
    <w:rsid w:val="00B27730"/>
    <w:rsid w:val="00B343A0"/>
    <w:rsid w:val="00B35759"/>
    <w:rsid w:val="00B36002"/>
    <w:rsid w:val="00B41B70"/>
    <w:rsid w:val="00B420AE"/>
    <w:rsid w:val="00B4227E"/>
    <w:rsid w:val="00B422A1"/>
    <w:rsid w:val="00B425F3"/>
    <w:rsid w:val="00B42EF6"/>
    <w:rsid w:val="00B43020"/>
    <w:rsid w:val="00B43F24"/>
    <w:rsid w:val="00B44099"/>
    <w:rsid w:val="00B47029"/>
    <w:rsid w:val="00B47730"/>
    <w:rsid w:val="00B47BD0"/>
    <w:rsid w:val="00B50DF5"/>
    <w:rsid w:val="00B53F14"/>
    <w:rsid w:val="00B5E874"/>
    <w:rsid w:val="00B60C0C"/>
    <w:rsid w:val="00B652CE"/>
    <w:rsid w:val="00B67AD1"/>
    <w:rsid w:val="00B707E9"/>
    <w:rsid w:val="00B70ABC"/>
    <w:rsid w:val="00B71511"/>
    <w:rsid w:val="00B715FF"/>
    <w:rsid w:val="00B74B0C"/>
    <w:rsid w:val="00B75B6C"/>
    <w:rsid w:val="00B75FAF"/>
    <w:rsid w:val="00B7637F"/>
    <w:rsid w:val="00B77567"/>
    <w:rsid w:val="00B776DC"/>
    <w:rsid w:val="00B8103F"/>
    <w:rsid w:val="00B82542"/>
    <w:rsid w:val="00B85ED0"/>
    <w:rsid w:val="00B863ED"/>
    <w:rsid w:val="00B90326"/>
    <w:rsid w:val="00B91329"/>
    <w:rsid w:val="00B91788"/>
    <w:rsid w:val="00B93B68"/>
    <w:rsid w:val="00B9555C"/>
    <w:rsid w:val="00B96D41"/>
    <w:rsid w:val="00B97E12"/>
    <w:rsid w:val="00BA111F"/>
    <w:rsid w:val="00BA17ED"/>
    <w:rsid w:val="00BA1D55"/>
    <w:rsid w:val="00BA2E54"/>
    <w:rsid w:val="00BA76CF"/>
    <w:rsid w:val="00BB01A6"/>
    <w:rsid w:val="00BB1EBD"/>
    <w:rsid w:val="00BB4904"/>
    <w:rsid w:val="00BB5976"/>
    <w:rsid w:val="00BB62F1"/>
    <w:rsid w:val="00BC0EA1"/>
    <w:rsid w:val="00BC1CFE"/>
    <w:rsid w:val="00BC3880"/>
    <w:rsid w:val="00BC4D46"/>
    <w:rsid w:val="00BC5039"/>
    <w:rsid w:val="00BC7384"/>
    <w:rsid w:val="00BD2505"/>
    <w:rsid w:val="00BD261E"/>
    <w:rsid w:val="00BD3D16"/>
    <w:rsid w:val="00BD3D1A"/>
    <w:rsid w:val="00BD7FA9"/>
    <w:rsid w:val="00BE2DED"/>
    <w:rsid w:val="00BE3D26"/>
    <w:rsid w:val="00BE7323"/>
    <w:rsid w:val="00BF2D97"/>
    <w:rsid w:val="00BF38AE"/>
    <w:rsid w:val="00BF5DA4"/>
    <w:rsid w:val="00BF6075"/>
    <w:rsid w:val="00BF6C9D"/>
    <w:rsid w:val="00C00313"/>
    <w:rsid w:val="00C01DA0"/>
    <w:rsid w:val="00C01EF2"/>
    <w:rsid w:val="00C02758"/>
    <w:rsid w:val="00C03620"/>
    <w:rsid w:val="00C052F5"/>
    <w:rsid w:val="00C116A4"/>
    <w:rsid w:val="00C14C84"/>
    <w:rsid w:val="00C213DC"/>
    <w:rsid w:val="00C21748"/>
    <w:rsid w:val="00C21869"/>
    <w:rsid w:val="00C2204D"/>
    <w:rsid w:val="00C22F5F"/>
    <w:rsid w:val="00C23427"/>
    <w:rsid w:val="00C23562"/>
    <w:rsid w:val="00C23835"/>
    <w:rsid w:val="00C24355"/>
    <w:rsid w:val="00C24ACE"/>
    <w:rsid w:val="00C24F8E"/>
    <w:rsid w:val="00C26BED"/>
    <w:rsid w:val="00C310C0"/>
    <w:rsid w:val="00C33E44"/>
    <w:rsid w:val="00C36FB4"/>
    <w:rsid w:val="00C372B3"/>
    <w:rsid w:val="00C377FF"/>
    <w:rsid w:val="00C37A17"/>
    <w:rsid w:val="00C45C39"/>
    <w:rsid w:val="00C45E9A"/>
    <w:rsid w:val="00C50D92"/>
    <w:rsid w:val="00C51907"/>
    <w:rsid w:val="00C52B33"/>
    <w:rsid w:val="00C540CD"/>
    <w:rsid w:val="00C54BE1"/>
    <w:rsid w:val="00C55D62"/>
    <w:rsid w:val="00C570A1"/>
    <w:rsid w:val="00C6106D"/>
    <w:rsid w:val="00C61AAE"/>
    <w:rsid w:val="00C62FA1"/>
    <w:rsid w:val="00C63B46"/>
    <w:rsid w:val="00C65553"/>
    <w:rsid w:val="00C70174"/>
    <w:rsid w:val="00C75EB3"/>
    <w:rsid w:val="00C75F13"/>
    <w:rsid w:val="00C813C5"/>
    <w:rsid w:val="00C83F2A"/>
    <w:rsid w:val="00C850AD"/>
    <w:rsid w:val="00C85825"/>
    <w:rsid w:val="00C870F2"/>
    <w:rsid w:val="00C901D8"/>
    <w:rsid w:val="00C91CC0"/>
    <w:rsid w:val="00C92A07"/>
    <w:rsid w:val="00C92A55"/>
    <w:rsid w:val="00C93B2F"/>
    <w:rsid w:val="00C940FC"/>
    <w:rsid w:val="00C94CA1"/>
    <w:rsid w:val="00C96E44"/>
    <w:rsid w:val="00C97447"/>
    <w:rsid w:val="00C977E2"/>
    <w:rsid w:val="00CA5487"/>
    <w:rsid w:val="00CA594C"/>
    <w:rsid w:val="00CA74CA"/>
    <w:rsid w:val="00CB0664"/>
    <w:rsid w:val="00CB0DA7"/>
    <w:rsid w:val="00CB7692"/>
    <w:rsid w:val="00CB7FB1"/>
    <w:rsid w:val="00CC1239"/>
    <w:rsid w:val="00CC1CAA"/>
    <w:rsid w:val="00CC35AD"/>
    <w:rsid w:val="00CD0CFA"/>
    <w:rsid w:val="00CD1DFC"/>
    <w:rsid w:val="00CD1EE1"/>
    <w:rsid w:val="00CD5DBE"/>
    <w:rsid w:val="00CD6380"/>
    <w:rsid w:val="00CD7071"/>
    <w:rsid w:val="00CD79C4"/>
    <w:rsid w:val="00CE26F0"/>
    <w:rsid w:val="00CE2E85"/>
    <w:rsid w:val="00CE3367"/>
    <w:rsid w:val="00CE45BA"/>
    <w:rsid w:val="00CE51B3"/>
    <w:rsid w:val="00CE61DC"/>
    <w:rsid w:val="00CF3F33"/>
    <w:rsid w:val="00CF4CA2"/>
    <w:rsid w:val="00CF586E"/>
    <w:rsid w:val="00CF662D"/>
    <w:rsid w:val="00D00D14"/>
    <w:rsid w:val="00D01CEA"/>
    <w:rsid w:val="00D0298D"/>
    <w:rsid w:val="00D03A7E"/>
    <w:rsid w:val="00D0798E"/>
    <w:rsid w:val="00D1165A"/>
    <w:rsid w:val="00D12856"/>
    <w:rsid w:val="00D12890"/>
    <w:rsid w:val="00D12A33"/>
    <w:rsid w:val="00D13A0E"/>
    <w:rsid w:val="00D14D31"/>
    <w:rsid w:val="00D1703C"/>
    <w:rsid w:val="00D1CB39"/>
    <w:rsid w:val="00D2175F"/>
    <w:rsid w:val="00D22CCE"/>
    <w:rsid w:val="00D23A32"/>
    <w:rsid w:val="00D24F71"/>
    <w:rsid w:val="00D24F7C"/>
    <w:rsid w:val="00D25F83"/>
    <w:rsid w:val="00D31FB6"/>
    <w:rsid w:val="00D32996"/>
    <w:rsid w:val="00D3536A"/>
    <w:rsid w:val="00D37915"/>
    <w:rsid w:val="00D43D15"/>
    <w:rsid w:val="00D44D51"/>
    <w:rsid w:val="00D44DBD"/>
    <w:rsid w:val="00D463FF"/>
    <w:rsid w:val="00D47DB4"/>
    <w:rsid w:val="00D504FE"/>
    <w:rsid w:val="00D52A37"/>
    <w:rsid w:val="00D53800"/>
    <w:rsid w:val="00D562D2"/>
    <w:rsid w:val="00D56703"/>
    <w:rsid w:val="00D57C3F"/>
    <w:rsid w:val="00D57CE0"/>
    <w:rsid w:val="00D608B7"/>
    <w:rsid w:val="00D62DD6"/>
    <w:rsid w:val="00D651CA"/>
    <w:rsid w:val="00D6623E"/>
    <w:rsid w:val="00D70DCC"/>
    <w:rsid w:val="00D71C1D"/>
    <w:rsid w:val="00D73369"/>
    <w:rsid w:val="00D737FE"/>
    <w:rsid w:val="00D7436C"/>
    <w:rsid w:val="00D74506"/>
    <w:rsid w:val="00D74EFC"/>
    <w:rsid w:val="00D74FA4"/>
    <w:rsid w:val="00D850ED"/>
    <w:rsid w:val="00D858CF"/>
    <w:rsid w:val="00D91E97"/>
    <w:rsid w:val="00D91ED5"/>
    <w:rsid w:val="00DA0164"/>
    <w:rsid w:val="00DA063A"/>
    <w:rsid w:val="00DA23FE"/>
    <w:rsid w:val="00DA6A5B"/>
    <w:rsid w:val="00DB173B"/>
    <w:rsid w:val="00DB37FE"/>
    <w:rsid w:val="00DB41AF"/>
    <w:rsid w:val="00DB64F6"/>
    <w:rsid w:val="00DB685F"/>
    <w:rsid w:val="00DB7622"/>
    <w:rsid w:val="00DB78F2"/>
    <w:rsid w:val="00DC03ED"/>
    <w:rsid w:val="00DC0F4C"/>
    <w:rsid w:val="00DC10FB"/>
    <w:rsid w:val="00DC2433"/>
    <w:rsid w:val="00DC359D"/>
    <w:rsid w:val="00DC481F"/>
    <w:rsid w:val="00DC4F49"/>
    <w:rsid w:val="00DD0C68"/>
    <w:rsid w:val="00DD1955"/>
    <w:rsid w:val="00DD283D"/>
    <w:rsid w:val="00DD2A01"/>
    <w:rsid w:val="00DD6F6D"/>
    <w:rsid w:val="00DD76E2"/>
    <w:rsid w:val="00DE02DA"/>
    <w:rsid w:val="00DE2BC4"/>
    <w:rsid w:val="00DE4A9F"/>
    <w:rsid w:val="00DF00B9"/>
    <w:rsid w:val="00DF1369"/>
    <w:rsid w:val="00DF3947"/>
    <w:rsid w:val="00DF462B"/>
    <w:rsid w:val="00DF5BA7"/>
    <w:rsid w:val="00DF693B"/>
    <w:rsid w:val="00DFE33B"/>
    <w:rsid w:val="00E00AAD"/>
    <w:rsid w:val="00E01774"/>
    <w:rsid w:val="00E03741"/>
    <w:rsid w:val="00E0383E"/>
    <w:rsid w:val="00E03FD8"/>
    <w:rsid w:val="00E055F5"/>
    <w:rsid w:val="00E0580E"/>
    <w:rsid w:val="00E06901"/>
    <w:rsid w:val="00E07AFD"/>
    <w:rsid w:val="00E07BCD"/>
    <w:rsid w:val="00E1024B"/>
    <w:rsid w:val="00E12960"/>
    <w:rsid w:val="00E15827"/>
    <w:rsid w:val="00E15A37"/>
    <w:rsid w:val="00E20512"/>
    <w:rsid w:val="00E22C09"/>
    <w:rsid w:val="00E255A1"/>
    <w:rsid w:val="00E2565B"/>
    <w:rsid w:val="00E2583D"/>
    <w:rsid w:val="00E30707"/>
    <w:rsid w:val="00E3087C"/>
    <w:rsid w:val="00E30A39"/>
    <w:rsid w:val="00E33231"/>
    <w:rsid w:val="00E341A6"/>
    <w:rsid w:val="00E35149"/>
    <w:rsid w:val="00E3777A"/>
    <w:rsid w:val="00E41ED6"/>
    <w:rsid w:val="00E43247"/>
    <w:rsid w:val="00E44EB0"/>
    <w:rsid w:val="00E4796E"/>
    <w:rsid w:val="00E51E3B"/>
    <w:rsid w:val="00E53A19"/>
    <w:rsid w:val="00E53CB2"/>
    <w:rsid w:val="00E55E27"/>
    <w:rsid w:val="00E56F3C"/>
    <w:rsid w:val="00E577CE"/>
    <w:rsid w:val="00E609BD"/>
    <w:rsid w:val="00E60C5E"/>
    <w:rsid w:val="00E61122"/>
    <w:rsid w:val="00E615DF"/>
    <w:rsid w:val="00E63655"/>
    <w:rsid w:val="00E67A45"/>
    <w:rsid w:val="00E719E6"/>
    <w:rsid w:val="00E76647"/>
    <w:rsid w:val="00E77EEC"/>
    <w:rsid w:val="00E81D7E"/>
    <w:rsid w:val="00E83C9B"/>
    <w:rsid w:val="00E848BC"/>
    <w:rsid w:val="00E85FFD"/>
    <w:rsid w:val="00E86120"/>
    <w:rsid w:val="00E86D1C"/>
    <w:rsid w:val="00E87C02"/>
    <w:rsid w:val="00E87C9C"/>
    <w:rsid w:val="00E9624C"/>
    <w:rsid w:val="00EA0FFE"/>
    <w:rsid w:val="00EA1364"/>
    <w:rsid w:val="00EA205C"/>
    <w:rsid w:val="00EA234D"/>
    <w:rsid w:val="00EA43AD"/>
    <w:rsid w:val="00EA605F"/>
    <w:rsid w:val="00EA674D"/>
    <w:rsid w:val="00EB02FC"/>
    <w:rsid w:val="00EB1717"/>
    <w:rsid w:val="00EB1921"/>
    <w:rsid w:val="00EB28EA"/>
    <w:rsid w:val="00EB4021"/>
    <w:rsid w:val="00EB5DC1"/>
    <w:rsid w:val="00EB5F69"/>
    <w:rsid w:val="00EB6523"/>
    <w:rsid w:val="00EB70D1"/>
    <w:rsid w:val="00EC0818"/>
    <w:rsid w:val="00EC26DF"/>
    <w:rsid w:val="00EC35A8"/>
    <w:rsid w:val="00EC4704"/>
    <w:rsid w:val="00EC4EAE"/>
    <w:rsid w:val="00EC5999"/>
    <w:rsid w:val="00EC74A2"/>
    <w:rsid w:val="00EC7DDA"/>
    <w:rsid w:val="00ED0068"/>
    <w:rsid w:val="00ED3BA3"/>
    <w:rsid w:val="00ED3EA9"/>
    <w:rsid w:val="00ED4739"/>
    <w:rsid w:val="00ED5544"/>
    <w:rsid w:val="00ED60F0"/>
    <w:rsid w:val="00EE2888"/>
    <w:rsid w:val="00EE2E1A"/>
    <w:rsid w:val="00EE41A2"/>
    <w:rsid w:val="00EE4561"/>
    <w:rsid w:val="00EE6B7B"/>
    <w:rsid w:val="00EF102E"/>
    <w:rsid w:val="00EF2FE4"/>
    <w:rsid w:val="00EF3600"/>
    <w:rsid w:val="00EF3DF2"/>
    <w:rsid w:val="00EF4F96"/>
    <w:rsid w:val="00EF57E0"/>
    <w:rsid w:val="00EF5974"/>
    <w:rsid w:val="00EF5DC4"/>
    <w:rsid w:val="00EF6293"/>
    <w:rsid w:val="00EF649F"/>
    <w:rsid w:val="00EF6A18"/>
    <w:rsid w:val="00EF6A1A"/>
    <w:rsid w:val="00EF7490"/>
    <w:rsid w:val="00F053E3"/>
    <w:rsid w:val="00F05EA0"/>
    <w:rsid w:val="00F0766C"/>
    <w:rsid w:val="00F10053"/>
    <w:rsid w:val="00F10955"/>
    <w:rsid w:val="00F1132D"/>
    <w:rsid w:val="00F15528"/>
    <w:rsid w:val="00F16D16"/>
    <w:rsid w:val="00F1718B"/>
    <w:rsid w:val="00F239AF"/>
    <w:rsid w:val="00F23C27"/>
    <w:rsid w:val="00F24347"/>
    <w:rsid w:val="00F31B1E"/>
    <w:rsid w:val="00F32881"/>
    <w:rsid w:val="00F342BB"/>
    <w:rsid w:val="00F354E3"/>
    <w:rsid w:val="00F40BA0"/>
    <w:rsid w:val="00F41296"/>
    <w:rsid w:val="00F4180D"/>
    <w:rsid w:val="00F423B0"/>
    <w:rsid w:val="00F432B9"/>
    <w:rsid w:val="00F4333A"/>
    <w:rsid w:val="00F43D80"/>
    <w:rsid w:val="00F4519F"/>
    <w:rsid w:val="00F45E27"/>
    <w:rsid w:val="00F4A931"/>
    <w:rsid w:val="00F5025C"/>
    <w:rsid w:val="00F50589"/>
    <w:rsid w:val="00F50B18"/>
    <w:rsid w:val="00F50E7A"/>
    <w:rsid w:val="00F5603C"/>
    <w:rsid w:val="00F56535"/>
    <w:rsid w:val="00F57801"/>
    <w:rsid w:val="00F622FC"/>
    <w:rsid w:val="00F62C26"/>
    <w:rsid w:val="00F64B7A"/>
    <w:rsid w:val="00F64C65"/>
    <w:rsid w:val="00F651BA"/>
    <w:rsid w:val="00F66A72"/>
    <w:rsid w:val="00F731FE"/>
    <w:rsid w:val="00F73BB7"/>
    <w:rsid w:val="00F75011"/>
    <w:rsid w:val="00F75602"/>
    <w:rsid w:val="00F75CA3"/>
    <w:rsid w:val="00F75F06"/>
    <w:rsid w:val="00F81B2E"/>
    <w:rsid w:val="00F820B7"/>
    <w:rsid w:val="00F8567A"/>
    <w:rsid w:val="00F86302"/>
    <w:rsid w:val="00F873C9"/>
    <w:rsid w:val="00F87936"/>
    <w:rsid w:val="00F91E5B"/>
    <w:rsid w:val="00F92D36"/>
    <w:rsid w:val="00F93579"/>
    <w:rsid w:val="00F943B2"/>
    <w:rsid w:val="00F97784"/>
    <w:rsid w:val="00FA00CE"/>
    <w:rsid w:val="00FA1909"/>
    <w:rsid w:val="00FA2F28"/>
    <w:rsid w:val="00FA3290"/>
    <w:rsid w:val="00FA36D7"/>
    <w:rsid w:val="00FA5437"/>
    <w:rsid w:val="00FA7291"/>
    <w:rsid w:val="00FA76B2"/>
    <w:rsid w:val="00FB1FEA"/>
    <w:rsid w:val="00FB3E7D"/>
    <w:rsid w:val="00FB4373"/>
    <w:rsid w:val="00FB5885"/>
    <w:rsid w:val="00FB6210"/>
    <w:rsid w:val="00FB6AB4"/>
    <w:rsid w:val="00FB7E3B"/>
    <w:rsid w:val="00FC07B7"/>
    <w:rsid w:val="00FC0838"/>
    <w:rsid w:val="00FC1052"/>
    <w:rsid w:val="00FC4B38"/>
    <w:rsid w:val="00FC693F"/>
    <w:rsid w:val="00FD0CA9"/>
    <w:rsid w:val="00FD1384"/>
    <w:rsid w:val="00FD1790"/>
    <w:rsid w:val="00FD24C1"/>
    <w:rsid w:val="00FD350E"/>
    <w:rsid w:val="00FD467B"/>
    <w:rsid w:val="00FD6E4A"/>
    <w:rsid w:val="00FD77AA"/>
    <w:rsid w:val="00FD788B"/>
    <w:rsid w:val="00FD799C"/>
    <w:rsid w:val="00FD7A41"/>
    <w:rsid w:val="00FE3B1A"/>
    <w:rsid w:val="00FE4204"/>
    <w:rsid w:val="00FE453F"/>
    <w:rsid w:val="00FE5AD0"/>
    <w:rsid w:val="00FE5EB7"/>
    <w:rsid w:val="00FE6B12"/>
    <w:rsid w:val="00FF123E"/>
    <w:rsid w:val="00FF23BE"/>
    <w:rsid w:val="00FF3E0E"/>
    <w:rsid w:val="00FF4016"/>
    <w:rsid w:val="00FF5EF9"/>
    <w:rsid w:val="01284736"/>
    <w:rsid w:val="0156D1A7"/>
    <w:rsid w:val="015E6E53"/>
    <w:rsid w:val="016B3161"/>
    <w:rsid w:val="01826D1E"/>
    <w:rsid w:val="01854D1E"/>
    <w:rsid w:val="018EDE09"/>
    <w:rsid w:val="0196230B"/>
    <w:rsid w:val="01BDF7F5"/>
    <w:rsid w:val="01CD9B47"/>
    <w:rsid w:val="01D5F563"/>
    <w:rsid w:val="01E2ABF3"/>
    <w:rsid w:val="01EC240B"/>
    <w:rsid w:val="01F25109"/>
    <w:rsid w:val="01F98763"/>
    <w:rsid w:val="022546F7"/>
    <w:rsid w:val="0229700E"/>
    <w:rsid w:val="022E427B"/>
    <w:rsid w:val="02444E01"/>
    <w:rsid w:val="0245A081"/>
    <w:rsid w:val="0252C144"/>
    <w:rsid w:val="027F8378"/>
    <w:rsid w:val="029BC6EF"/>
    <w:rsid w:val="02C0024A"/>
    <w:rsid w:val="02CC5012"/>
    <w:rsid w:val="02EA8F21"/>
    <w:rsid w:val="02EFA062"/>
    <w:rsid w:val="0308733F"/>
    <w:rsid w:val="031DABBB"/>
    <w:rsid w:val="033D6BD3"/>
    <w:rsid w:val="0350D34A"/>
    <w:rsid w:val="03585B75"/>
    <w:rsid w:val="036007CB"/>
    <w:rsid w:val="0386AE98"/>
    <w:rsid w:val="039286DF"/>
    <w:rsid w:val="03B294DC"/>
    <w:rsid w:val="03D10EEA"/>
    <w:rsid w:val="03D842B4"/>
    <w:rsid w:val="03DE2EFF"/>
    <w:rsid w:val="03E51853"/>
    <w:rsid w:val="03E8F2B2"/>
    <w:rsid w:val="03EAA7B3"/>
    <w:rsid w:val="03FFB5D5"/>
    <w:rsid w:val="0476A9B0"/>
    <w:rsid w:val="0481F6BB"/>
    <w:rsid w:val="04C060DC"/>
    <w:rsid w:val="04D11D25"/>
    <w:rsid w:val="04D8AEAF"/>
    <w:rsid w:val="04E3D6BB"/>
    <w:rsid w:val="04E7EB6E"/>
    <w:rsid w:val="050F86B5"/>
    <w:rsid w:val="05388DC5"/>
    <w:rsid w:val="0551DFA0"/>
    <w:rsid w:val="058533BC"/>
    <w:rsid w:val="0589D2DA"/>
    <w:rsid w:val="0592FC61"/>
    <w:rsid w:val="059328E7"/>
    <w:rsid w:val="05B54FBD"/>
    <w:rsid w:val="0606B693"/>
    <w:rsid w:val="0619CE5A"/>
    <w:rsid w:val="061E5D56"/>
    <w:rsid w:val="062095FE"/>
    <w:rsid w:val="063516B3"/>
    <w:rsid w:val="0646B0EB"/>
    <w:rsid w:val="066CCCC6"/>
    <w:rsid w:val="066D1010"/>
    <w:rsid w:val="067976EB"/>
    <w:rsid w:val="0683BFFC"/>
    <w:rsid w:val="068AFA5F"/>
    <w:rsid w:val="069345B3"/>
    <w:rsid w:val="06A76B0B"/>
    <w:rsid w:val="06BA92A7"/>
    <w:rsid w:val="06DF10E3"/>
    <w:rsid w:val="06E07CF3"/>
    <w:rsid w:val="06F3CEF7"/>
    <w:rsid w:val="0704F039"/>
    <w:rsid w:val="070F1AC1"/>
    <w:rsid w:val="072A3202"/>
    <w:rsid w:val="075DBBE7"/>
    <w:rsid w:val="075EFFDC"/>
    <w:rsid w:val="0790A8B7"/>
    <w:rsid w:val="07967473"/>
    <w:rsid w:val="07975F11"/>
    <w:rsid w:val="07AD07EF"/>
    <w:rsid w:val="07AF20E6"/>
    <w:rsid w:val="07BA373E"/>
    <w:rsid w:val="07CACFB9"/>
    <w:rsid w:val="07CC66C4"/>
    <w:rsid w:val="07CCFBB9"/>
    <w:rsid w:val="07DB1F5A"/>
    <w:rsid w:val="07EA8DC2"/>
    <w:rsid w:val="07EDFEA8"/>
    <w:rsid w:val="081052B2"/>
    <w:rsid w:val="082DBD08"/>
    <w:rsid w:val="0837D9C3"/>
    <w:rsid w:val="083DF7AD"/>
    <w:rsid w:val="08497AC9"/>
    <w:rsid w:val="085A0824"/>
    <w:rsid w:val="089577CD"/>
    <w:rsid w:val="08A0A52C"/>
    <w:rsid w:val="08A72C49"/>
    <w:rsid w:val="08AECC85"/>
    <w:rsid w:val="08C72056"/>
    <w:rsid w:val="08DCAA6F"/>
    <w:rsid w:val="090A1FDE"/>
    <w:rsid w:val="092F35F0"/>
    <w:rsid w:val="0935E154"/>
    <w:rsid w:val="096645A9"/>
    <w:rsid w:val="096882D8"/>
    <w:rsid w:val="097BEE3F"/>
    <w:rsid w:val="09888326"/>
    <w:rsid w:val="098DB034"/>
    <w:rsid w:val="09B5B9B8"/>
    <w:rsid w:val="09CC23D5"/>
    <w:rsid w:val="09CD62A0"/>
    <w:rsid w:val="09D3077A"/>
    <w:rsid w:val="0A095A56"/>
    <w:rsid w:val="0A16344F"/>
    <w:rsid w:val="0A1DC54B"/>
    <w:rsid w:val="0A266D6A"/>
    <w:rsid w:val="0A26BBB5"/>
    <w:rsid w:val="0A3B225F"/>
    <w:rsid w:val="0A421729"/>
    <w:rsid w:val="0A4500F7"/>
    <w:rsid w:val="0A52CF5B"/>
    <w:rsid w:val="0A780F32"/>
    <w:rsid w:val="0A78D92A"/>
    <w:rsid w:val="0A8D622A"/>
    <w:rsid w:val="0AB3FFCB"/>
    <w:rsid w:val="0AF4A0E3"/>
    <w:rsid w:val="0B295B62"/>
    <w:rsid w:val="0B6AC82C"/>
    <w:rsid w:val="0B6C7CAF"/>
    <w:rsid w:val="0B8507CF"/>
    <w:rsid w:val="0B888E79"/>
    <w:rsid w:val="0B8D6139"/>
    <w:rsid w:val="0BAFD9E3"/>
    <w:rsid w:val="0BB458FF"/>
    <w:rsid w:val="0BB60B2C"/>
    <w:rsid w:val="0C1D9BD4"/>
    <w:rsid w:val="0C2D2B42"/>
    <w:rsid w:val="0C512882"/>
    <w:rsid w:val="0C746A1C"/>
    <w:rsid w:val="0CA90118"/>
    <w:rsid w:val="0CBBBCE5"/>
    <w:rsid w:val="0CC23E44"/>
    <w:rsid w:val="0CF60248"/>
    <w:rsid w:val="0D0070DE"/>
    <w:rsid w:val="0D2A3615"/>
    <w:rsid w:val="0D39A5F1"/>
    <w:rsid w:val="0D451646"/>
    <w:rsid w:val="0D835F0A"/>
    <w:rsid w:val="0DAB5875"/>
    <w:rsid w:val="0DAD3D94"/>
    <w:rsid w:val="0DC276EB"/>
    <w:rsid w:val="0DC61B72"/>
    <w:rsid w:val="0DE94E6D"/>
    <w:rsid w:val="0DEBC406"/>
    <w:rsid w:val="0DF8DB5F"/>
    <w:rsid w:val="0DF9464F"/>
    <w:rsid w:val="0E328701"/>
    <w:rsid w:val="0E350A94"/>
    <w:rsid w:val="0E37DFE0"/>
    <w:rsid w:val="0E65D696"/>
    <w:rsid w:val="0EC10561"/>
    <w:rsid w:val="0EE5A6DB"/>
    <w:rsid w:val="0EEB48D6"/>
    <w:rsid w:val="0EF36812"/>
    <w:rsid w:val="0F14F676"/>
    <w:rsid w:val="0F24EFA2"/>
    <w:rsid w:val="0F26094A"/>
    <w:rsid w:val="0F4821E8"/>
    <w:rsid w:val="0F4A6560"/>
    <w:rsid w:val="0F56F787"/>
    <w:rsid w:val="0F6F27D3"/>
    <w:rsid w:val="0F85D90B"/>
    <w:rsid w:val="0F8E4853"/>
    <w:rsid w:val="0F9C64BA"/>
    <w:rsid w:val="1005C082"/>
    <w:rsid w:val="1012CBE0"/>
    <w:rsid w:val="10166666"/>
    <w:rsid w:val="10198764"/>
    <w:rsid w:val="1025DCFB"/>
    <w:rsid w:val="103550F2"/>
    <w:rsid w:val="103C8916"/>
    <w:rsid w:val="105E3D07"/>
    <w:rsid w:val="1061ADBE"/>
    <w:rsid w:val="106277F0"/>
    <w:rsid w:val="106D4530"/>
    <w:rsid w:val="1070734E"/>
    <w:rsid w:val="10778CCB"/>
    <w:rsid w:val="107ED69D"/>
    <w:rsid w:val="108E9E60"/>
    <w:rsid w:val="109E5412"/>
    <w:rsid w:val="10C6D343"/>
    <w:rsid w:val="10E7CC78"/>
    <w:rsid w:val="10EF0C28"/>
    <w:rsid w:val="10F56F6E"/>
    <w:rsid w:val="110F08FD"/>
    <w:rsid w:val="111EDED4"/>
    <w:rsid w:val="112EEEE2"/>
    <w:rsid w:val="1137750D"/>
    <w:rsid w:val="1140F38D"/>
    <w:rsid w:val="1151024D"/>
    <w:rsid w:val="115C1F00"/>
    <w:rsid w:val="117CF900"/>
    <w:rsid w:val="1191E74A"/>
    <w:rsid w:val="1193E20A"/>
    <w:rsid w:val="11CBD7BF"/>
    <w:rsid w:val="11DBAE7C"/>
    <w:rsid w:val="11DCF7FC"/>
    <w:rsid w:val="11E83C15"/>
    <w:rsid w:val="11F85839"/>
    <w:rsid w:val="12109301"/>
    <w:rsid w:val="1213A200"/>
    <w:rsid w:val="1215BFEB"/>
    <w:rsid w:val="1216CD57"/>
    <w:rsid w:val="12262DCC"/>
    <w:rsid w:val="12342EBC"/>
    <w:rsid w:val="124300EE"/>
    <w:rsid w:val="12431055"/>
    <w:rsid w:val="1248D3BF"/>
    <w:rsid w:val="1257BE1D"/>
    <w:rsid w:val="12836085"/>
    <w:rsid w:val="12AFA5E9"/>
    <w:rsid w:val="12B19339"/>
    <w:rsid w:val="12C2FACE"/>
    <w:rsid w:val="12CA224F"/>
    <w:rsid w:val="12D05635"/>
    <w:rsid w:val="12D783CE"/>
    <w:rsid w:val="12E12713"/>
    <w:rsid w:val="12E5E4A9"/>
    <w:rsid w:val="12F531FC"/>
    <w:rsid w:val="1307FDA2"/>
    <w:rsid w:val="1311A7ED"/>
    <w:rsid w:val="13200C42"/>
    <w:rsid w:val="1320F1CD"/>
    <w:rsid w:val="1328737A"/>
    <w:rsid w:val="135C3C35"/>
    <w:rsid w:val="13C34990"/>
    <w:rsid w:val="1405747C"/>
    <w:rsid w:val="1456C0C2"/>
    <w:rsid w:val="148F2BFB"/>
    <w:rsid w:val="14AC61F1"/>
    <w:rsid w:val="14B3ABEA"/>
    <w:rsid w:val="14C03106"/>
    <w:rsid w:val="14C45D83"/>
    <w:rsid w:val="14EED2D2"/>
    <w:rsid w:val="14FD9140"/>
    <w:rsid w:val="14FF8B1D"/>
    <w:rsid w:val="1508C3F1"/>
    <w:rsid w:val="150AEAFA"/>
    <w:rsid w:val="1517E17F"/>
    <w:rsid w:val="1529117A"/>
    <w:rsid w:val="153519A8"/>
    <w:rsid w:val="15381757"/>
    <w:rsid w:val="1539BAD6"/>
    <w:rsid w:val="155F369C"/>
    <w:rsid w:val="1577978B"/>
    <w:rsid w:val="15793C86"/>
    <w:rsid w:val="157F8491"/>
    <w:rsid w:val="1590C7F0"/>
    <w:rsid w:val="1591828A"/>
    <w:rsid w:val="15993192"/>
    <w:rsid w:val="15B22872"/>
    <w:rsid w:val="15E3C4FD"/>
    <w:rsid w:val="15FE3810"/>
    <w:rsid w:val="161A615F"/>
    <w:rsid w:val="164C66E1"/>
    <w:rsid w:val="1655477A"/>
    <w:rsid w:val="165E4E9D"/>
    <w:rsid w:val="165FB6A7"/>
    <w:rsid w:val="16701B9B"/>
    <w:rsid w:val="168F4BD3"/>
    <w:rsid w:val="169A6859"/>
    <w:rsid w:val="169F4C39"/>
    <w:rsid w:val="16B243F2"/>
    <w:rsid w:val="16C9793B"/>
    <w:rsid w:val="16D43992"/>
    <w:rsid w:val="16FCC419"/>
    <w:rsid w:val="16FEB152"/>
    <w:rsid w:val="174B3394"/>
    <w:rsid w:val="175F329B"/>
    <w:rsid w:val="176977F4"/>
    <w:rsid w:val="176E7FA9"/>
    <w:rsid w:val="178DFB79"/>
    <w:rsid w:val="178EAD26"/>
    <w:rsid w:val="17C5FACF"/>
    <w:rsid w:val="17CB0AC1"/>
    <w:rsid w:val="17E3A3BC"/>
    <w:rsid w:val="17FF24F6"/>
    <w:rsid w:val="18148B92"/>
    <w:rsid w:val="181D93D2"/>
    <w:rsid w:val="182C05D4"/>
    <w:rsid w:val="18385E34"/>
    <w:rsid w:val="183DECCC"/>
    <w:rsid w:val="1842F524"/>
    <w:rsid w:val="18640F10"/>
    <w:rsid w:val="186528C2"/>
    <w:rsid w:val="18661F82"/>
    <w:rsid w:val="188416BC"/>
    <w:rsid w:val="1886F37B"/>
    <w:rsid w:val="1896B09D"/>
    <w:rsid w:val="18A6B18F"/>
    <w:rsid w:val="18A74896"/>
    <w:rsid w:val="18A87BC6"/>
    <w:rsid w:val="18BC21D5"/>
    <w:rsid w:val="18C814DD"/>
    <w:rsid w:val="18D236CC"/>
    <w:rsid w:val="18FD9AB9"/>
    <w:rsid w:val="1905A915"/>
    <w:rsid w:val="1906A7F5"/>
    <w:rsid w:val="19146F32"/>
    <w:rsid w:val="191A7BA3"/>
    <w:rsid w:val="1921A61D"/>
    <w:rsid w:val="1934C0D8"/>
    <w:rsid w:val="193FA203"/>
    <w:rsid w:val="195322B2"/>
    <w:rsid w:val="19AE0822"/>
    <w:rsid w:val="19C55FDB"/>
    <w:rsid w:val="19C854E2"/>
    <w:rsid w:val="19D15176"/>
    <w:rsid w:val="19D3BBF2"/>
    <w:rsid w:val="19DB8B54"/>
    <w:rsid w:val="19E1D4C0"/>
    <w:rsid w:val="1A0F990B"/>
    <w:rsid w:val="1A251742"/>
    <w:rsid w:val="1A300181"/>
    <w:rsid w:val="1A687FD1"/>
    <w:rsid w:val="1A74FB44"/>
    <w:rsid w:val="1A83E9CE"/>
    <w:rsid w:val="1A9967F6"/>
    <w:rsid w:val="1AA34C46"/>
    <w:rsid w:val="1AD55122"/>
    <w:rsid w:val="1ADCBFE1"/>
    <w:rsid w:val="1AE64FDF"/>
    <w:rsid w:val="1B0C3F81"/>
    <w:rsid w:val="1B37B59B"/>
    <w:rsid w:val="1B6D18AA"/>
    <w:rsid w:val="1B703EC1"/>
    <w:rsid w:val="1B8A57DF"/>
    <w:rsid w:val="1B8CD446"/>
    <w:rsid w:val="1BC2AD83"/>
    <w:rsid w:val="1BCB971C"/>
    <w:rsid w:val="1BE8A0F2"/>
    <w:rsid w:val="1BE9FA29"/>
    <w:rsid w:val="1BEAA800"/>
    <w:rsid w:val="1BEDCEF5"/>
    <w:rsid w:val="1BF8B696"/>
    <w:rsid w:val="1C00155C"/>
    <w:rsid w:val="1C012C62"/>
    <w:rsid w:val="1C1591A9"/>
    <w:rsid w:val="1C4FF1EE"/>
    <w:rsid w:val="1C511C4F"/>
    <w:rsid w:val="1C692AA0"/>
    <w:rsid w:val="1C9EB710"/>
    <w:rsid w:val="1C9FABFA"/>
    <w:rsid w:val="1CC5B5F1"/>
    <w:rsid w:val="1CE99D4F"/>
    <w:rsid w:val="1CF1C08A"/>
    <w:rsid w:val="1D12FE51"/>
    <w:rsid w:val="1D2135A3"/>
    <w:rsid w:val="1D283D23"/>
    <w:rsid w:val="1D33AF3E"/>
    <w:rsid w:val="1D3D8DD2"/>
    <w:rsid w:val="1D44E303"/>
    <w:rsid w:val="1D612D8B"/>
    <w:rsid w:val="1D9D2D81"/>
    <w:rsid w:val="1DA51B2E"/>
    <w:rsid w:val="1DBD9A83"/>
    <w:rsid w:val="1DBEEA9E"/>
    <w:rsid w:val="1DC37CEB"/>
    <w:rsid w:val="1DDD37E8"/>
    <w:rsid w:val="1DE903F7"/>
    <w:rsid w:val="1DEE5ADE"/>
    <w:rsid w:val="1DFEC75B"/>
    <w:rsid w:val="1E07B237"/>
    <w:rsid w:val="1E0D461D"/>
    <w:rsid w:val="1E0FAD39"/>
    <w:rsid w:val="1E12D7D5"/>
    <w:rsid w:val="1E1AC278"/>
    <w:rsid w:val="1E2794C2"/>
    <w:rsid w:val="1E513472"/>
    <w:rsid w:val="1E6CB182"/>
    <w:rsid w:val="1E804A8A"/>
    <w:rsid w:val="1EB78156"/>
    <w:rsid w:val="1EC19EA5"/>
    <w:rsid w:val="1ED82888"/>
    <w:rsid w:val="1EE29C43"/>
    <w:rsid w:val="1EF920DD"/>
    <w:rsid w:val="1F0FDBF3"/>
    <w:rsid w:val="1F1BE321"/>
    <w:rsid w:val="1F1E10BA"/>
    <w:rsid w:val="1F51E73C"/>
    <w:rsid w:val="1F6C2FF5"/>
    <w:rsid w:val="1F88B9B9"/>
    <w:rsid w:val="1FA276CD"/>
    <w:rsid w:val="1FC1C3E7"/>
    <w:rsid w:val="1FC31CB4"/>
    <w:rsid w:val="1FD5DAF3"/>
    <w:rsid w:val="1FF4F23D"/>
    <w:rsid w:val="201076F0"/>
    <w:rsid w:val="201BAFF8"/>
    <w:rsid w:val="209D4FEE"/>
    <w:rsid w:val="20B03A4C"/>
    <w:rsid w:val="20D01D9F"/>
    <w:rsid w:val="2133C366"/>
    <w:rsid w:val="213EF080"/>
    <w:rsid w:val="2147C70B"/>
    <w:rsid w:val="215FA8AE"/>
    <w:rsid w:val="217D5F66"/>
    <w:rsid w:val="21822FCB"/>
    <w:rsid w:val="218F5DED"/>
    <w:rsid w:val="2193404C"/>
    <w:rsid w:val="21CEA28B"/>
    <w:rsid w:val="21DEBFD1"/>
    <w:rsid w:val="21DF2CF1"/>
    <w:rsid w:val="21DFFB2D"/>
    <w:rsid w:val="21EF9BDB"/>
    <w:rsid w:val="221E3E76"/>
    <w:rsid w:val="222F35AC"/>
    <w:rsid w:val="224AD7B1"/>
    <w:rsid w:val="224C098A"/>
    <w:rsid w:val="2278EF06"/>
    <w:rsid w:val="2282E7F8"/>
    <w:rsid w:val="228EEED3"/>
    <w:rsid w:val="22B83D98"/>
    <w:rsid w:val="22CC9976"/>
    <w:rsid w:val="22DDFBA0"/>
    <w:rsid w:val="22F4EFA6"/>
    <w:rsid w:val="22FDFE14"/>
    <w:rsid w:val="2325CAC5"/>
    <w:rsid w:val="2326C3FB"/>
    <w:rsid w:val="23382469"/>
    <w:rsid w:val="23531830"/>
    <w:rsid w:val="2355BAB2"/>
    <w:rsid w:val="2364207A"/>
    <w:rsid w:val="23707E80"/>
    <w:rsid w:val="237D90F1"/>
    <w:rsid w:val="23876C6D"/>
    <w:rsid w:val="23A8C8B7"/>
    <w:rsid w:val="23B20920"/>
    <w:rsid w:val="23BB380B"/>
    <w:rsid w:val="2411BD39"/>
    <w:rsid w:val="2418E882"/>
    <w:rsid w:val="241E7BE0"/>
    <w:rsid w:val="2444E9F3"/>
    <w:rsid w:val="244D4798"/>
    <w:rsid w:val="24CA8E08"/>
    <w:rsid w:val="24EABD33"/>
    <w:rsid w:val="2509710A"/>
    <w:rsid w:val="254EDB1E"/>
    <w:rsid w:val="2555417C"/>
    <w:rsid w:val="256528AB"/>
    <w:rsid w:val="2574B857"/>
    <w:rsid w:val="257A3243"/>
    <w:rsid w:val="257E168F"/>
    <w:rsid w:val="2596BC67"/>
    <w:rsid w:val="25AE6DA4"/>
    <w:rsid w:val="25C8A23B"/>
    <w:rsid w:val="25E0B764"/>
    <w:rsid w:val="25F511E1"/>
    <w:rsid w:val="26475255"/>
    <w:rsid w:val="26501986"/>
    <w:rsid w:val="26798470"/>
    <w:rsid w:val="26A67354"/>
    <w:rsid w:val="26B0B7C7"/>
    <w:rsid w:val="26B4DD0C"/>
    <w:rsid w:val="26C4DEC2"/>
    <w:rsid w:val="26EADED3"/>
    <w:rsid w:val="2704AEC4"/>
    <w:rsid w:val="2719A6A1"/>
    <w:rsid w:val="2734AC68"/>
    <w:rsid w:val="274A7EED"/>
    <w:rsid w:val="276EE895"/>
    <w:rsid w:val="2770457D"/>
    <w:rsid w:val="279C8B3B"/>
    <w:rsid w:val="27AD6135"/>
    <w:rsid w:val="27CC103B"/>
    <w:rsid w:val="27CF7114"/>
    <w:rsid w:val="27FAB897"/>
    <w:rsid w:val="282D0BC8"/>
    <w:rsid w:val="28583019"/>
    <w:rsid w:val="287D188F"/>
    <w:rsid w:val="28A5173E"/>
    <w:rsid w:val="28A6093E"/>
    <w:rsid w:val="28ADF43C"/>
    <w:rsid w:val="28AF359E"/>
    <w:rsid w:val="28FAD9EF"/>
    <w:rsid w:val="290713D2"/>
    <w:rsid w:val="2926D038"/>
    <w:rsid w:val="29356FDF"/>
    <w:rsid w:val="29364E85"/>
    <w:rsid w:val="2959B516"/>
    <w:rsid w:val="296CB114"/>
    <w:rsid w:val="29A1DC58"/>
    <w:rsid w:val="29A428D7"/>
    <w:rsid w:val="29ADAE9B"/>
    <w:rsid w:val="29C5F938"/>
    <w:rsid w:val="29C81C17"/>
    <w:rsid w:val="29F538AC"/>
    <w:rsid w:val="2A0922CC"/>
    <w:rsid w:val="2A0E26BD"/>
    <w:rsid w:val="2A164D37"/>
    <w:rsid w:val="2A1CDB1F"/>
    <w:rsid w:val="2A3213B0"/>
    <w:rsid w:val="2A4D2E00"/>
    <w:rsid w:val="2A674A64"/>
    <w:rsid w:val="2A68E19A"/>
    <w:rsid w:val="2A6BC2ED"/>
    <w:rsid w:val="2A776E6C"/>
    <w:rsid w:val="2A995F0B"/>
    <w:rsid w:val="2AC7EAA8"/>
    <w:rsid w:val="2AD607EE"/>
    <w:rsid w:val="2AE13E86"/>
    <w:rsid w:val="2AFD593A"/>
    <w:rsid w:val="2B061DF2"/>
    <w:rsid w:val="2B107BCA"/>
    <w:rsid w:val="2B123E6F"/>
    <w:rsid w:val="2B1F4041"/>
    <w:rsid w:val="2B28DF5C"/>
    <w:rsid w:val="2B7B97A7"/>
    <w:rsid w:val="2BB241D2"/>
    <w:rsid w:val="2BC56393"/>
    <w:rsid w:val="2BD2F05D"/>
    <w:rsid w:val="2BE379C3"/>
    <w:rsid w:val="2C0457E9"/>
    <w:rsid w:val="2C04EB5B"/>
    <w:rsid w:val="2C1660ED"/>
    <w:rsid w:val="2C180D9B"/>
    <w:rsid w:val="2C69C8AA"/>
    <w:rsid w:val="2C9C0A8B"/>
    <w:rsid w:val="2CBF9901"/>
    <w:rsid w:val="2CC258EF"/>
    <w:rsid w:val="2CC5905C"/>
    <w:rsid w:val="2CD1D7EE"/>
    <w:rsid w:val="2D15C67A"/>
    <w:rsid w:val="2D1A223E"/>
    <w:rsid w:val="2D1A538B"/>
    <w:rsid w:val="2D1C1676"/>
    <w:rsid w:val="2D27B8E4"/>
    <w:rsid w:val="2D62105B"/>
    <w:rsid w:val="2D8F37FF"/>
    <w:rsid w:val="2DA64AFF"/>
    <w:rsid w:val="2DBCF817"/>
    <w:rsid w:val="2DC1A00D"/>
    <w:rsid w:val="2DD88500"/>
    <w:rsid w:val="2DD9B654"/>
    <w:rsid w:val="2DE62B4A"/>
    <w:rsid w:val="2DE9E38C"/>
    <w:rsid w:val="2DF1EF7D"/>
    <w:rsid w:val="2E352DA4"/>
    <w:rsid w:val="2E3C2039"/>
    <w:rsid w:val="2E64C1D6"/>
    <w:rsid w:val="2E67A787"/>
    <w:rsid w:val="2E7CCF4C"/>
    <w:rsid w:val="2EA891DE"/>
    <w:rsid w:val="2EE3E840"/>
    <w:rsid w:val="2EEBF8C6"/>
    <w:rsid w:val="2EEE44BB"/>
    <w:rsid w:val="2EF1C906"/>
    <w:rsid w:val="2EF87DDE"/>
    <w:rsid w:val="2F18DC96"/>
    <w:rsid w:val="2F424816"/>
    <w:rsid w:val="2F4B84EE"/>
    <w:rsid w:val="2F6D3C0B"/>
    <w:rsid w:val="2F7B517C"/>
    <w:rsid w:val="2F839E13"/>
    <w:rsid w:val="2F8C8C01"/>
    <w:rsid w:val="2F9D88E2"/>
    <w:rsid w:val="2FC22B9E"/>
    <w:rsid w:val="3004ADE2"/>
    <w:rsid w:val="300CDF90"/>
    <w:rsid w:val="3010FD70"/>
    <w:rsid w:val="301CCDBE"/>
    <w:rsid w:val="3027034C"/>
    <w:rsid w:val="3050D808"/>
    <w:rsid w:val="3064A705"/>
    <w:rsid w:val="30947D53"/>
    <w:rsid w:val="309763DF"/>
    <w:rsid w:val="309DCC92"/>
    <w:rsid w:val="30A83CC5"/>
    <w:rsid w:val="30A8E4A5"/>
    <w:rsid w:val="30AE6278"/>
    <w:rsid w:val="30B67BB8"/>
    <w:rsid w:val="30C002B3"/>
    <w:rsid w:val="30C8A2A4"/>
    <w:rsid w:val="30D0B3E9"/>
    <w:rsid w:val="30D72A10"/>
    <w:rsid w:val="30E25FC6"/>
    <w:rsid w:val="31019D9D"/>
    <w:rsid w:val="310F5DB1"/>
    <w:rsid w:val="311095CC"/>
    <w:rsid w:val="3111DACA"/>
    <w:rsid w:val="31539038"/>
    <w:rsid w:val="316EDA99"/>
    <w:rsid w:val="31B05F47"/>
    <w:rsid w:val="31B826A2"/>
    <w:rsid w:val="31EC60B2"/>
    <w:rsid w:val="320162C9"/>
    <w:rsid w:val="3211347E"/>
    <w:rsid w:val="3220DFA6"/>
    <w:rsid w:val="3283F827"/>
    <w:rsid w:val="3291FB03"/>
    <w:rsid w:val="32A6E9A4"/>
    <w:rsid w:val="32D8AF1B"/>
    <w:rsid w:val="32E89445"/>
    <w:rsid w:val="32EEC0F9"/>
    <w:rsid w:val="330D9B0C"/>
    <w:rsid w:val="33138ADD"/>
    <w:rsid w:val="33377217"/>
    <w:rsid w:val="33465CDC"/>
    <w:rsid w:val="3366569D"/>
    <w:rsid w:val="33696F12"/>
    <w:rsid w:val="33CF211E"/>
    <w:rsid w:val="33EF93F7"/>
    <w:rsid w:val="3406A77D"/>
    <w:rsid w:val="340913F9"/>
    <w:rsid w:val="3418EDC9"/>
    <w:rsid w:val="3419B733"/>
    <w:rsid w:val="341F86DA"/>
    <w:rsid w:val="34221F21"/>
    <w:rsid w:val="342C33C6"/>
    <w:rsid w:val="34598736"/>
    <w:rsid w:val="3499743E"/>
    <w:rsid w:val="34B1B844"/>
    <w:rsid w:val="34B9A74F"/>
    <w:rsid w:val="34BA984D"/>
    <w:rsid w:val="34BD9638"/>
    <w:rsid w:val="34CB72D3"/>
    <w:rsid w:val="34CD9568"/>
    <w:rsid w:val="34D4B548"/>
    <w:rsid w:val="34F41FAB"/>
    <w:rsid w:val="3508D5F9"/>
    <w:rsid w:val="350EC413"/>
    <w:rsid w:val="350EC771"/>
    <w:rsid w:val="35286397"/>
    <w:rsid w:val="353E1E11"/>
    <w:rsid w:val="3546D40E"/>
    <w:rsid w:val="3571AF7B"/>
    <w:rsid w:val="3573FB60"/>
    <w:rsid w:val="358C695A"/>
    <w:rsid w:val="35A91A08"/>
    <w:rsid w:val="35AF3733"/>
    <w:rsid w:val="35B9D610"/>
    <w:rsid w:val="35C26A4E"/>
    <w:rsid w:val="35D2E853"/>
    <w:rsid w:val="35DDED50"/>
    <w:rsid w:val="35E6564B"/>
    <w:rsid w:val="35E8FD40"/>
    <w:rsid w:val="35FE40DC"/>
    <w:rsid w:val="363C1E3F"/>
    <w:rsid w:val="365E24F6"/>
    <w:rsid w:val="369B3F5D"/>
    <w:rsid w:val="369EB48F"/>
    <w:rsid w:val="36A96F5C"/>
    <w:rsid w:val="36AB6E83"/>
    <w:rsid w:val="36D88267"/>
    <w:rsid w:val="36E89D37"/>
    <w:rsid w:val="37073D14"/>
    <w:rsid w:val="3712A9D2"/>
    <w:rsid w:val="3713FAAA"/>
    <w:rsid w:val="37276436"/>
    <w:rsid w:val="3742F546"/>
    <w:rsid w:val="37515EA1"/>
    <w:rsid w:val="375F6E26"/>
    <w:rsid w:val="3765517A"/>
    <w:rsid w:val="3767D82D"/>
    <w:rsid w:val="3779D4BC"/>
    <w:rsid w:val="378428CB"/>
    <w:rsid w:val="378672AE"/>
    <w:rsid w:val="378EE746"/>
    <w:rsid w:val="37907199"/>
    <w:rsid w:val="37A4EF73"/>
    <w:rsid w:val="37B9A129"/>
    <w:rsid w:val="37D1199C"/>
    <w:rsid w:val="37F07F61"/>
    <w:rsid w:val="380016FE"/>
    <w:rsid w:val="382182DF"/>
    <w:rsid w:val="3837A0E8"/>
    <w:rsid w:val="3839586C"/>
    <w:rsid w:val="383A6CC9"/>
    <w:rsid w:val="38510782"/>
    <w:rsid w:val="387D170D"/>
    <w:rsid w:val="388D73AB"/>
    <w:rsid w:val="3890F99B"/>
    <w:rsid w:val="389F82C8"/>
    <w:rsid w:val="38B98C75"/>
    <w:rsid w:val="38BCE04E"/>
    <w:rsid w:val="38C4FABD"/>
    <w:rsid w:val="38EE4A35"/>
    <w:rsid w:val="3904130F"/>
    <w:rsid w:val="3911CB52"/>
    <w:rsid w:val="3969FB6A"/>
    <w:rsid w:val="397D45EA"/>
    <w:rsid w:val="39BD58F1"/>
    <w:rsid w:val="39DBABB7"/>
    <w:rsid w:val="39E160AC"/>
    <w:rsid w:val="39E993C1"/>
    <w:rsid w:val="39EE233C"/>
    <w:rsid w:val="39FDBA01"/>
    <w:rsid w:val="39FFFFF4"/>
    <w:rsid w:val="3A04E65F"/>
    <w:rsid w:val="3A136369"/>
    <w:rsid w:val="3A9247C1"/>
    <w:rsid w:val="3AD337A5"/>
    <w:rsid w:val="3AE30BC5"/>
    <w:rsid w:val="3AF75D70"/>
    <w:rsid w:val="3B1FD019"/>
    <w:rsid w:val="3B2B8109"/>
    <w:rsid w:val="3B3229F3"/>
    <w:rsid w:val="3B4DC7CE"/>
    <w:rsid w:val="3B66E6E7"/>
    <w:rsid w:val="3BBAF2CA"/>
    <w:rsid w:val="3BCD54F9"/>
    <w:rsid w:val="3BDFD717"/>
    <w:rsid w:val="3BDFD9F2"/>
    <w:rsid w:val="3BE4ADF8"/>
    <w:rsid w:val="3BE73A99"/>
    <w:rsid w:val="3C285710"/>
    <w:rsid w:val="3C30BB86"/>
    <w:rsid w:val="3C39854D"/>
    <w:rsid w:val="3C5074BC"/>
    <w:rsid w:val="3C54ACC9"/>
    <w:rsid w:val="3C692537"/>
    <w:rsid w:val="3CC3DE70"/>
    <w:rsid w:val="3CD07C8C"/>
    <w:rsid w:val="3CD30A7E"/>
    <w:rsid w:val="3D1DB063"/>
    <w:rsid w:val="3D821D6F"/>
    <w:rsid w:val="3D881395"/>
    <w:rsid w:val="3D8AD749"/>
    <w:rsid w:val="3DAB045F"/>
    <w:rsid w:val="3DB1A345"/>
    <w:rsid w:val="3DD13199"/>
    <w:rsid w:val="3DE50734"/>
    <w:rsid w:val="3DFF85D3"/>
    <w:rsid w:val="3E16385B"/>
    <w:rsid w:val="3E21E056"/>
    <w:rsid w:val="3E22E1DB"/>
    <w:rsid w:val="3E22E94F"/>
    <w:rsid w:val="3E656E59"/>
    <w:rsid w:val="3E6A14AE"/>
    <w:rsid w:val="3E6F1083"/>
    <w:rsid w:val="3E95A6CF"/>
    <w:rsid w:val="3EBBD4FA"/>
    <w:rsid w:val="3EC795FA"/>
    <w:rsid w:val="3EE1729A"/>
    <w:rsid w:val="3EECED7F"/>
    <w:rsid w:val="3F2172AE"/>
    <w:rsid w:val="3F6D8FBE"/>
    <w:rsid w:val="3F791007"/>
    <w:rsid w:val="3F990AD6"/>
    <w:rsid w:val="3F9B1682"/>
    <w:rsid w:val="3F9C9C7A"/>
    <w:rsid w:val="3FD480AF"/>
    <w:rsid w:val="3FD99636"/>
    <w:rsid w:val="3FDA3813"/>
    <w:rsid w:val="3FDEF4F4"/>
    <w:rsid w:val="3FF4A6D1"/>
    <w:rsid w:val="3FF6EAFC"/>
    <w:rsid w:val="400A8705"/>
    <w:rsid w:val="400B6349"/>
    <w:rsid w:val="40221877"/>
    <w:rsid w:val="4028362D"/>
    <w:rsid w:val="403DE834"/>
    <w:rsid w:val="405F36F1"/>
    <w:rsid w:val="406C133E"/>
    <w:rsid w:val="407B9B10"/>
    <w:rsid w:val="40804E14"/>
    <w:rsid w:val="40C5CCDD"/>
    <w:rsid w:val="40D46389"/>
    <w:rsid w:val="40DC6265"/>
    <w:rsid w:val="40F6E83A"/>
    <w:rsid w:val="40FC50AA"/>
    <w:rsid w:val="4104366B"/>
    <w:rsid w:val="410F8B1A"/>
    <w:rsid w:val="4178777A"/>
    <w:rsid w:val="41843206"/>
    <w:rsid w:val="4192D8CA"/>
    <w:rsid w:val="41A3CC16"/>
    <w:rsid w:val="41E00B53"/>
    <w:rsid w:val="41E6B511"/>
    <w:rsid w:val="41EDAA21"/>
    <w:rsid w:val="41FC7CE9"/>
    <w:rsid w:val="423F52F2"/>
    <w:rsid w:val="425ACC83"/>
    <w:rsid w:val="425ECFA5"/>
    <w:rsid w:val="42688C63"/>
    <w:rsid w:val="428C8A0F"/>
    <w:rsid w:val="42D341AD"/>
    <w:rsid w:val="42FB6AC5"/>
    <w:rsid w:val="42FD0F8F"/>
    <w:rsid w:val="4301CF88"/>
    <w:rsid w:val="432B5315"/>
    <w:rsid w:val="4340A704"/>
    <w:rsid w:val="4349999F"/>
    <w:rsid w:val="435C6CE4"/>
    <w:rsid w:val="435E6633"/>
    <w:rsid w:val="43799F3B"/>
    <w:rsid w:val="43A87C7B"/>
    <w:rsid w:val="43AC3684"/>
    <w:rsid w:val="43B09BA5"/>
    <w:rsid w:val="43D11720"/>
    <w:rsid w:val="43DF15BB"/>
    <w:rsid w:val="43F6C87F"/>
    <w:rsid w:val="43F7E6C1"/>
    <w:rsid w:val="43F82415"/>
    <w:rsid w:val="440AF918"/>
    <w:rsid w:val="4438CC15"/>
    <w:rsid w:val="446D8613"/>
    <w:rsid w:val="446F4931"/>
    <w:rsid w:val="447E7E13"/>
    <w:rsid w:val="4493E574"/>
    <w:rsid w:val="44A83DD8"/>
    <w:rsid w:val="44BC5575"/>
    <w:rsid w:val="44D341C9"/>
    <w:rsid w:val="44D58479"/>
    <w:rsid w:val="44D5A7B7"/>
    <w:rsid w:val="44F0712E"/>
    <w:rsid w:val="44FB7DA0"/>
    <w:rsid w:val="450C4E3D"/>
    <w:rsid w:val="453E1A7B"/>
    <w:rsid w:val="454E2BA9"/>
    <w:rsid w:val="4557C557"/>
    <w:rsid w:val="4575EBE7"/>
    <w:rsid w:val="45AE2A4F"/>
    <w:rsid w:val="45C17191"/>
    <w:rsid w:val="45D6E414"/>
    <w:rsid w:val="45D867B8"/>
    <w:rsid w:val="45DF9287"/>
    <w:rsid w:val="45F491A3"/>
    <w:rsid w:val="4613B867"/>
    <w:rsid w:val="46354F4A"/>
    <w:rsid w:val="46690A31"/>
    <w:rsid w:val="46998FA0"/>
    <w:rsid w:val="46A38419"/>
    <w:rsid w:val="46AEB9C7"/>
    <w:rsid w:val="46DDEDB2"/>
    <w:rsid w:val="46E121CE"/>
    <w:rsid w:val="46F14085"/>
    <w:rsid w:val="47393600"/>
    <w:rsid w:val="47404200"/>
    <w:rsid w:val="47507652"/>
    <w:rsid w:val="47732932"/>
    <w:rsid w:val="4778934A"/>
    <w:rsid w:val="47896247"/>
    <w:rsid w:val="478EECEB"/>
    <w:rsid w:val="47B790C2"/>
    <w:rsid w:val="47BD7C5F"/>
    <w:rsid w:val="47DEDAC3"/>
    <w:rsid w:val="47DFF1D0"/>
    <w:rsid w:val="47E5B9FD"/>
    <w:rsid w:val="480364A2"/>
    <w:rsid w:val="480C9B65"/>
    <w:rsid w:val="481E33D2"/>
    <w:rsid w:val="483299D3"/>
    <w:rsid w:val="483EDBB3"/>
    <w:rsid w:val="4866E2BE"/>
    <w:rsid w:val="4878A16E"/>
    <w:rsid w:val="48A1956E"/>
    <w:rsid w:val="48CBFB6F"/>
    <w:rsid w:val="48CE1C5D"/>
    <w:rsid w:val="48DA63DB"/>
    <w:rsid w:val="48E21C28"/>
    <w:rsid w:val="48EBB481"/>
    <w:rsid w:val="48F5D476"/>
    <w:rsid w:val="490AAB26"/>
    <w:rsid w:val="49340488"/>
    <w:rsid w:val="493AFAE4"/>
    <w:rsid w:val="4953F229"/>
    <w:rsid w:val="4962D31E"/>
    <w:rsid w:val="499E69D0"/>
    <w:rsid w:val="49AF6C99"/>
    <w:rsid w:val="49E0AB1D"/>
    <w:rsid w:val="49E28316"/>
    <w:rsid w:val="49E973F0"/>
    <w:rsid w:val="49EEEF34"/>
    <w:rsid w:val="49F6F049"/>
    <w:rsid w:val="4A0880AC"/>
    <w:rsid w:val="4A1DC7F8"/>
    <w:rsid w:val="4A27ECC4"/>
    <w:rsid w:val="4A3D1940"/>
    <w:rsid w:val="4A41CBC5"/>
    <w:rsid w:val="4A6D7738"/>
    <w:rsid w:val="4A814276"/>
    <w:rsid w:val="4A99B334"/>
    <w:rsid w:val="4AA10272"/>
    <w:rsid w:val="4AE14331"/>
    <w:rsid w:val="4AF72A1D"/>
    <w:rsid w:val="4B0DD49B"/>
    <w:rsid w:val="4B1CB532"/>
    <w:rsid w:val="4B5069AE"/>
    <w:rsid w:val="4B56AC3D"/>
    <w:rsid w:val="4B5E0407"/>
    <w:rsid w:val="4B64081C"/>
    <w:rsid w:val="4B66FACE"/>
    <w:rsid w:val="4B6DFBEC"/>
    <w:rsid w:val="4B781008"/>
    <w:rsid w:val="4BAFA9F7"/>
    <w:rsid w:val="4BE2A750"/>
    <w:rsid w:val="4BFD76E3"/>
    <w:rsid w:val="4C1F38A4"/>
    <w:rsid w:val="4C20A80C"/>
    <w:rsid w:val="4C2B95C5"/>
    <w:rsid w:val="4C3647E6"/>
    <w:rsid w:val="4C3845CF"/>
    <w:rsid w:val="4C7A6D91"/>
    <w:rsid w:val="4CD5BBB1"/>
    <w:rsid w:val="4CE866F2"/>
    <w:rsid w:val="4CEE2117"/>
    <w:rsid w:val="4CF4007D"/>
    <w:rsid w:val="4CFFF382"/>
    <w:rsid w:val="4D20418E"/>
    <w:rsid w:val="4D2A4595"/>
    <w:rsid w:val="4D4841A1"/>
    <w:rsid w:val="4D5F44B5"/>
    <w:rsid w:val="4D67D6B5"/>
    <w:rsid w:val="4D6914A8"/>
    <w:rsid w:val="4D6CDBF2"/>
    <w:rsid w:val="4D96A4E6"/>
    <w:rsid w:val="4DA52E9E"/>
    <w:rsid w:val="4DF2EBF3"/>
    <w:rsid w:val="4E10A694"/>
    <w:rsid w:val="4E36341D"/>
    <w:rsid w:val="4E3CC595"/>
    <w:rsid w:val="4E43899C"/>
    <w:rsid w:val="4E4A42FD"/>
    <w:rsid w:val="4E4D1418"/>
    <w:rsid w:val="4E741861"/>
    <w:rsid w:val="4E8DAA37"/>
    <w:rsid w:val="4E9F0618"/>
    <w:rsid w:val="4EDF3CCC"/>
    <w:rsid w:val="4EECAD7F"/>
    <w:rsid w:val="4EF90EA6"/>
    <w:rsid w:val="4F243C36"/>
    <w:rsid w:val="4F46F184"/>
    <w:rsid w:val="4F480F48"/>
    <w:rsid w:val="4F5F0EEA"/>
    <w:rsid w:val="4FA9D8B8"/>
    <w:rsid w:val="4FB26A60"/>
    <w:rsid w:val="4FB8B73E"/>
    <w:rsid w:val="4FC78811"/>
    <w:rsid w:val="4FED1255"/>
    <w:rsid w:val="4FF14970"/>
    <w:rsid w:val="50064AA9"/>
    <w:rsid w:val="5014306E"/>
    <w:rsid w:val="502496A2"/>
    <w:rsid w:val="5044680D"/>
    <w:rsid w:val="50508D63"/>
    <w:rsid w:val="50607E8D"/>
    <w:rsid w:val="5064D290"/>
    <w:rsid w:val="50716486"/>
    <w:rsid w:val="508914A2"/>
    <w:rsid w:val="50959DE9"/>
    <w:rsid w:val="50A4F507"/>
    <w:rsid w:val="50AB1341"/>
    <w:rsid w:val="50B9A3F7"/>
    <w:rsid w:val="50C703D2"/>
    <w:rsid w:val="51115243"/>
    <w:rsid w:val="51333743"/>
    <w:rsid w:val="513FF162"/>
    <w:rsid w:val="51538465"/>
    <w:rsid w:val="5161A914"/>
    <w:rsid w:val="51729B45"/>
    <w:rsid w:val="51895796"/>
    <w:rsid w:val="51A93AED"/>
    <w:rsid w:val="51C398EC"/>
    <w:rsid w:val="51D3A9F9"/>
    <w:rsid w:val="51F753E5"/>
    <w:rsid w:val="520B93CD"/>
    <w:rsid w:val="52419C78"/>
    <w:rsid w:val="52440475"/>
    <w:rsid w:val="5245F76C"/>
    <w:rsid w:val="5247C858"/>
    <w:rsid w:val="52515BC6"/>
    <w:rsid w:val="525FEAE3"/>
    <w:rsid w:val="5260013E"/>
    <w:rsid w:val="526C8DA5"/>
    <w:rsid w:val="528674E3"/>
    <w:rsid w:val="52DC35F1"/>
    <w:rsid w:val="52FA0C7F"/>
    <w:rsid w:val="5301FCA0"/>
    <w:rsid w:val="530299BA"/>
    <w:rsid w:val="5319811D"/>
    <w:rsid w:val="531BB4AA"/>
    <w:rsid w:val="531E6C82"/>
    <w:rsid w:val="53280739"/>
    <w:rsid w:val="532A9196"/>
    <w:rsid w:val="53500DAE"/>
    <w:rsid w:val="5378F7CB"/>
    <w:rsid w:val="537C1DDD"/>
    <w:rsid w:val="538BBC6B"/>
    <w:rsid w:val="5390251E"/>
    <w:rsid w:val="5390A081"/>
    <w:rsid w:val="53AC94EC"/>
    <w:rsid w:val="53CA8395"/>
    <w:rsid w:val="53EA01D8"/>
    <w:rsid w:val="53ED492F"/>
    <w:rsid w:val="53EF63A8"/>
    <w:rsid w:val="53F80D6E"/>
    <w:rsid w:val="540CC8B5"/>
    <w:rsid w:val="540FF8A8"/>
    <w:rsid w:val="5410FD3F"/>
    <w:rsid w:val="541F9322"/>
    <w:rsid w:val="54230950"/>
    <w:rsid w:val="5424EBD9"/>
    <w:rsid w:val="545CB3EA"/>
    <w:rsid w:val="5466E2EE"/>
    <w:rsid w:val="546C25A6"/>
    <w:rsid w:val="546EC542"/>
    <w:rsid w:val="547B672D"/>
    <w:rsid w:val="548AA455"/>
    <w:rsid w:val="5495E882"/>
    <w:rsid w:val="54AC114F"/>
    <w:rsid w:val="54BB7FC2"/>
    <w:rsid w:val="54C803AC"/>
    <w:rsid w:val="54CA71C1"/>
    <w:rsid w:val="54CBAE37"/>
    <w:rsid w:val="54DF763D"/>
    <w:rsid w:val="54F3BE88"/>
    <w:rsid w:val="54F66B49"/>
    <w:rsid w:val="55170803"/>
    <w:rsid w:val="5524B402"/>
    <w:rsid w:val="5529C4D0"/>
    <w:rsid w:val="55767A07"/>
    <w:rsid w:val="55960828"/>
    <w:rsid w:val="559D2E4B"/>
    <w:rsid w:val="55A511FC"/>
    <w:rsid w:val="55CD9B06"/>
    <w:rsid w:val="55D83D8F"/>
    <w:rsid w:val="55D950DB"/>
    <w:rsid w:val="55DFF95B"/>
    <w:rsid w:val="55F29A3B"/>
    <w:rsid w:val="56004A41"/>
    <w:rsid w:val="56221ABA"/>
    <w:rsid w:val="5644400E"/>
    <w:rsid w:val="564EDAA0"/>
    <w:rsid w:val="56631185"/>
    <w:rsid w:val="56876321"/>
    <w:rsid w:val="568D17E0"/>
    <w:rsid w:val="569B350C"/>
    <w:rsid w:val="56AC2DF2"/>
    <w:rsid w:val="56B358C1"/>
    <w:rsid w:val="56C3FE41"/>
    <w:rsid w:val="56F04A61"/>
    <w:rsid w:val="5704B0AA"/>
    <w:rsid w:val="5704FE4B"/>
    <w:rsid w:val="571EE40C"/>
    <w:rsid w:val="573536D7"/>
    <w:rsid w:val="573F04F2"/>
    <w:rsid w:val="576D4ACA"/>
    <w:rsid w:val="579A14D8"/>
    <w:rsid w:val="57B0DD89"/>
    <w:rsid w:val="57B5429F"/>
    <w:rsid w:val="57BF4B96"/>
    <w:rsid w:val="57C2AA17"/>
    <w:rsid w:val="57CEE372"/>
    <w:rsid w:val="58008528"/>
    <w:rsid w:val="58033CCF"/>
    <w:rsid w:val="580F4A75"/>
    <w:rsid w:val="58638852"/>
    <w:rsid w:val="58A95F82"/>
    <w:rsid w:val="58D1B2D4"/>
    <w:rsid w:val="591653C6"/>
    <w:rsid w:val="59302826"/>
    <w:rsid w:val="596F1691"/>
    <w:rsid w:val="59736350"/>
    <w:rsid w:val="5975F17B"/>
    <w:rsid w:val="59852DD0"/>
    <w:rsid w:val="59AB110A"/>
    <w:rsid w:val="59B0C4F2"/>
    <w:rsid w:val="59CB6776"/>
    <w:rsid w:val="59D61DE5"/>
    <w:rsid w:val="59E24D8C"/>
    <w:rsid w:val="59E25617"/>
    <w:rsid w:val="5A17AE01"/>
    <w:rsid w:val="5A1971AA"/>
    <w:rsid w:val="5A21FFAA"/>
    <w:rsid w:val="5A23C8C5"/>
    <w:rsid w:val="5A40BB08"/>
    <w:rsid w:val="5A51F26A"/>
    <w:rsid w:val="5A61E024"/>
    <w:rsid w:val="5A89E0C7"/>
    <w:rsid w:val="5A954BBF"/>
    <w:rsid w:val="5AC6F934"/>
    <w:rsid w:val="5AD5E7EC"/>
    <w:rsid w:val="5AEF8C67"/>
    <w:rsid w:val="5B018BBE"/>
    <w:rsid w:val="5B04258A"/>
    <w:rsid w:val="5B130380"/>
    <w:rsid w:val="5B14ABDF"/>
    <w:rsid w:val="5B208B53"/>
    <w:rsid w:val="5B36A17B"/>
    <w:rsid w:val="5B460F99"/>
    <w:rsid w:val="5B486BD6"/>
    <w:rsid w:val="5B525DB6"/>
    <w:rsid w:val="5B530DC2"/>
    <w:rsid w:val="5B5F9D29"/>
    <w:rsid w:val="5B63A7A3"/>
    <w:rsid w:val="5B6F7496"/>
    <w:rsid w:val="5B791FC7"/>
    <w:rsid w:val="5B8582DA"/>
    <w:rsid w:val="5B879094"/>
    <w:rsid w:val="5B8B74B2"/>
    <w:rsid w:val="5B9EFF90"/>
    <w:rsid w:val="5C185FFB"/>
    <w:rsid w:val="5C25CE2C"/>
    <w:rsid w:val="5C3134FB"/>
    <w:rsid w:val="5C392B71"/>
    <w:rsid w:val="5C52F647"/>
    <w:rsid w:val="5C56228D"/>
    <w:rsid w:val="5C798C0D"/>
    <w:rsid w:val="5CA96DF8"/>
    <w:rsid w:val="5CAEA208"/>
    <w:rsid w:val="5CB47E82"/>
    <w:rsid w:val="5CB535AC"/>
    <w:rsid w:val="5CC50ACD"/>
    <w:rsid w:val="5CC7A379"/>
    <w:rsid w:val="5CE1071A"/>
    <w:rsid w:val="5CE9DF77"/>
    <w:rsid w:val="5CEE55EC"/>
    <w:rsid w:val="5D0DFC3E"/>
    <w:rsid w:val="5D1051F4"/>
    <w:rsid w:val="5D47ECC6"/>
    <w:rsid w:val="5D546CE4"/>
    <w:rsid w:val="5D8F2732"/>
    <w:rsid w:val="5DA49B45"/>
    <w:rsid w:val="5DA7E8D1"/>
    <w:rsid w:val="5DD9A68B"/>
    <w:rsid w:val="5DE7A454"/>
    <w:rsid w:val="5E0E1415"/>
    <w:rsid w:val="5E1E9BE9"/>
    <w:rsid w:val="5E2753D1"/>
    <w:rsid w:val="5E2A1EB6"/>
    <w:rsid w:val="5E34B8EC"/>
    <w:rsid w:val="5E3B956F"/>
    <w:rsid w:val="5E4A6D63"/>
    <w:rsid w:val="5E57B9AE"/>
    <w:rsid w:val="5E8199B0"/>
    <w:rsid w:val="5E9D02B8"/>
    <w:rsid w:val="5EA063D3"/>
    <w:rsid w:val="5EA82155"/>
    <w:rsid w:val="5EAB5FFF"/>
    <w:rsid w:val="5EC883D8"/>
    <w:rsid w:val="5ECF03AA"/>
    <w:rsid w:val="5EE26C63"/>
    <w:rsid w:val="5EF80C42"/>
    <w:rsid w:val="5F0159CC"/>
    <w:rsid w:val="5F32DF26"/>
    <w:rsid w:val="5F4178D3"/>
    <w:rsid w:val="5F41B3E5"/>
    <w:rsid w:val="5F51C704"/>
    <w:rsid w:val="5F585715"/>
    <w:rsid w:val="5F6F8F33"/>
    <w:rsid w:val="5F73A3C7"/>
    <w:rsid w:val="5F82FBAC"/>
    <w:rsid w:val="5F8D5081"/>
    <w:rsid w:val="5FC73E49"/>
    <w:rsid w:val="5FCDC790"/>
    <w:rsid w:val="5FE27A74"/>
    <w:rsid w:val="5FEB4069"/>
    <w:rsid w:val="5FFE2957"/>
    <w:rsid w:val="600431A4"/>
    <w:rsid w:val="60115CED"/>
    <w:rsid w:val="60213BB4"/>
    <w:rsid w:val="602330FD"/>
    <w:rsid w:val="602AF9D6"/>
    <w:rsid w:val="603646D6"/>
    <w:rsid w:val="603CCDE3"/>
    <w:rsid w:val="6052F9E8"/>
    <w:rsid w:val="60596076"/>
    <w:rsid w:val="605B9367"/>
    <w:rsid w:val="60641CAD"/>
    <w:rsid w:val="6067CDFA"/>
    <w:rsid w:val="607FF85C"/>
    <w:rsid w:val="609A2A4E"/>
    <w:rsid w:val="60E6A672"/>
    <w:rsid w:val="60F07AA7"/>
    <w:rsid w:val="60F3013B"/>
    <w:rsid w:val="61170273"/>
    <w:rsid w:val="611D29E7"/>
    <w:rsid w:val="614E7BF4"/>
    <w:rsid w:val="61515E85"/>
    <w:rsid w:val="61632FFE"/>
    <w:rsid w:val="618388AB"/>
    <w:rsid w:val="619817E7"/>
    <w:rsid w:val="61EA6AF2"/>
    <w:rsid w:val="61F76293"/>
    <w:rsid w:val="6207B172"/>
    <w:rsid w:val="620CF249"/>
    <w:rsid w:val="6212AFA3"/>
    <w:rsid w:val="62284B40"/>
    <w:rsid w:val="622B62ED"/>
    <w:rsid w:val="623DD320"/>
    <w:rsid w:val="62C843CE"/>
    <w:rsid w:val="62E4CBE1"/>
    <w:rsid w:val="62EFBDC3"/>
    <w:rsid w:val="62FA5F0C"/>
    <w:rsid w:val="6315BD3B"/>
    <w:rsid w:val="63322813"/>
    <w:rsid w:val="63374BC8"/>
    <w:rsid w:val="634E6A7A"/>
    <w:rsid w:val="6384F497"/>
    <w:rsid w:val="639581B4"/>
    <w:rsid w:val="63CAAB15"/>
    <w:rsid w:val="63CE6B74"/>
    <w:rsid w:val="63EDDA6B"/>
    <w:rsid w:val="63EF84C1"/>
    <w:rsid w:val="64014FBD"/>
    <w:rsid w:val="64066F53"/>
    <w:rsid w:val="641B49D0"/>
    <w:rsid w:val="642C299E"/>
    <w:rsid w:val="644759AD"/>
    <w:rsid w:val="645E968B"/>
    <w:rsid w:val="646C1298"/>
    <w:rsid w:val="646D0CC7"/>
    <w:rsid w:val="646F33EC"/>
    <w:rsid w:val="6474484F"/>
    <w:rsid w:val="647F3B82"/>
    <w:rsid w:val="64BCB7E1"/>
    <w:rsid w:val="64C48BD9"/>
    <w:rsid w:val="6504BD95"/>
    <w:rsid w:val="6514D1E4"/>
    <w:rsid w:val="651F0E6B"/>
    <w:rsid w:val="6523CCC2"/>
    <w:rsid w:val="65363257"/>
    <w:rsid w:val="6544A057"/>
    <w:rsid w:val="655B72C4"/>
    <w:rsid w:val="65823C0B"/>
    <w:rsid w:val="658D3866"/>
    <w:rsid w:val="65ADB874"/>
    <w:rsid w:val="65B24590"/>
    <w:rsid w:val="65C648FB"/>
    <w:rsid w:val="65D8F889"/>
    <w:rsid w:val="65DEB340"/>
    <w:rsid w:val="65E8B5C0"/>
    <w:rsid w:val="6600AE72"/>
    <w:rsid w:val="6608C51B"/>
    <w:rsid w:val="66151CD1"/>
    <w:rsid w:val="662A0143"/>
    <w:rsid w:val="66336E1A"/>
    <w:rsid w:val="665303FF"/>
    <w:rsid w:val="666C28DD"/>
    <w:rsid w:val="666E4B52"/>
    <w:rsid w:val="66817D2E"/>
    <w:rsid w:val="66880850"/>
    <w:rsid w:val="66895E40"/>
    <w:rsid w:val="669A8941"/>
    <w:rsid w:val="66A0376D"/>
    <w:rsid w:val="66B2D08F"/>
    <w:rsid w:val="66B62F15"/>
    <w:rsid w:val="66B6BCE7"/>
    <w:rsid w:val="670B1283"/>
    <w:rsid w:val="670CF070"/>
    <w:rsid w:val="67210A0D"/>
    <w:rsid w:val="674A83DC"/>
    <w:rsid w:val="676AF38B"/>
    <w:rsid w:val="67754218"/>
    <w:rsid w:val="67A1954D"/>
    <w:rsid w:val="67D462D2"/>
    <w:rsid w:val="682BA16E"/>
    <w:rsid w:val="6854CE5E"/>
    <w:rsid w:val="68636B42"/>
    <w:rsid w:val="686C3487"/>
    <w:rsid w:val="68737D62"/>
    <w:rsid w:val="68797EB6"/>
    <w:rsid w:val="68819810"/>
    <w:rsid w:val="688749D0"/>
    <w:rsid w:val="688C5C5E"/>
    <w:rsid w:val="68A6AE52"/>
    <w:rsid w:val="68AB33C7"/>
    <w:rsid w:val="68B2067E"/>
    <w:rsid w:val="68B84797"/>
    <w:rsid w:val="68DB47B6"/>
    <w:rsid w:val="68E7D693"/>
    <w:rsid w:val="68F14751"/>
    <w:rsid w:val="690460E8"/>
    <w:rsid w:val="690BD580"/>
    <w:rsid w:val="691400C4"/>
    <w:rsid w:val="6914E0A1"/>
    <w:rsid w:val="691D06C7"/>
    <w:rsid w:val="6921AF94"/>
    <w:rsid w:val="6949F89E"/>
    <w:rsid w:val="694E009A"/>
    <w:rsid w:val="6952A517"/>
    <w:rsid w:val="6956AB8F"/>
    <w:rsid w:val="69630D1E"/>
    <w:rsid w:val="696AFB37"/>
    <w:rsid w:val="6987BCB4"/>
    <w:rsid w:val="69897CAD"/>
    <w:rsid w:val="698E1F43"/>
    <w:rsid w:val="6991475B"/>
    <w:rsid w:val="699E29DD"/>
    <w:rsid w:val="69A36FD3"/>
    <w:rsid w:val="69C69617"/>
    <w:rsid w:val="69D26A6B"/>
    <w:rsid w:val="69DB1D11"/>
    <w:rsid w:val="69E4AFA7"/>
    <w:rsid w:val="69EF89A4"/>
    <w:rsid w:val="69F1C136"/>
    <w:rsid w:val="69F738BE"/>
    <w:rsid w:val="6A036CE1"/>
    <w:rsid w:val="6A094DFC"/>
    <w:rsid w:val="6A336564"/>
    <w:rsid w:val="6A83955B"/>
    <w:rsid w:val="6A893601"/>
    <w:rsid w:val="6ABAB9D7"/>
    <w:rsid w:val="6AC26080"/>
    <w:rsid w:val="6AC94134"/>
    <w:rsid w:val="6AD5FB00"/>
    <w:rsid w:val="6AE17B6F"/>
    <w:rsid w:val="6AF90192"/>
    <w:rsid w:val="6AF9033C"/>
    <w:rsid w:val="6B0770AC"/>
    <w:rsid w:val="6B37946F"/>
    <w:rsid w:val="6B3A5512"/>
    <w:rsid w:val="6B553436"/>
    <w:rsid w:val="6B6170EE"/>
    <w:rsid w:val="6B6C766D"/>
    <w:rsid w:val="6B8044C7"/>
    <w:rsid w:val="6B9200D7"/>
    <w:rsid w:val="6B925976"/>
    <w:rsid w:val="6B95F26A"/>
    <w:rsid w:val="6B9E9C47"/>
    <w:rsid w:val="6BD5DC93"/>
    <w:rsid w:val="6BD92C2C"/>
    <w:rsid w:val="6BDF030B"/>
    <w:rsid w:val="6BDF3BF3"/>
    <w:rsid w:val="6C18655A"/>
    <w:rsid w:val="6C1D8CE9"/>
    <w:rsid w:val="6C53D288"/>
    <w:rsid w:val="6C55C669"/>
    <w:rsid w:val="6C83EF0B"/>
    <w:rsid w:val="6C90C73E"/>
    <w:rsid w:val="6CB5E9CF"/>
    <w:rsid w:val="6D0438BF"/>
    <w:rsid w:val="6D15707D"/>
    <w:rsid w:val="6D1BE5DC"/>
    <w:rsid w:val="6D2A8993"/>
    <w:rsid w:val="6D3FCFD3"/>
    <w:rsid w:val="6D4C51DE"/>
    <w:rsid w:val="6D95423C"/>
    <w:rsid w:val="6DB540BA"/>
    <w:rsid w:val="6DBE63D0"/>
    <w:rsid w:val="6DC9EA8D"/>
    <w:rsid w:val="6DF36C90"/>
    <w:rsid w:val="6E141993"/>
    <w:rsid w:val="6E3616EA"/>
    <w:rsid w:val="6E3BE7B4"/>
    <w:rsid w:val="6E4B9BE4"/>
    <w:rsid w:val="6E519507"/>
    <w:rsid w:val="6E5F48FA"/>
    <w:rsid w:val="6E5FF5FE"/>
    <w:rsid w:val="6EA089AF"/>
    <w:rsid w:val="6EB38DB3"/>
    <w:rsid w:val="6EB73F5D"/>
    <w:rsid w:val="6EE11BC6"/>
    <w:rsid w:val="6EE787F9"/>
    <w:rsid w:val="6EECC938"/>
    <w:rsid w:val="6F2BCD23"/>
    <w:rsid w:val="6F533EC3"/>
    <w:rsid w:val="6F61D118"/>
    <w:rsid w:val="6F85593E"/>
    <w:rsid w:val="6F98863A"/>
    <w:rsid w:val="6FA02EC9"/>
    <w:rsid w:val="6FCAC065"/>
    <w:rsid w:val="700BB70C"/>
    <w:rsid w:val="702996B9"/>
    <w:rsid w:val="703B6ABD"/>
    <w:rsid w:val="7040B61E"/>
    <w:rsid w:val="7054A3B7"/>
    <w:rsid w:val="705B04E5"/>
    <w:rsid w:val="705F6780"/>
    <w:rsid w:val="709DE784"/>
    <w:rsid w:val="70A71CC9"/>
    <w:rsid w:val="70C0100C"/>
    <w:rsid w:val="70C0D461"/>
    <w:rsid w:val="70DC0337"/>
    <w:rsid w:val="70E261B1"/>
    <w:rsid w:val="7116318C"/>
    <w:rsid w:val="71191625"/>
    <w:rsid w:val="7130A3C6"/>
    <w:rsid w:val="7138D90A"/>
    <w:rsid w:val="71493473"/>
    <w:rsid w:val="716985A9"/>
    <w:rsid w:val="71956DBE"/>
    <w:rsid w:val="7197B77D"/>
    <w:rsid w:val="71B89457"/>
    <w:rsid w:val="71EDC307"/>
    <w:rsid w:val="7212C14D"/>
    <w:rsid w:val="7214F55B"/>
    <w:rsid w:val="722299C2"/>
    <w:rsid w:val="7228441B"/>
    <w:rsid w:val="72502933"/>
    <w:rsid w:val="7252920E"/>
    <w:rsid w:val="7256D374"/>
    <w:rsid w:val="725D83EC"/>
    <w:rsid w:val="7266E04E"/>
    <w:rsid w:val="728E6DDF"/>
    <w:rsid w:val="729AD6E4"/>
    <w:rsid w:val="72A34378"/>
    <w:rsid w:val="72AB026F"/>
    <w:rsid w:val="72B06CB9"/>
    <w:rsid w:val="72CB7953"/>
    <w:rsid w:val="72EB89EE"/>
    <w:rsid w:val="72F146DB"/>
    <w:rsid w:val="72FC555F"/>
    <w:rsid w:val="73099525"/>
    <w:rsid w:val="7317A704"/>
    <w:rsid w:val="73220B04"/>
    <w:rsid w:val="7322A5D3"/>
    <w:rsid w:val="7324E816"/>
    <w:rsid w:val="733D71EF"/>
    <w:rsid w:val="738E30AF"/>
    <w:rsid w:val="73904724"/>
    <w:rsid w:val="73D816E8"/>
    <w:rsid w:val="73E08417"/>
    <w:rsid w:val="73F2CFAE"/>
    <w:rsid w:val="74060555"/>
    <w:rsid w:val="741B1A6A"/>
    <w:rsid w:val="7459B8DE"/>
    <w:rsid w:val="74B1CE31"/>
    <w:rsid w:val="74C0940A"/>
    <w:rsid w:val="74E18CF0"/>
    <w:rsid w:val="74E1A5B9"/>
    <w:rsid w:val="74EB3C34"/>
    <w:rsid w:val="74EEC0F9"/>
    <w:rsid w:val="75001B0D"/>
    <w:rsid w:val="7500BF5E"/>
    <w:rsid w:val="75044D79"/>
    <w:rsid w:val="75080FCD"/>
    <w:rsid w:val="753485F0"/>
    <w:rsid w:val="75404369"/>
    <w:rsid w:val="754BC03F"/>
    <w:rsid w:val="754D6E65"/>
    <w:rsid w:val="755395D7"/>
    <w:rsid w:val="7567AFE1"/>
    <w:rsid w:val="7594BE27"/>
    <w:rsid w:val="759518F6"/>
    <w:rsid w:val="759A41E9"/>
    <w:rsid w:val="75A6FE13"/>
    <w:rsid w:val="75A9A805"/>
    <w:rsid w:val="75BE02CA"/>
    <w:rsid w:val="75C3810E"/>
    <w:rsid w:val="75D3648A"/>
    <w:rsid w:val="75E31EE9"/>
    <w:rsid w:val="75E87920"/>
    <w:rsid w:val="75F16475"/>
    <w:rsid w:val="75FCB2BB"/>
    <w:rsid w:val="762BB8DD"/>
    <w:rsid w:val="76405E86"/>
    <w:rsid w:val="764CCBC1"/>
    <w:rsid w:val="765A2D03"/>
    <w:rsid w:val="765BA98B"/>
    <w:rsid w:val="7680E77C"/>
    <w:rsid w:val="76B64D15"/>
    <w:rsid w:val="76C2133E"/>
    <w:rsid w:val="77010FD6"/>
    <w:rsid w:val="770BB4AC"/>
    <w:rsid w:val="771ABE0C"/>
    <w:rsid w:val="772DDB48"/>
    <w:rsid w:val="77422071"/>
    <w:rsid w:val="774A38A8"/>
    <w:rsid w:val="774C5F3E"/>
    <w:rsid w:val="775BB2E4"/>
    <w:rsid w:val="77715D63"/>
    <w:rsid w:val="7782CEF6"/>
    <w:rsid w:val="7783FA9B"/>
    <w:rsid w:val="77BD5845"/>
    <w:rsid w:val="77C5A4EA"/>
    <w:rsid w:val="77C62953"/>
    <w:rsid w:val="77E3F1D3"/>
    <w:rsid w:val="780071B7"/>
    <w:rsid w:val="781D15B3"/>
    <w:rsid w:val="782445D3"/>
    <w:rsid w:val="7868D8DD"/>
    <w:rsid w:val="786C298F"/>
    <w:rsid w:val="788463BB"/>
    <w:rsid w:val="788D7CE5"/>
    <w:rsid w:val="789F8AF4"/>
    <w:rsid w:val="789FD576"/>
    <w:rsid w:val="78A8D5A8"/>
    <w:rsid w:val="78B565F1"/>
    <w:rsid w:val="78C8E984"/>
    <w:rsid w:val="78CD9FAF"/>
    <w:rsid w:val="78CF0485"/>
    <w:rsid w:val="78D26A38"/>
    <w:rsid w:val="78D4D395"/>
    <w:rsid w:val="78D6744C"/>
    <w:rsid w:val="791D7341"/>
    <w:rsid w:val="794681B2"/>
    <w:rsid w:val="794A38DF"/>
    <w:rsid w:val="794B51EB"/>
    <w:rsid w:val="794D03E8"/>
    <w:rsid w:val="796E911D"/>
    <w:rsid w:val="79755534"/>
    <w:rsid w:val="7999F351"/>
    <w:rsid w:val="79A3560E"/>
    <w:rsid w:val="7A3E5411"/>
    <w:rsid w:val="7A3F2767"/>
    <w:rsid w:val="7A4B708D"/>
    <w:rsid w:val="7A96995E"/>
    <w:rsid w:val="7AA09814"/>
    <w:rsid w:val="7AA227A7"/>
    <w:rsid w:val="7AB7F3A8"/>
    <w:rsid w:val="7ABF5A1F"/>
    <w:rsid w:val="7AD1A2F0"/>
    <w:rsid w:val="7AD46294"/>
    <w:rsid w:val="7AEDD682"/>
    <w:rsid w:val="7AF6D5F0"/>
    <w:rsid w:val="7B0858C4"/>
    <w:rsid w:val="7B141278"/>
    <w:rsid w:val="7B202C4C"/>
    <w:rsid w:val="7B29249B"/>
    <w:rsid w:val="7B770DCB"/>
    <w:rsid w:val="7B81B452"/>
    <w:rsid w:val="7B83265F"/>
    <w:rsid w:val="7B95D9A0"/>
    <w:rsid w:val="7BB17D26"/>
    <w:rsid w:val="7BB563DC"/>
    <w:rsid w:val="7BC7AA41"/>
    <w:rsid w:val="7BF1C16E"/>
    <w:rsid w:val="7BF955CC"/>
    <w:rsid w:val="7C06D458"/>
    <w:rsid w:val="7C0B3E03"/>
    <w:rsid w:val="7C0D572A"/>
    <w:rsid w:val="7C231F53"/>
    <w:rsid w:val="7C29CACB"/>
    <w:rsid w:val="7C2FD341"/>
    <w:rsid w:val="7C394044"/>
    <w:rsid w:val="7C58C903"/>
    <w:rsid w:val="7C7C6F98"/>
    <w:rsid w:val="7C7D0B3A"/>
    <w:rsid w:val="7C801CCB"/>
    <w:rsid w:val="7C84D7B6"/>
    <w:rsid w:val="7CBAC698"/>
    <w:rsid w:val="7CBC0CFF"/>
    <w:rsid w:val="7CD33A07"/>
    <w:rsid w:val="7D134723"/>
    <w:rsid w:val="7D1390E0"/>
    <w:rsid w:val="7D315C1F"/>
    <w:rsid w:val="7D3A96AC"/>
    <w:rsid w:val="7D62B2DD"/>
    <w:rsid w:val="7D660B97"/>
    <w:rsid w:val="7D85EFA2"/>
    <w:rsid w:val="7D8E0A93"/>
    <w:rsid w:val="7D954BB7"/>
    <w:rsid w:val="7D9B89D1"/>
    <w:rsid w:val="7DA13F97"/>
    <w:rsid w:val="7DA97A35"/>
    <w:rsid w:val="7DBB2E03"/>
    <w:rsid w:val="7DDFB494"/>
    <w:rsid w:val="7E0ECF84"/>
    <w:rsid w:val="7E2EF7BE"/>
    <w:rsid w:val="7E479517"/>
    <w:rsid w:val="7E6165A5"/>
    <w:rsid w:val="7E6CA0D6"/>
    <w:rsid w:val="7E783933"/>
    <w:rsid w:val="7E8672BE"/>
    <w:rsid w:val="7E87DFB9"/>
    <w:rsid w:val="7E957647"/>
    <w:rsid w:val="7E97F369"/>
    <w:rsid w:val="7E9FC2B7"/>
    <w:rsid w:val="7EA14934"/>
    <w:rsid w:val="7ECFAB09"/>
    <w:rsid w:val="7ED202D7"/>
    <w:rsid w:val="7EEA2122"/>
    <w:rsid w:val="7EED699C"/>
    <w:rsid w:val="7F159CED"/>
    <w:rsid w:val="7F16020D"/>
    <w:rsid w:val="7F1A10BA"/>
    <w:rsid w:val="7F21E61F"/>
    <w:rsid w:val="7F403EBD"/>
    <w:rsid w:val="7F53348C"/>
    <w:rsid w:val="7F9085FC"/>
    <w:rsid w:val="7FB658C4"/>
    <w:rsid w:val="7FC4117D"/>
    <w:rsid w:val="7FC4A845"/>
    <w:rsid w:val="7FC69337"/>
    <w:rsid w:val="7FCE489D"/>
    <w:rsid w:val="7FDAE3B4"/>
    <w:rsid w:val="7FF044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01DF29"/>
  <w14:defaultImageDpi w14:val="300"/>
  <w15:docId w15:val="{CD9C7104-B014-47AE-9A01-7E0C1B818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0"/>
    </w:rPr>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b/>
      <w:bCs/>
      <w:color w:val="007C89"/>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b/>
      <w:bCs/>
      <w:color w:val="17365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120" w:line="240" w:lineRule="auto"/>
      <w:contextualSpacing/>
    </w:pPr>
    <w:rPr>
      <w:rFonts w:asciiTheme="majorHAnsi" w:eastAsiaTheme="majorEastAsia" w:hAnsiTheme="majorHAnsi" w:cstheme="majorBidi"/>
      <w:b/>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Question">
    <w:name w:val="Form Question"/>
    <w:pPr>
      <w:spacing w:before="160" w:after="60"/>
    </w:pPr>
    <w:rPr>
      <w:rFonts w:ascii="Arial" w:hAnsi="Arial"/>
      <w:b/>
      <w:color w:val="17365D"/>
      <w:sz w:val="21"/>
    </w:rPr>
  </w:style>
  <w:style w:type="paragraph" w:customStyle="1" w:styleId="HelpText">
    <w:name w:val="Help Text"/>
    <w:pPr>
      <w:spacing w:after="80"/>
    </w:pPr>
    <w:rPr>
      <w:rFonts w:ascii="Arial" w:hAnsi="Arial"/>
      <w:i/>
      <w:color w:val="555555"/>
      <w:sz w:val="18"/>
    </w:rPr>
  </w:style>
  <w:style w:type="character" w:styleId="Hyperlink">
    <w:name w:val="Hyperlink"/>
    <w:basedOn w:val="DefaultParagraphFont"/>
    <w:uiPriority w:val="99"/>
    <w:unhideWhenUsed/>
    <w:rsid w:val="0D2A3615"/>
    <w:rPr>
      <w:color w:val="0000FF"/>
      <w:u w:val="single"/>
    </w:rPr>
  </w:style>
  <w:style w:type="paragraph" w:styleId="Revision">
    <w:name w:val="Revision"/>
    <w:hidden/>
    <w:uiPriority w:val="99"/>
    <w:semiHidden/>
    <w:rsid w:val="00414461"/>
    <w:pPr>
      <w:spacing w:after="0" w:line="240" w:lineRule="auto"/>
    </w:pPr>
    <w:rPr>
      <w:rFonts w:ascii="Arial" w:hAnsi="Arial"/>
      <w:sz w:val="20"/>
    </w:rPr>
  </w:style>
  <w:style w:type="character" w:styleId="CommentReference">
    <w:name w:val="annotation reference"/>
    <w:basedOn w:val="DefaultParagraphFont"/>
    <w:uiPriority w:val="99"/>
    <w:semiHidden/>
    <w:unhideWhenUsed/>
    <w:rsid w:val="00882A30"/>
    <w:rPr>
      <w:sz w:val="16"/>
      <w:szCs w:val="16"/>
    </w:rPr>
  </w:style>
  <w:style w:type="paragraph" w:styleId="CommentText">
    <w:name w:val="annotation text"/>
    <w:basedOn w:val="Normal"/>
    <w:link w:val="CommentTextChar"/>
    <w:uiPriority w:val="99"/>
    <w:unhideWhenUsed/>
    <w:rsid w:val="00882A30"/>
    <w:pPr>
      <w:spacing w:line="240" w:lineRule="auto"/>
    </w:pPr>
    <w:rPr>
      <w:szCs w:val="20"/>
    </w:rPr>
  </w:style>
  <w:style w:type="character" w:customStyle="1" w:styleId="CommentTextChar">
    <w:name w:val="Comment Text Char"/>
    <w:basedOn w:val="DefaultParagraphFont"/>
    <w:link w:val="CommentText"/>
    <w:uiPriority w:val="99"/>
    <w:rsid w:val="00882A3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82A30"/>
    <w:rPr>
      <w:b/>
      <w:bCs/>
    </w:rPr>
  </w:style>
  <w:style w:type="character" w:customStyle="1" w:styleId="CommentSubjectChar">
    <w:name w:val="Comment Subject Char"/>
    <w:basedOn w:val="CommentTextChar"/>
    <w:link w:val="CommentSubject"/>
    <w:uiPriority w:val="99"/>
    <w:semiHidden/>
    <w:rsid w:val="00882A30"/>
    <w:rPr>
      <w:rFonts w:ascii="Arial" w:hAnsi="Arial"/>
      <w:b/>
      <w:bCs/>
      <w:sz w:val="20"/>
      <w:szCs w:val="20"/>
    </w:rPr>
  </w:style>
  <w:style w:type="paragraph" w:customStyle="1" w:styleId="Question">
    <w:name w:val="Question"/>
    <w:basedOn w:val="Normal"/>
    <w:uiPriority w:val="1"/>
    <w:rsid w:val="43F7E6C1"/>
    <w:pPr>
      <w:keepNext/>
      <w:spacing w:before="120" w:after="60"/>
    </w:pPr>
    <w:rPr>
      <w:rFonts w:asciiTheme="minorHAnsi" w:hAnsiTheme="minorHAnsi"/>
      <w:color w:val="17365D" w:themeColor="text2" w:themeShade="BF"/>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istol.gov.uk/files/documents/9022-baseline-standards-revised-april-18/fil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GI.BSS@bristol.gov.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d-government-grants.service.gov.uk/apply/applicant/mandatory-questions/start?schemeId=1730"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9351864BC1AD468C4582593E9573D1" ma:contentTypeVersion="11" ma:contentTypeDescription="Create a new document." ma:contentTypeScope="" ma:versionID="dbf62525b299226d03d64151fc56754f">
  <xsd:schema xmlns:xsd="http://www.w3.org/2001/XMLSchema" xmlns:xs="http://www.w3.org/2001/XMLSchema" xmlns:p="http://schemas.microsoft.com/office/2006/metadata/properties" xmlns:ns2="7d490634-9924-4bd3-aa1a-b5118b2d854b" xmlns:ns3="6e00f296-2226-49c4-b479-f2ae535bd970" targetNamespace="http://schemas.microsoft.com/office/2006/metadata/properties" ma:root="true" ma:fieldsID="47f47eca91eed445c847c59dfe9b367e" ns2:_="" ns3:_="">
    <xsd:import namespace="7d490634-9924-4bd3-aa1a-b5118b2d854b"/>
    <xsd:import namespace="6e00f296-2226-49c4-b479-f2ae535bd9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90634-9924-4bd3-aa1a-b5118b2d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cf50c9d-bc8f-48ed-ba3c-7168a5cdc8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e00f296-2226-49c4-b479-f2ae535bd9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373272b-bb5a-4afc-b395-39cdbf37fb2a}" ma:internalName="TaxCatchAll" ma:showField="CatchAllData" ma:web="6e00f296-2226-49c4-b479-f2ae535bd9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6e00f296-2226-49c4-b479-f2ae535bd970" xsi:nil="true"/>
    <lcf76f155ced4ddcb4097134ff3c332f xmlns="7d490634-9924-4bd3-aa1a-b5118b2d85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EA33BF-FE0B-4233-A6FC-5476AD11CF6B}">
  <ds:schemaRefs>
    <ds:schemaRef ds:uri="http://schemas.microsoft.com/sharepoint/v3/contenttype/forms"/>
  </ds:schemaRefs>
</ds:datastoreItem>
</file>

<file path=customXml/itemProps2.xml><?xml version="1.0" encoding="utf-8"?>
<ds:datastoreItem xmlns:ds="http://schemas.openxmlformats.org/officeDocument/2006/customXml" ds:itemID="{3AD4172F-F7B2-4D4A-9348-7BA0AE0DF3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90634-9924-4bd3-aa1a-b5118b2d854b"/>
    <ds:schemaRef ds:uri="6e00f296-2226-49c4-b479-f2ae535bd9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76211169-3859-4BAF-8311-DF5E6E1AE9A6}">
  <ds:schemaRefs>
    <ds:schemaRef ds:uri="http://schemas.microsoft.com/office/2006/metadata/properties"/>
    <ds:schemaRef ds:uri="http://schemas.microsoft.com/office/infopath/2007/PartnerControls"/>
    <ds:schemaRef ds:uri="6e00f296-2226-49c4-b479-f2ae535bd970"/>
    <ds:schemaRef ds:uri="7d490634-9924-4bd3-aa1a-b5118b2d854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3862</Words>
  <Characters>22019</Characters>
  <Application>Microsoft Office Word</Application>
  <DocSecurity>0</DocSecurity>
  <Lines>183</Lines>
  <Paragraphs>51</Paragraphs>
  <ScaleCrop>false</ScaleCrop>
  <Manager/>
  <Company/>
  <LinksUpToDate>false</LinksUpToDate>
  <CharactersWithSpaces>25830</CharactersWithSpaces>
  <SharedDoc>false</SharedDoc>
  <HyperlinkBase/>
  <HLinks>
    <vt:vector size="18" baseType="variant">
      <vt:variant>
        <vt:i4>720979</vt:i4>
      </vt:variant>
      <vt:variant>
        <vt:i4>6</vt:i4>
      </vt:variant>
      <vt:variant>
        <vt:i4>0</vt:i4>
      </vt:variant>
      <vt:variant>
        <vt:i4>5</vt:i4>
      </vt:variant>
      <vt:variant>
        <vt:lpwstr>https://www.bristol.gov.uk/files/documents/9022-baseline-standards-revised-april-18/file</vt:lpwstr>
      </vt:variant>
      <vt:variant>
        <vt:lpwstr/>
      </vt:variant>
      <vt:variant>
        <vt:i4>7471173</vt:i4>
      </vt:variant>
      <vt:variant>
        <vt:i4>3</vt:i4>
      </vt:variant>
      <vt:variant>
        <vt:i4>0</vt:i4>
      </vt:variant>
      <vt:variant>
        <vt:i4>5</vt:i4>
      </vt:variant>
      <vt:variant>
        <vt:lpwstr>mailto:GI.BSS@bristol.gov.uk</vt:lpwstr>
      </vt:variant>
      <vt:variant>
        <vt:lpwstr/>
      </vt:variant>
      <vt:variant>
        <vt:i4>4784198</vt:i4>
      </vt:variant>
      <vt:variant>
        <vt:i4>0</vt:i4>
      </vt:variant>
      <vt:variant>
        <vt:i4>0</vt:i4>
      </vt:variant>
      <vt:variant>
        <vt:i4>5</vt:i4>
      </vt:variant>
      <vt:variant>
        <vt:lpwstr>https://find-government-grants.service.gov.uk/apply/applicant/mandatory-questions/start?schemeId=1730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Bristol Sanctuary Services Grant Application Form</dc:title>
  <dc:subject>Draft grant application form aligned to the Sanctuary Strategy and Action Plan 2025-2030</dc:subject>
  <dc:creator>Mohammed Osman</dc:creator>
  <cp:keywords/>
  <dc:description>generated by python-docx</dc:description>
  <cp:lastModifiedBy>Mohammed Osman</cp:lastModifiedBy>
  <cp:revision>2</cp:revision>
  <cp:lastPrinted>2026-10-13T19:16:00Z</cp:lastPrinted>
  <dcterms:created xsi:type="dcterms:W3CDTF">2026-10-15T15:33:00Z</dcterms:created>
  <dcterms:modified xsi:type="dcterms:W3CDTF">2026-10-15T15:33:00Z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a15c55-1041-4f47-bda1-6b053e78930a_Enabled">
    <vt:lpwstr>true</vt:lpwstr>
  </property>
  <property fmtid="{D5CDD505-2E9C-101B-9397-08002B2CF9AE}" pid="3" name="MSIP_Label_54a15c55-1041-4f47-bda1-6b053e78930a_SetDate">
    <vt:lpwstr>2026-09-30T11:44:12Z</vt:lpwstr>
  </property>
  <property fmtid="{D5CDD505-2E9C-101B-9397-08002B2CF9AE}" pid="4" name="MSIP_Label_54a15c55-1041-4f47-bda1-6b053e78930a_Method">
    <vt:lpwstr>Standard</vt:lpwstr>
  </property>
  <property fmtid="{D5CDD505-2E9C-101B-9397-08002B2CF9AE}" pid="5" name="MSIP_Label_54a15c55-1041-4f47-bda1-6b053e78930a_Name">
    <vt:lpwstr>Commercial</vt:lpwstr>
  </property>
  <property fmtid="{D5CDD505-2E9C-101B-9397-08002B2CF9AE}" pid="6" name="MSIP_Label_54a15c55-1041-4f47-bda1-6b053e78930a_SiteId">
    <vt:lpwstr>6378a7a5-0f21-4482-aee0-897eb7de331f</vt:lpwstr>
  </property>
  <property fmtid="{D5CDD505-2E9C-101B-9397-08002B2CF9AE}" pid="7" name="MSIP_Label_54a15c55-1041-4f47-bda1-6b053e78930a_ActionId">
    <vt:lpwstr>0df416fe-acd1-4aaa-b317-dc8fff6e1ee0</vt:lpwstr>
  </property>
  <property fmtid="{D5CDD505-2E9C-101B-9397-08002B2CF9AE}" pid="8" name="MSIP_Label_54a15c55-1041-4f47-bda1-6b053e78930a_ContentBits">
    <vt:lpwstr>0</vt:lpwstr>
  </property>
  <property fmtid="{D5CDD505-2E9C-101B-9397-08002B2CF9AE}" pid="9" name="ContentTypeId">
    <vt:lpwstr>0x010100629351864BC1AD468C4582593E9573D1</vt:lpwstr>
  </property>
  <property fmtid="{D5CDD505-2E9C-101B-9397-08002B2CF9AE}" pid="10" name="docLang">
    <vt:lpwstr>en</vt:lpwstr>
  </property>
  <property fmtid="{D5CDD505-2E9C-101B-9397-08002B2CF9AE}" pid="11" name="MediaServiceImageTags">
    <vt:lpwstr/>
  </property>
</Properties>
</file>