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6FDC0" w14:textId="39569993" w:rsidR="00D53050" w:rsidRDefault="00CC2067">
      <w:pPr>
        <w:pStyle w:val="Title"/>
      </w:pPr>
      <w:r>
        <w:t>SMART Job Search Workbook</w:t>
      </w:r>
      <w:r>
        <w:t xml:space="preserve"> </w:t>
      </w:r>
      <w:r w:rsidR="00000000">
        <w:t xml:space="preserve">by Tejal Rives </w:t>
      </w:r>
      <w:r w:rsidR="00000000">
        <w:rPr>
          <w:rFonts w:ascii="Apple Color Emoji" w:hAnsi="Apple Color Emoji" w:cs="Apple Color Emoji"/>
        </w:rPr>
        <w:t>☕</w:t>
      </w:r>
    </w:p>
    <w:p w14:paraId="7A919D0B" w14:textId="31F86535" w:rsidR="00D53050" w:rsidRDefault="00000000">
      <w:r>
        <w:t>A simple plan for a hard market.</w:t>
      </w:r>
    </w:p>
    <w:p w14:paraId="3F429739" w14:textId="214F780D" w:rsidR="00D53050" w:rsidRDefault="00000000">
      <w:pPr>
        <w:pStyle w:val="Heading1"/>
      </w:pPr>
      <w:r>
        <w:t>Why this matters</w:t>
      </w:r>
      <w:r w:rsidR="00CC2067">
        <w:t>!</w:t>
      </w:r>
    </w:p>
    <w:p w14:paraId="78B032A8" w14:textId="77777777" w:rsidR="00D53050" w:rsidRDefault="00000000">
      <w:r>
        <w:t>Hiring is down and competition is high. This workbook helps you focus on what you can control.</w:t>
      </w:r>
    </w:p>
    <w:p w14:paraId="1A9445C7" w14:textId="2463136A" w:rsidR="00D53050" w:rsidRDefault="00000000">
      <w:pPr>
        <w:pStyle w:val="Heading1"/>
      </w:pPr>
      <w:r>
        <w:t>SPECIFIC</w:t>
      </w:r>
      <w:r w:rsidR="00CC2067">
        <w:t>:</w:t>
      </w:r>
    </w:p>
    <w:p w14:paraId="4545A89A" w14:textId="188977C0" w:rsidR="00D53050" w:rsidRDefault="00000000">
      <w:r>
        <w:t>Define exactly what role you want.</w:t>
      </w:r>
      <w:r w:rsidR="00CC2067">
        <w:t xml:space="preserve"> </w:t>
      </w:r>
      <w:r w:rsidR="00CC2067" w:rsidRPr="00CC2067">
        <w:t>What specific job are you trying to land? No, Remote is not a specific job and neither is 'any.'</w:t>
      </w:r>
      <w:r>
        <w:br/>
      </w:r>
      <w:r>
        <w:br/>
      </w:r>
      <w:r w:rsidR="00CC2067">
        <w:t>_________________________________________________________________________________________________________</w:t>
      </w:r>
    </w:p>
    <w:p w14:paraId="1C61F676" w14:textId="77777777" w:rsidR="00D53050" w:rsidRDefault="00000000">
      <w:pPr>
        <w:pStyle w:val="Heading1"/>
      </w:pPr>
      <w:r>
        <w:t>MEASURABLE</w:t>
      </w:r>
    </w:p>
    <w:p w14:paraId="7538D086" w14:textId="68C49A8B" w:rsidR="00D53050" w:rsidRDefault="00000000">
      <w:r>
        <w:t>Choose numbers you can track weekly.</w:t>
      </w:r>
      <w:r w:rsidR="00CC2067" w:rsidRPr="00CC2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2067" w:rsidRPr="00CC2067">
        <w:t xml:space="preserve">Say you want to apply to 10 jobs every week and reach out to 10 connections for an introduction. </w:t>
      </w:r>
      <w:r>
        <w:br/>
      </w:r>
      <w:r>
        <w:br/>
      </w:r>
      <w:r w:rsidR="00CC2067">
        <w:t>_________________________________________________________________________________________________________</w:t>
      </w:r>
    </w:p>
    <w:p w14:paraId="1FA4A5B5" w14:textId="77777777" w:rsidR="00D53050" w:rsidRDefault="00000000">
      <w:pPr>
        <w:pStyle w:val="Heading1"/>
      </w:pPr>
      <w:r>
        <w:t>ACHIEVABLE</w:t>
      </w:r>
    </w:p>
    <w:p w14:paraId="22238DE1" w14:textId="77777777" w:rsidR="00CC2067" w:rsidRPr="00CC2067" w:rsidRDefault="00000000" w:rsidP="00CC2067">
      <w:r>
        <w:t>Set goals you can sustain.</w:t>
      </w:r>
      <w:r w:rsidR="00CC2067">
        <w:t xml:space="preserve"> </w:t>
      </w:r>
      <w:r w:rsidR="00CC2067" w:rsidRPr="00CC2067">
        <w:t xml:space="preserve">Saying you'll apply to as many jobs as possible is not achievable and there is also no action associated to it. BE REALISTIC about your tasks. </w:t>
      </w:r>
    </w:p>
    <w:p w14:paraId="0A75E25B" w14:textId="4906BFCA" w:rsidR="00D53050" w:rsidRDefault="00000000">
      <w:r>
        <w:br/>
      </w:r>
      <w:r>
        <w:br/>
      </w:r>
      <w:r w:rsidR="00CC2067">
        <w:t>_________________________________________________________________________________________________________</w:t>
      </w:r>
    </w:p>
    <w:p w14:paraId="6779691D" w14:textId="77777777" w:rsidR="00D53050" w:rsidRDefault="00000000">
      <w:pPr>
        <w:pStyle w:val="Heading1"/>
      </w:pPr>
      <w:r>
        <w:t>RELEVANT</w:t>
      </w:r>
    </w:p>
    <w:p w14:paraId="3A4E42DE" w14:textId="37FF536D" w:rsidR="00CC2067" w:rsidRPr="00CC2067" w:rsidRDefault="00000000" w:rsidP="00CC2067">
      <w:r>
        <w:t>Ensure your role fits today's market</w:t>
      </w:r>
      <w:r w:rsidR="00CC2067">
        <w:t>. Is</w:t>
      </w:r>
      <w:r w:rsidR="00CC2067" w:rsidRPr="00CC2067">
        <w:t xml:space="preserve"> the job you are looking for something that still needs AI or can Employers say that AI can do your job?</w:t>
      </w:r>
    </w:p>
    <w:p w14:paraId="37C2763F" w14:textId="59305D7B" w:rsidR="00D53050" w:rsidRDefault="00000000">
      <w:r>
        <w:br/>
      </w:r>
      <w:r w:rsidR="00CC2067">
        <w:t>_________________________________________________________________________________________________________</w:t>
      </w:r>
    </w:p>
    <w:p w14:paraId="3A3F1A44" w14:textId="77777777" w:rsidR="00D53050" w:rsidRDefault="00000000">
      <w:pPr>
        <w:pStyle w:val="Heading1"/>
      </w:pPr>
      <w:r>
        <w:lastRenderedPageBreak/>
        <w:t>TIME-BOUND</w:t>
      </w:r>
    </w:p>
    <w:p w14:paraId="21DF7234" w14:textId="53815141" w:rsidR="00D53050" w:rsidRDefault="00000000" w:rsidP="00CC2067">
      <w:pPr>
        <w:tabs>
          <w:tab w:val="left" w:pos="3558"/>
        </w:tabs>
      </w:pPr>
      <w:r>
        <w:t>Set review points and timelines.</w:t>
      </w:r>
      <w:r w:rsidR="00CC2067">
        <w:t xml:space="preserve"> </w:t>
      </w:r>
      <w:r w:rsidR="00CC2067" w:rsidRPr="00CC2067">
        <w:t xml:space="preserve">Time-bound means that you will evaluate the goals every X number of days. </w:t>
      </w:r>
      <w:r>
        <w:br/>
      </w:r>
      <w:r>
        <w:br/>
      </w:r>
      <w:r w:rsidR="00CC2067">
        <w:t>_________________________________________________________________________________________________________</w:t>
      </w:r>
    </w:p>
    <w:p w14:paraId="142D0405" w14:textId="77777777" w:rsidR="00D53050" w:rsidRDefault="00000000">
      <w:pPr>
        <w:pStyle w:val="Heading1"/>
      </w:pPr>
      <w:r>
        <w:t>Final SMART Statement</w:t>
      </w:r>
    </w:p>
    <w:p w14:paraId="1DFFE01A" w14:textId="26EE68D6" w:rsidR="00D53050" w:rsidRDefault="00000000">
      <w:r>
        <w:t>Write your full SMART goal:</w:t>
      </w:r>
      <w:r>
        <w:br/>
      </w:r>
      <w:r>
        <w:br/>
        <w:t>____________________</w:t>
      </w:r>
      <w:r w:rsidR="00CC2067">
        <w:t>_____________________________________________________________________________________</w:t>
      </w:r>
    </w:p>
    <w:p w14:paraId="7C450654" w14:textId="77777777" w:rsidR="00D53050" w:rsidRDefault="00000000">
      <w:pPr>
        <w:pStyle w:val="Heading1"/>
      </w:pPr>
      <w:r>
        <w:t>Stay connected</w:t>
      </w:r>
    </w:p>
    <w:p w14:paraId="7F10D041" w14:textId="77777777" w:rsidR="00D53050" w:rsidRDefault="00000000">
      <w:r>
        <w:t>Sign up for our newsletter at domyresume.net</w:t>
      </w:r>
    </w:p>
    <w:p w14:paraId="451E274C" w14:textId="31BE77DD" w:rsidR="00CC2067" w:rsidRDefault="00CC2067">
      <w:r>
        <w:t>Follow us on Instagram and Facebook @domyresume</w:t>
      </w:r>
    </w:p>
    <w:sectPr w:rsidR="00CC206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6081718">
    <w:abstractNumId w:val="8"/>
  </w:num>
  <w:num w:numId="2" w16cid:durableId="617221690">
    <w:abstractNumId w:val="6"/>
  </w:num>
  <w:num w:numId="3" w16cid:durableId="288823502">
    <w:abstractNumId w:val="5"/>
  </w:num>
  <w:num w:numId="4" w16cid:durableId="30112821">
    <w:abstractNumId w:val="4"/>
  </w:num>
  <w:num w:numId="5" w16cid:durableId="1075469226">
    <w:abstractNumId w:val="7"/>
  </w:num>
  <w:num w:numId="6" w16cid:durableId="543642115">
    <w:abstractNumId w:val="3"/>
  </w:num>
  <w:num w:numId="7" w16cid:durableId="458032715">
    <w:abstractNumId w:val="2"/>
  </w:num>
  <w:num w:numId="8" w16cid:durableId="686829158">
    <w:abstractNumId w:val="1"/>
  </w:num>
  <w:num w:numId="9" w16cid:durableId="431316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61D2"/>
    <w:rsid w:val="00AA1D8D"/>
    <w:rsid w:val="00B47730"/>
    <w:rsid w:val="00CB0664"/>
    <w:rsid w:val="00CC2067"/>
    <w:rsid w:val="00D530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7F39D6"/>
  <w14:defaultImageDpi w14:val="300"/>
  <w15:docId w15:val="{772D9618-3FA5-B84A-85E0-B2C1471D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Tejal Rives</cp:lastModifiedBy>
  <cp:revision>2</cp:revision>
  <dcterms:created xsi:type="dcterms:W3CDTF">2013-12-23T23:15:00Z</dcterms:created>
  <dcterms:modified xsi:type="dcterms:W3CDTF">2026-01-12T23:59:00Z</dcterms:modified>
  <cp:category/>
</cp:coreProperties>
</file>