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02A43"/>
          <w:sz w:val="32"/>
        </w:rPr>
        <w:t>PACKING 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PACKING LIST NO.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DATE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COMMERCIAL INVOICE NO.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PURCHASE ORDER NO.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SHIPPER / EXPORTER (NAME, ADDRESS, PHONE)</w:t>
            </w:r>
          </w:p>
          <w:p/>
          <w:p/>
          <w:p/>
        </w:tc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CONSIGNEE (NAME, ADDRESS, PHONE)</w:t>
            </w:r>
          </w:p>
          <w:p/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BUYER (IF DIFFERENT FROM CONSIGNEE)</w:t>
            </w:r>
          </w:p>
          <w:p/>
        </w:tc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NOTIFY PARTY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40"/>
      </w:tblGrid>
      <w:tr>
        <w:tc>
          <w:tcPr>
            <w:tcW w:type="dxa" w:w="14140"/>
            <w:shd w:val="clear" w:color="auto" w:fill="102A43"/>
          </w:tcPr>
          <w:p>
            <w:r>
              <w:rPr>
                <w:b/>
                <w:color w:val="FFFFFF"/>
                <w:sz w:val="16"/>
              </w:rPr>
              <w:t>SHIPMENT DETAILS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8"/>
        <w:gridCol w:w="2828"/>
        <w:gridCol w:w="2828"/>
        <w:gridCol w:w="2828"/>
        <w:gridCol w:w="2828"/>
      </w:tblGrid>
      <w:tr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MODE OF TRANSPORT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CARRIER / VESSEL &amp; VOYAGE / FLIGHT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B/L OR AWB NO.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CONTAINER &amp; SEAL NO.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INCOTERMS® 2020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PORT OF LOADING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PORT OF DISCHARGE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FINAL DESTINATION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COUNTRY OF ORIGIN</w:t>
            </w:r>
          </w:p>
          <w:p/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  <w:gridCol w:w="1285"/>
      </w:tblGrid>
      <w:tr>
        <w:tc>
          <w:tcPr>
            <w:tcW w:type="dxa" w:w="113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Package no(s).</w:t>
            </w:r>
          </w:p>
        </w:tc>
        <w:tc>
          <w:tcPr>
            <w:tcW w:type="dxa" w:w="85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No. of pkgs</w:t>
            </w:r>
          </w:p>
        </w:tc>
        <w:tc>
          <w:tcPr>
            <w:tcW w:type="dxa" w:w="113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Package type</w:t>
            </w:r>
          </w:p>
        </w:tc>
        <w:tc>
          <w:tcPr>
            <w:tcW w:type="dxa" w:w="1361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Marks &amp; numbers</w:t>
            </w:r>
          </w:p>
        </w:tc>
        <w:tc>
          <w:tcPr>
            <w:tcW w:type="dxa" w:w="3402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Description of goods</w:t>
            </w:r>
          </w:p>
        </w:tc>
        <w:tc>
          <w:tcPr>
            <w:tcW w:type="dxa" w:w="124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HTS code</w:t>
            </w:r>
          </w:p>
        </w:tc>
        <w:tc>
          <w:tcPr>
            <w:tcW w:type="dxa" w:w="90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Total qty</w:t>
            </w:r>
          </w:p>
        </w:tc>
        <w:tc>
          <w:tcPr>
            <w:tcW w:type="dxa" w:w="102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Net wt (kg)</w:t>
            </w:r>
          </w:p>
        </w:tc>
        <w:tc>
          <w:tcPr>
            <w:tcW w:type="dxa" w:w="102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Gross wt (kg)</w:t>
            </w:r>
          </w:p>
        </w:tc>
        <w:tc>
          <w:tcPr>
            <w:tcW w:type="dxa" w:w="1361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L x W x H (cm)</w:t>
            </w:r>
          </w:p>
        </w:tc>
        <w:tc>
          <w:tcPr>
            <w:tcW w:type="dxa" w:w="102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Volume (CBM)</w:t>
            </w:r>
          </w:p>
        </w:tc>
      </w:tr>
      <w:t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3402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3402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3402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3402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3402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3402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3402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3402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3402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3402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3402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3402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TOTAL PACKAGES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TOTAL NET WEIGHT (KG)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TOTAL GROSS WEIGHT (KG)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TOTAL VOLUME (CBM)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40"/>
      </w:tblGrid>
      <w:tr>
        <w:tc>
          <w:tcPr>
            <w:tcW w:type="dxa" w:w="14140"/>
          </w:tcPr>
          <w:p>
            <w:r/>
            <w:r>
              <w:rPr>
                <w:b/>
                <w:color w:val="627D98"/>
                <w:sz w:val="14"/>
              </w:rPr>
              <w:t>SPECIAL HANDLING / REMARKS</w:t>
            </w:r>
          </w:p>
          <w:p/>
        </w:tc>
      </w:tr>
    </w:tbl>
    <w:p>
      <w:pPr>
        <w:spacing w:before="80"/>
      </w:pPr>
      <w:r>
        <w:rPr>
          <w:b w:val="0"/>
          <w:i/>
          <w:sz w:val="16"/>
        </w:rPr>
        <w:t>I certify that the particulars given above are true and correct, and that the contents of this shipment are as stated.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13"/>
        <w:gridCol w:w="4713"/>
        <w:gridCol w:w="4713"/>
      </w:tblGrid>
      <w:tr>
        <w:tc>
          <w:tcPr>
            <w:tcW w:type="dxa" w:w="4713"/>
          </w:tcPr>
          <w:p>
            <w:r/>
            <w:r>
              <w:rPr>
                <w:b/>
                <w:color w:val="627D98"/>
                <w:sz w:val="14"/>
              </w:rPr>
              <w:t>AUTHORIZED NAME &amp; TITLE</w:t>
            </w:r>
          </w:p>
          <w:p/>
          <w:p/>
        </w:tc>
        <w:tc>
          <w:tcPr>
            <w:tcW w:type="dxa" w:w="4713"/>
          </w:tcPr>
          <w:p>
            <w:r/>
            <w:r>
              <w:rPr>
                <w:b/>
                <w:color w:val="627D98"/>
                <w:sz w:val="14"/>
              </w:rPr>
              <w:t>SIGNATURE</w:t>
            </w:r>
          </w:p>
          <w:p/>
          <w:p/>
        </w:tc>
        <w:tc>
          <w:tcPr>
            <w:tcW w:type="dxa" w:w="4713"/>
          </w:tcPr>
          <w:p>
            <w:r/>
            <w:r>
              <w:rPr>
                <w:b/>
                <w:color w:val="627D98"/>
                <w:sz w:val="14"/>
              </w:rPr>
              <w:t>DATE</w:t>
            </w:r>
          </w:p>
          <w:p/>
          <w:p/>
        </w:tc>
      </w:tr>
    </w:tbl>
    <w:sectPr w:rsidR="00FC693F" w:rsidRPr="0006063C" w:rsidSect="00034616">
      <w:footerReference w:type="default" r:id="rId9"/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i/>
        <w:sz w:val="14"/>
      </w:rPr>
      <w:t>Free template from Drip Capital (www.dripcapital.com). Check requirements with your customs broker or freight forwarder before use.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