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PURCHASE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PO NUMBER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PO DATE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REQUIRED DELIVERY DATE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BUYER CONTACT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BUYER / BILL TO (COMPANY, ADDRESS, PHONE, EMAIL)</w:t>
            </w:r>
          </w:p>
          <w:p/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VENDOR / SUPPLIER (COMPANY, ADDRESS, PHONE, EMAIL)</w:t>
            </w:r>
          </w:p>
          <w:p/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SHIP TO (IF DIFFERENT)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SHIPPING METHOD / CARRIER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INCOTERMS® 2020 / FOB POINT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PAYMENT TERMS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CURRENCY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VENDOR QUOTE / REFERENCE NO.</w:t>
            </w:r>
          </w:p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68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147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SKU / part no.</w:t>
            </w:r>
          </w:p>
        </w:tc>
        <w:tc>
          <w:tcPr>
            <w:tcW w:type="dxa" w:w="3628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79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79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 price</w:t>
            </w:r>
          </w:p>
        </w:tc>
        <w:tc>
          <w:tcPr>
            <w:tcW w:type="dxa" w:w="147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628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Subtotal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Discount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Tax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Shipping / freight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Other charges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/>
                <w:sz w:val="16"/>
              </w:rPr>
              <w:t>TOTAL PO AMOUNT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Amount in words</w:t>
            </w:r>
          </w:p>
        </w:tc>
        <w:tc>
          <w:tcPr>
            <w:tcW w:type="dxa" w:w="2835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SPECIAL INSTRUCTIONS / TERMS AND CONDITIONS</w:t>
            </w:r>
          </w:p>
          <w:p/>
          <w:p/>
        </w:tc>
      </w:tr>
    </w:tbl>
    <w:p>
      <w:pPr>
        <w:spacing w:before="80"/>
      </w:pPr>
      <w:r>
        <w:rPr>
          <w:b w:val="0"/>
          <w:i/>
          <w:sz w:val="16"/>
        </w:rPr>
        <w:t>Please confirm acceptance of this purchase order, including prices, quantities and delivery date, by signing and returning a copy. Invoices must reference the PO number above.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AUTHORIZED BY (BUYER): NAME, TITLE, SIGNATURE, DATE</w:t>
            </w:r>
          </w:p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ACCEPTED BY (SUPPLIER): NAME, TITLE, SIGNATURE, DATE</w:t>
            </w:r>
          </w:p>
          <w:p/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 Check requirements with your customs broker or freight forwarder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