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PACKING SLIP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ORDER NUMBER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ORDER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SHIP DATE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CUSTOMER PO NO.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SHIP FROM (COMPANY, ADDRESS, PHONE)</w:t>
            </w:r>
          </w:p>
          <w:p/>
          <w:p/>
          <w:p/>
        </w:tc>
        <w:tc>
          <w:tcPr>
            <w:tcW w:type="dxa" w:w="5270"/>
          </w:tcPr>
          <w:p>
            <w:r/>
            <w:r>
              <w:rPr>
                <w:b/>
                <w:color w:val="627D98"/>
                <w:sz w:val="14"/>
              </w:rPr>
              <w:t>SHIP TO (NAME, ADDRESS, PHONE)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BILL TO (IF DIFFERENT)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CARRIER / SERVICE</w:t>
            </w:r>
          </w:p>
          <w:p/>
        </w:tc>
        <w:tc>
          <w:tcPr>
            <w:tcW w:type="dxa" w:w="3513"/>
          </w:tcPr>
          <w:p>
            <w:r/>
            <w:r>
              <w:rPr>
                <w:b/>
                <w:color w:val="627D98"/>
                <w:sz w:val="14"/>
              </w:rPr>
              <w:t>TRACKING NUMBER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SKU</w:t>
            </w:r>
          </w:p>
        </w:tc>
        <w:tc>
          <w:tcPr>
            <w:tcW w:type="dxa" w:w="3742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107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 ordered</w:t>
            </w:r>
          </w:p>
        </w:tc>
        <w:tc>
          <w:tcPr>
            <w:tcW w:type="dxa" w:w="107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 shipped</w:t>
            </w:r>
          </w:p>
        </w:tc>
        <w:tc>
          <w:tcPr>
            <w:tcW w:type="dxa" w:w="107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Backordered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Package no.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474"/>
          </w:tcPr>
          <w:p/>
        </w:tc>
        <w:tc>
          <w:tcPr>
            <w:tcW w:type="dxa" w:w="3742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77"/>
          </w:tcPr>
          <w:p/>
        </w:tc>
        <w:tc>
          <w:tcPr>
            <w:tcW w:type="dxa" w:w="102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TOTAL PACKAGES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TOTAL WEIGHT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PACKED BY</w:t>
            </w:r>
          </w:p>
          <w:p/>
        </w:tc>
        <w:tc>
          <w:tcPr>
            <w:tcW w:type="dxa" w:w="2635"/>
          </w:tcPr>
          <w:p>
            <w:r/>
            <w:r>
              <w:rPr>
                <w:b/>
                <w:color w:val="627D98"/>
                <w:sz w:val="14"/>
              </w:rPr>
              <w:t>CHECKED BY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</w:tcPr>
          <w:p>
            <w:r/>
            <w:r>
              <w:rPr>
                <w:b/>
                <w:color w:val="627D98"/>
                <w:sz w:val="14"/>
              </w:rPr>
              <w:t>NOTES / RETURN INSTRUCTIONS</w:t>
            </w:r>
          </w:p>
          <w:p/>
          <w:p/>
        </w:tc>
      </w:tr>
    </w:tbl>
    <w:p>
      <w:pPr>
        <w:spacing w:before="80"/>
      </w:pPr>
      <w:r>
        <w:rPr>
          <w:b w:val="0"/>
          <w:i/>
          <w:sz w:val="16"/>
        </w:rPr>
        <w:t>Please check the contents against this packing slip and report any shortages or damage within the time stated in your terms.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